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60C3A" w14:textId="77777777" w:rsidR="0005790D" w:rsidRPr="00555AD7" w:rsidRDefault="0072080F">
      <w:pPr>
        <w:jc w:val="center"/>
        <w:rPr>
          <w:lang w:val="sv-SE"/>
        </w:rPr>
      </w:pPr>
      <w:r w:rsidRPr="00555AD7">
        <w:rPr>
          <w:b/>
          <w:sz w:val="40"/>
          <w:lang w:val="sv-SE"/>
        </w:rPr>
        <w:t>VERKSAMHETSBERÄTTELSE 2025 — ARBETSDOKUMENT</w:t>
      </w:r>
    </w:p>
    <w:p w14:paraId="40AAF85B" w14:textId="7A8FDE5D" w:rsidR="0005790D" w:rsidRPr="00555AD7" w:rsidRDefault="0072080F" w:rsidP="00BD7CE5">
      <w:pPr>
        <w:jc w:val="center"/>
        <w:rPr>
          <w:lang w:val="sv-SE"/>
        </w:rPr>
      </w:pPr>
      <w:r w:rsidRPr="00555AD7">
        <w:rPr>
          <w:b/>
          <w:sz w:val="28"/>
          <w:lang w:val="sv-SE"/>
        </w:rPr>
        <w:t>Västerås Tennisklubb</w:t>
      </w:r>
    </w:p>
    <w:p w14:paraId="7A069DBC" w14:textId="77777777" w:rsidR="0005790D" w:rsidRPr="00555AD7" w:rsidRDefault="0072080F">
      <w:pPr>
        <w:rPr>
          <w:lang w:val="sv-SE"/>
        </w:rPr>
      </w:pPr>
      <w:r w:rsidRPr="00555AD7">
        <w:rPr>
          <w:b/>
          <w:sz w:val="28"/>
          <w:lang w:val="sv-SE"/>
        </w:rPr>
        <w:t>Året i sammanfattning</w:t>
      </w:r>
    </w:p>
    <w:p w14:paraId="6ADE3DF7" w14:textId="77777777" w:rsidR="0005790D" w:rsidRDefault="0072080F">
      <w:pPr>
        <w:rPr>
          <w:lang w:val="sv-SE"/>
        </w:rPr>
      </w:pPr>
      <w:r w:rsidRPr="00555AD7">
        <w:rPr>
          <w:lang w:val="sv-SE"/>
        </w:rPr>
        <w:t>2025 har varit ett år med stark utveckling både i breddverksamhet, samhällsengagemang och organisationsarbete. Klubben har genomfört flera riktade satsningar för att nå nya målgrupper och öka aktiviteten på anläggningen.</w:t>
      </w:r>
    </w:p>
    <w:p w14:paraId="50362DDD" w14:textId="591AD885" w:rsidR="00BD7CE5" w:rsidRPr="00555AD7" w:rsidRDefault="00BD7CE5">
      <w:pPr>
        <w:rPr>
          <w:lang w:val="sv-SE"/>
        </w:rPr>
      </w:pPr>
      <w:r w:rsidRPr="00555AD7">
        <w:rPr>
          <w:lang w:val="sv-SE"/>
        </w:rPr>
        <w:t>Året har även präglats av arbete med schemaläggning, tränarorganisation och struktur i verksamheten.</w:t>
      </w:r>
    </w:p>
    <w:p w14:paraId="6AFC128E" w14:textId="77777777" w:rsidR="0005790D" w:rsidRPr="0010261A" w:rsidRDefault="0072080F">
      <w:pPr>
        <w:rPr>
          <w:lang w:val="sv-SE"/>
        </w:rPr>
      </w:pPr>
      <w:r w:rsidRPr="0010261A">
        <w:rPr>
          <w:lang w:val="sv-SE"/>
        </w:rPr>
        <w:t>Bland årets viktigaste initiativ märks:</w:t>
      </w:r>
    </w:p>
    <w:p w14:paraId="6360CC18" w14:textId="2E8BD83D" w:rsidR="0005790D" w:rsidRPr="0010261A" w:rsidRDefault="0072080F">
      <w:pPr>
        <w:pStyle w:val="Punktlista"/>
        <w:rPr>
          <w:lang w:val="sv-SE"/>
        </w:rPr>
      </w:pPr>
      <w:r w:rsidRPr="0010261A">
        <w:rPr>
          <w:lang w:val="sv-SE"/>
        </w:rPr>
        <w:t xml:space="preserve">Summer Tennis 2025 </w:t>
      </w:r>
    </w:p>
    <w:p w14:paraId="37DF3363" w14:textId="40D8D339" w:rsidR="00B73D72" w:rsidRPr="0010261A" w:rsidRDefault="00B73D72">
      <w:pPr>
        <w:pStyle w:val="Punktlista"/>
        <w:rPr>
          <w:lang w:val="sv-SE"/>
        </w:rPr>
      </w:pPr>
      <w:r w:rsidRPr="0010261A">
        <w:rPr>
          <w:lang w:val="sv-SE"/>
        </w:rPr>
        <w:t xml:space="preserve">Trygg Tennis – </w:t>
      </w:r>
      <w:proofErr w:type="gramStart"/>
      <w:r w:rsidRPr="0010261A">
        <w:rPr>
          <w:lang w:val="sv-SE"/>
        </w:rPr>
        <w:t>VTKs</w:t>
      </w:r>
      <w:proofErr w:type="gramEnd"/>
      <w:r w:rsidRPr="0010261A">
        <w:rPr>
          <w:lang w:val="sv-SE"/>
        </w:rPr>
        <w:t xml:space="preserve"> värdegrund </w:t>
      </w:r>
    </w:p>
    <w:p w14:paraId="13828DF6" w14:textId="73208D25" w:rsidR="0005790D" w:rsidRPr="0010261A" w:rsidRDefault="0072080F">
      <w:pPr>
        <w:pStyle w:val="Punktlista"/>
        <w:rPr>
          <w:lang w:val="sv-SE"/>
        </w:rPr>
      </w:pPr>
      <w:r w:rsidRPr="0010261A">
        <w:rPr>
          <w:lang w:val="sv-SE"/>
        </w:rPr>
        <w:t xml:space="preserve">lovaktiviteter </w:t>
      </w:r>
      <w:r w:rsidR="00B0688C" w:rsidRPr="0010261A">
        <w:rPr>
          <w:lang w:val="sv-SE"/>
        </w:rPr>
        <w:t>v</w:t>
      </w:r>
      <w:r w:rsidRPr="0010261A">
        <w:rPr>
          <w:lang w:val="sv-SE"/>
        </w:rPr>
        <w:t>i</w:t>
      </w:r>
      <w:r w:rsidR="00B0688C" w:rsidRPr="0010261A">
        <w:rPr>
          <w:lang w:val="sv-SE"/>
        </w:rPr>
        <w:t>a Västerås Stad</w:t>
      </w:r>
      <w:r w:rsidRPr="0010261A">
        <w:rPr>
          <w:lang w:val="sv-SE"/>
        </w:rPr>
        <w:t xml:space="preserve"> </w:t>
      </w:r>
    </w:p>
    <w:p w14:paraId="128CD6A9" w14:textId="7CE624D9" w:rsidR="0005790D" w:rsidRPr="0010261A" w:rsidRDefault="00B0688C">
      <w:pPr>
        <w:pStyle w:val="Punktlista"/>
      </w:pPr>
      <w:proofErr w:type="spellStart"/>
      <w:r w:rsidRPr="0010261A">
        <w:t>Idrottsklivet</w:t>
      </w:r>
      <w:proofErr w:type="spellEnd"/>
      <w:r w:rsidRPr="0010261A">
        <w:t xml:space="preserve"> - </w:t>
      </w:r>
      <w:r w:rsidR="0072080F" w:rsidRPr="0010261A">
        <w:t xml:space="preserve">Tennis </w:t>
      </w:r>
      <w:proofErr w:type="spellStart"/>
      <w:r w:rsidR="0072080F" w:rsidRPr="0010261A">
        <w:t>på</w:t>
      </w:r>
      <w:proofErr w:type="spellEnd"/>
      <w:r w:rsidR="0072080F" w:rsidRPr="0010261A">
        <w:t xml:space="preserve"> </w:t>
      </w:r>
      <w:proofErr w:type="spellStart"/>
      <w:r w:rsidR="0072080F" w:rsidRPr="0010261A">
        <w:t>gatan</w:t>
      </w:r>
      <w:proofErr w:type="spellEnd"/>
    </w:p>
    <w:p w14:paraId="4013BF07" w14:textId="77777777" w:rsidR="0005790D" w:rsidRPr="0010261A" w:rsidRDefault="0072080F">
      <w:pPr>
        <w:pStyle w:val="Punktlista"/>
      </w:pPr>
      <w:proofErr w:type="spellStart"/>
      <w:r w:rsidRPr="0010261A">
        <w:t>Prova-på-aktiviteter</w:t>
      </w:r>
      <w:proofErr w:type="spellEnd"/>
      <w:r w:rsidRPr="0010261A">
        <w:t xml:space="preserve"> för parasport</w:t>
      </w:r>
    </w:p>
    <w:p w14:paraId="0DF869EC" w14:textId="588CB7CF" w:rsidR="00B0688C" w:rsidRPr="0010261A" w:rsidRDefault="00B0688C">
      <w:pPr>
        <w:pStyle w:val="Punktlista"/>
        <w:rPr>
          <w:lang w:val="sv-SE"/>
        </w:rPr>
      </w:pPr>
      <w:r w:rsidRPr="0010261A">
        <w:rPr>
          <w:lang w:val="sv-SE"/>
        </w:rPr>
        <w:t>Grand Slam för Emma Gjerseth</w:t>
      </w:r>
    </w:p>
    <w:p w14:paraId="6EE5CC5B" w14:textId="5EBBAE41" w:rsidR="00B0688C" w:rsidRPr="0010261A" w:rsidRDefault="00B0688C">
      <w:pPr>
        <w:pStyle w:val="Punktlista"/>
        <w:rPr>
          <w:lang w:val="sv-SE"/>
        </w:rPr>
      </w:pPr>
      <w:r w:rsidRPr="0010261A">
        <w:rPr>
          <w:lang w:val="sv-SE"/>
        </w:rPr>
        <w:t xml:space="preserve">Rog Touren på Bellevuestadion </w:t>
      </w:r>
    </w:p>
    <w:p w14:paraId="619F7F7D" w14:textId="77777777" w:rsidR="0005790D" w:rsidRPr="00B73D72" w:rsidRDefault="0072080F">
      <w:pPr>
        <w:pStyle w:val="Punktlista"/>
        <w:rPr>
          <w:color w:val="00B050"/>
          <w:lang w:val="sv-SE"/>
        </w:rPr>
      </w:pPr>
      <w:r w:rsidRPr="0010261A">
        <w:rPr>
          <w:lang w:val="sv-SE"/>
        </w:rPr>
        <w:t>Utveckling av sponsor- och partnerarbete</w:t>
      </w:r>
    </w:p>
    <w:p w14:paraId="2429233B" w14:textId="0F14E31C" w:rsidR="00FD5511" w:rsidRPr="00BD7CE5" w:rsidRDefault="0072080F" w:rsidP="00BD7CE5">
      <w:pPr>
        <w:pStyle w:val="Punktlista"/>
      </w:pPr>
      <w:proofErr w:type="spellStart"/>
      <w:r w:rsidRPr="00B73D72">
        <w:t>Strategiarbete</w:t>
      </w:r>
      <w:proofErr w:type="spellEnd"/>
      <w:r w:rsidRPr="00B73D72">
        <w:t xml:space="preserve"> för </w:t>
      </w:r>
      <w:proofErr w:type="spellStart"/>
      <w:r w:rsidRPr="00B73D72">
        <w:t>klubbens</w:t>
      </w:r>
      <w:proofErr w:type="spellEnd"/>
      <w:r w:rsidRPr="00B73D72">
        <w:t xml:space="preserve"> </w:t>
      </w:r>
      <w:proofErr w:type="spellStart"/>
      <w:r w:rsidRPr="00B73D72">
        <w:t>framtid</w:t>
      </w:r>
      <w:proofErr w:type="spellEnd"/>
    </w:p>
    <w:p w14:paraId="53EA0B46" w14:textId="77777777" w:rsidR="00BD7CE5" w:rsidRDefault="00BD7CE5">
      <w:pPr>
        <w:rPr>
          <w:lang w:val="sv-SE"/>
        </w:rPr>
      </w:pPr>
    </w:p>
    <w:p w14:paraId="13A698C1" w14:textId="2378E105" w:rsidR="0005790D" w:rsidRPr="0010261A" w:rsidRDefault="00A216A5">
      <w:pPr>
        <w:rPr>
          <w:lang w:val="sv-SE"/>
        </w:rPr>
      </w:pPr>
      <w:r w:rsidRPr="0010261A">
        <w:rPr>
          <w:lang w:val="sv-SE"/>
        </w:rPr>
        <w:t>Vi har under året haft träffar under året där vi ihop med RF, styrelsen och våra medlemmar har satt och förankrat vår värdegrund VTK – Vi-</w:t>
      </w:r>
      <w:r w:rsidR="00E3617F" w:rsidRPr="0010261A">
        <w:rPr>
          <w:lang w:val="sv-SE"/>
        </w:rPr>
        <w:t>Tillit-Kompis</w:t>
      </w:r>
      <w:r w:rsidRPr="0010261A">
        <w:rPr>
          <w:lang w:val="sv-SE"/>
        </w:rPr>
        <w:t xml:space="preserve">. </w:t>
      </w:r>
      <w:r w:rsidR="00E3617F" w:rsidRPr="0010261A">
        <w:rPr>
          <w:lang w:val="sv-SE"/>
        </w:rPr>
        <w:t xml:space="preserve">I </w:t>
      </w:r>
      <w:r w:rsidR="00BD7CE5" w:rsidRPr="0010261A">
        <w:rPr>
          <w:lang w:val="sv-SE"/>
        </w:rPr>
        <w:t xml:space="preserve">detta arbete så har vi jobbat fram rutiner </w:t>
      </w:r>
      <w:r w:rsidR="00C02399" w:rsidRPr="0010261A">
        <w:rPr>
          <w:lang w:val="sv-SE"/>
        </w:rPr>
        <w:t xml:space="preserve">kring Trygg Tennis. V har </w:t>
      </w:r>
      <w:r w:rsidR="00BD7CE5" w:rsidRPr="0010261A">
        <w:rPr>
          <w:lang w:val="sv-SE"/>
        </w:rPr>
        <w:t xml:space="preserve">haft </w:t>
      </w:r>
      <w:r w:rsidR="007E3A5B" w:rsidRPr="0010261A">
        <w:rPr>
          <w:lang w:val="sv-SE"/>
        </w:rPr>
        <w:t>HLR</w:t>
      </w:r>
      <w:r w:rsidR="00BD7CE5" w:rsidRPr="0010261A">
        <w:rPr>
          <w:lang w:val="sv-SE"/>
        </w:rPr>
        <w:t xml:space="preserve"> kurs för all personal, </w:t>
      </w:r>
      <w:r w:rsidR="00C02399" w:rsidRPr="0010261A">
        <w:rPr>
          <w:lang w:val="sv-SE"/>
        </w:rPr>
        <w:t xml:space="preserve">kollat </w:t>
      </w:r>
      <w:r w:rsidR="00BD7CE5" w:rsidRPr="0010261A">
        <w:rPr>
          <w:lang w:val="sv-SE"/>
        </w:rPr>
        <w:t>registerutdrag</w:t>
      </w:r>
      <w:r w:rsidR="00C02399" w:rsidRPr="0010261A">
        <w:rPr>
          <w:lang w:val="sv-SE"/>
        </w:rPr>
        <w:t>, satt upp handlingsplaner</w:t>
      </w:r>
      <w:r w:rsidR="00BD7CE5" w:rsidRPr="0010261A">
        <w:rPr>
          <w:lang w:val="sv-SE"/>
        </w:rPr>
        <w:t xml:space="preserve"> </w:t>
      </w:r>
      <w:proofErr w:type="gramStart"/>
      <w:r w:rsidR="007E3A5B" w:rsidRPr="0010261A">
        <w:rPr>
          <w:lang w:val="sv-SE"/>
        </w:rPr>
        <w:t>m</w:t>
      </w:r>
      <w:r w:rsidR="00D6603A" w:rsidRPr="0010261A">
        <w:rPr>
          <w:lang w:val="sv-SE"/>
        </w:rPr>
        <w:t>.m.</w:t>
      </w:r>
      <w:proofErr w:type="gramEnd"/>
      <w:r w:rsidR="00D6603A" w:rsidRPr="0010261A">
        <w:rPr>
          <w:lang w:val="sv-SE"/>
        </w:rPr>
        <w:t xml:space="preserve"> </w:t>
      </w:r>
      <w:r w:rsidR="00BD7CE5" w:rsidRPr="0010261A">
        <w:rPr>
          <w:lang w:val="sv-SE"/>
        </w:rPr>
        <w:t xml:space="preserve">vilket resulterade till av vi blev första tennisklubb i </w:t>
      </w:r>
      <w:r w:rsidR="00D6603A" w:rsidRPr="0010261A">
        <w:rPr>
          <w:lang w:val="sv-SE"/>
        </w:rPr>
        <w:t>T</w:t>
      </w:r>
      <w:r w:rsidR="00BD7CE5" w:rsidRPr="0010261A">
        <w:rPr>
          <w:lang w:val="sv-SE"/>
        </w:rPr>
        <w:t xml:space="preserve">ennis </w:t>
      </w:r>
      <w:r w:rsidR="00D6603A" w:rsidRPr="0010261A">
        <w:rPr>
          <w:lang w:val="sv-SE"/>
        </w:rPr>
        <w:t>M</w:t>
      </w:r>
      <w:r w:rsidR="00BD7CE5" w:rsidRPr="0010261A">
        <w:rPr>
          <w:lang w:val="sv-SE"/>
        </w:rPr>
        <w:t xml:space="preserve">itt att få certifikatet Trygg Tennis. </w:t>
      </w:r>
    </w:p>
    <w:p w14:paraId="77AE83BE" w14:textId="2B7866C2" w:rsidR="00555AD7" w:rsidRPr="00555AD7" w:rsidRDefault="00BD7CE5" w:rsidP="00BD7CE5">
      <w:pPr>
        <w:jc w:val="center"/>
        <w:rPr>
          <w:b/>
          <w:sz w:val="28"/>
          <w:lang w:val="sv-SE"/>
        </w:rPr>
      </w:pPr>
      <w:r>
        <w:rPr>
          <w:b/>
          <w:noProof/>
          <w:sz w:val="28"/>
          <w:lang w:val="sv-SE"/>
        </w:rPr>
        <w:drawing>
          <wp:inline distT="0" distB="0" distL="0" distR="0" wp14:anchorId="450AEC27" wp14:editId="0F102CB5">
            <wp:extent cx="2811780" cy="472841"/>
            <wp:effectExtent l="0" t="0" r="0" b="3810"/>
            <wp:docPr id="438459022" name="Bildobjekt 3" descr="En bild som visar Teckensnitt, text, Grafik,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59022" name="Bildobjekt 3" descr="En bild som visar Teckensnitt, text, Grafik, logotyp&#10;&#10;AI-genererat innehåll kan vara felakti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5038" cy="478434"/>
                    </a:xfrm>
                    <a:prstGeom prst="rect">
                      <a:avLst/>
                    </a:prstGeom>
                    <a:noFill/>
                    <a:ln>
                      <a:noFill/>
                    </a:ln>
                  </pic:spPr>
                </pic:pic>
              </a:graphicData>
            </a:graphic>
          </wp:inline>
        </w:drawing>
      </w:r>
    </w:p>
    <w:p w14:paraId="38CB3C93" w14:textId="77777777" w:rsidR="004C08A9" w:rsidRDefault="00BD7CE5" w:rsidP="004C08A9">
      <w:pPr>
        <w:jc w:val="center"/>
        <w:rPr>
          <w:b/>
          <w:sz w:val="28"/>
          <w:lang w:val="sv-SE"/>
        </w:rPr>
      </w:pPr>
      <w:r>
        <w:rPr>
          <w:b/>
          <w:noProof/>
          <w:sz w:val="28"/>
          <w:lang w:val="sv-SE"/>
        </w:rPr>
        <w:lastRenderedPageBreak/>
        <w:drawing>
          <wp:inline distT="0" distB="0" distL="0" distR="0" wp14:anchorId="774BB886" wp14:editId="2EF2EE16">
            <wp:extent cx="1173480" cy="1173480"/>
            <wp:effectExtent l="0" t="0" r="0" b="0"/>
            <wp:docPr id="1319000870" name="Bildobjekt 4" descr="En bild som visar text, skärmbild, Teckensnitt,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000870" name="Bildobjekt 4" descr="En bild som visar text, skärmbild, Teckensnitt, logotyp&#10;&#10;AI-genererat innehåll kan vara felaktig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p>
    <w:p w14:paraId="793EE5F9" w14:textId="6C0C8EB2" w:rsidR="0005790D" w:rsidRPr="004C08A9" w:rsidRDefault="0072080F" w:rsidP="004C08A9">
      <w:pPr>
        <w:jc w:val="center"/>
        <w:rPr>
          <w:b/>
          <w:sz w:val="28"/>
          <w:lang w:val="sv-SE"/>
        </w:rPr>
      </w:pPr>
      <w:r w:rsidRPr="00555AD7">
        <w:rPr>
          <w:b/>
          <w:sz w:val="28"/>
          <w:lang w:val="sv-SE"/>
        </w:rPr>
        <w:t>Västerås Tennisklubb, VTK</w:t>
      </w:r>
    </w:p>
    <w:p w14:paraId="7D0974B1" w14:textId="77777777" w:rsidR="0005790D" w:rsidRPr="00555AD7" w:rsidRDefault="0072080F">
      <w:pPr>
        <w:rPr>
          <w:lang w:val="sv-SE"/>
        </w:rPr>
      </w:pPr>
      <w:r w:rsidRPr="00555AD7">
        <w:rPr>
          <w:lang w:val="sv-SE"/>
        </w:rPr>
        <w:t>VTK är en förening för alla som vill spela tennis – ”Tennis för alla, hela livet”. Klubben bedriver verksamhet på Bellevuestadion och erbjuder träning från nybörjare till tävlingsspelare i alla åldrar och nivåer.</w:t>
      </w:r>
    </w:p>
    <w:p w14:paraId="6ECEB896" w14:textId="77777777" w:rsidR="0005790D" w:rsidRPr="00555AD7" w:rsidRDefault="0072080F">
      <w:pPr>
        <w:rPr>
          <w:lang w:val="sv-SE"/>
        </w:rPr>
      </w:pPr>
      <w:r w:rsidRPr="00555AD7">
        <w:rPr>
          <w:lang w:val="sv-SE"/>
        </w:rPr>
        <w:t>Tekniska och administrativa förbättringar under året har bland annat omfattat:</w:t>
      </w:r>
    </w:p>
    <w:p w14:paraId="0B8C504D" w14:textId="77777777" w:rsidR="0005790D" w:rsidRDefault="0072080F">
      <w:pPr>
        <w:pStyle w:val="Punktlista"/>
      </w:pPr>
      <w:proofErr w:type="spellStart"/>
      <w:r>
        <w:t>Bokning</w:t>
      </w:r>
      <w:proofErr w:type="spellEnd"/>
      <w:r>
        <w:t xml:space="preserve"> och </w:t>
      </w:r>
      <w:proofErr w:type="spellStart"/>
      <w:r>
        <w:t>tillgänglighet</w:t>
      </w:r>
      <w:proofErr w:type="spellEnd"/>
      <w:r>
        <w:t xml:space="preserve"> via Matchi</w:t>
      </w:r>
    </w:p>
    <w:p w14:paraId="20F14C8D" w14:textId="77777777" w:rsidR="0005790D" w:rsidRDefault="0072080F">
      <w:pPr>
        <w:pStyle w:val="Punktlista"/>
      </w:pPr>
      <w:r>
        <w:t>Webbshop för klubbartiklar och profilprodukter</w:t>
      </w:r>
    </w:p>
    <w:p w14:paraId="64128800" w14:textId="77777777" w:rsidR="0005790D" w:rsidRPr="00555AD7" w:rsidRDefault="0072080F">
      <w:pPr>
        <w:pStyle w:val="Punktlista"/>
        <w:rPr>
          <w:lang w:val="sv-SE"/>
        </w:rPr>
      </w:pPr>
      <w:r w:rsidRPr="00555AD7">
        <w:rPr>
          <w:lang w:val="sv-SE"/>
        </w:rPr>
        <w:t>Digital kommunikation och förbättringar på hemsidan</w:t>
      </w:r>
    </w:p>
    <w:p w14:paraId="35F84C7B" w14:textId="77777777" w:rsidR="0005790D" w:rsidRPr="00555AD7" w:rsidRDefault="0072080F">
      <w:pPr>
        <w:pStyle w:val="Punktlista"/>
        <w:rPr>
          <w:lang w:val="sv-SE"/>
        </w:rPr>
      </w:pPr>
      <w:r w:rsidRPr="00555AD7">
        <w:rPr>
          <w:lang w:val="sv-SE"/>
        </w:rPr>
        <w:t>Arbete med digital skyltning/information i anläggningen</w:t>
      </w:r>
    </w:p>
    <w:p w14:paraId="03FFF999" w14:textId="311B314B" w:rsidR="0005790D" w:rsidRPr="00555AD7" w:rsidRDefault="0072080F">
      <w:pPr>
        <w:rPr>
          <w:lang w:val="sv-SE"/>
        </w:rPr>
      </w:pPr>
      <w:r w:rsidRPr="00555AD7">
        <w:rPr>
          <w:b/>
          <w:sz w:val="28"/>
          <w:lang w:val="sv-SE"/>
        </w:rPr>
        <w:t>Klubbens medlemmar</w:t>
      </w:r>
    </w:p>
    <w:p w14:paraId="0D818E3C" w14:textId="51AD62AE" w:rsidR="00A216A5" w:rsidRDefault="0072080F">
      <w:pPr>
        <w:rPr>
          <w:lang w:val="sv-SE"/>
        </w:rPr>
      </w:pPr>
      <w:r w:rsidRPr="00555AD7">
        <w:rPr>
          <w:lang w:val="sv-SE"/>
        </w:rPr>
        <w:t>Efterfrågan på tennis har varit stabil och god under året. Intresset har varit särskilt stort för barn- och juniorträning, vuxenkurser för nybörjare, sommarsatsningar samt aktiviteter</w:t>
      </w:r>
      <w:r w:rsidR="00CD0C6F">
        <w:rPr>
          <w:lang w:val="sv-SE"/>
        </w:rPr>
        <w:t>.</w:t>
      </w:r>
    </w:p>
    <w:p w14:paraId="1183B7C2" w14:textId="41093D8D" w:rsidR="00FD5511" w:rsidRPr="0010261A" w:rsidRDefault="00FD5511">
      <w:pPr>
        <w:rPr>
          <w:lang w:val="sv-SE"/>
        </w:rPr>
      </w:pPr>
      <w:r w:rsidRPr="0010261A">
        <w:rPr>
          <w:lang w:val="sv-SE"/>
        </w:rPr>
        <w:t xml:space="preserve">Medlemsantalet ökar marginellt gentemot 2024 och vi slutar på 553 medlemmar. </w:t>
      </w:r>
      <w:r w:rsidR="00A216A5" w:rsidRPr="0010261A">
        <w:rPr>
          <w:lang w:val="sv-SE"/>
        </w:rPr>
        <w:br/>
      </w:r>
      <w:r w:rsidR="00E3617F" w:rsidRPr="0010261A">
        <w:rPr>
          <w:lang w:val="sv-SE"/>
        </w:rPr>
        <w:t xml:space="preserve">Framöver </w:t>
      </w:r>
      <w:r w:rsidR="00EE6768" w:rsidRPr="0010261A">
        <w:rPr>
          <w:lang w:val="sv-SE"/>
        </w:rPr>
        <w:t xml:space="preserve">blir det viktigt för oss att stärka medlemskapet i VTK och hitta rätt aktiviteter för klubben. </w:t>
      </w:r>
    </w:p>
    <w:p w14:paraId="67697887" w14:textId="77777777" w:rsidR="0005790D" w:rsidRPr="00555AD7" w:rsidRDefault="0072080F">
      <w:pPr>
        <w:rPr>
          <w:lang w:val="sv-SE"/>
        </w:rPr>
      </w:pPr>
      <w:r w:rsidRPr="00555AD7">
        <w:rPr>
          <w:b/>
          <w:sz w:val="28"/>
          <w:lang w:val="sv-SE"/>
        </w:rPr>
        <w:t>Styrelsen</w:t>
      </w:r>
    </w:p>
    <w:p w14:paraId="52CD1BB3" w14:textId="30AFBC5B" w:rsidR="00CE4214" w:rsidRDefault="0072080F">
      <w:pPr>
        <w:rPr>
          <w:lang w:val="sv-SE"/>
        </w:rPr>
      </w:pPr>
      <w:r w:rsidRPr="00555AD7">
        <w:rPr>
          <w:lang w:val="sv-SE"/>
        </w:rPr>
        <w:t>Styrelsen har haft ett aktivt verksamhetsår med flera styrelsemöten samt särskilda strategimöten. Fokus har legat på långsiktig strategi, ekonomi och uppföljning, organisations- och personalfrågor, anläggningsfrågor samt årsmötes- och stadgefrågor.</w:t>
      </w:r>
    </w:p>
    <w:p w14:paraId="74F2B8F5" w14:textId="3BD3A1C7" w:rsidR="00CE4214" w:rsidRDefault="0010261A">
      <w:pPr>
        <w:rPr>
          <w:lang w:val="sv-SE"/>
        </w:rPr>
      </w:pPr>
      <w:r>
        <w:rPr>
          <w:lang w:val="sv-SE"/>
        </w:rPr>
        <w:t xml:space="preserve">Styrelsen har under året bestått av </w:t>
      </w:r>
    </w:p>
    <w:p w14:paraId="0E31F57B" w14:textId="77777777" w:rsidR="0010261A" w:rsidRPr="0010261A" w:rsidRDefault="0010261A" w:rsidP="0010261A">
      <w:pPr>
        <w:spacing w:line="240" w:lineRule="auto"/>
        <w:rPr>
          <w:lang w:val="sv-AX"/>
        </w:rPr>
      </w:pPr>
      <w:r w:rsidRPr="0010261A">
        <w:rPr>
          <w:b/>
          <w:bCs/>
          <w:lang w:val="sv-AX"/>
        </w:rPr>
        <w:t>Styrelse</w:t>
      </w:r>
    </w:p>
    <w:p w14:paraId="2DA326FB" w14:textId="77777777" w:rsidR="0010261A" w:rsidRPr="0010261A" w:rsidRDefault="0010261A" w:rsidP="0010261A">
      <w:pPr>
        <w:numPr>
          <w:ilvl w:val="0"/>
          <w:numId w:val="11"/>
        </w:numPr>
        <w:spacing w:line="240" w:lineRule="auto"/>
        <w:rPr>
          <w:lang w:val="sv-AX"/>
        </w:rPr>
      </w:pPr>
      <w:r w:rsidRPr="0010261A">
        <w:rPr>
          <w:lang w:val="sv-AX"/>
        </w:rPr>
        <w:t>Fredrik Grivans, ordförande</w:t>
      </w:r>
    </w:p>
    <w:p w14:paraId="671B46F8" w14:textId="77777777" w:rsidR="0010261A" w:rsidRPr="0010261A" w:rsidRDefault="0010261A" w:rsidP="0010261A">
      <w:pPr>
        <w:numPr>
          <w:ilvl w:val="0"/>
          <w:numId w:val="11"/>
        </w:numPr>
        <w:spacing w:line="240" w:lineRule="auto"/>
        <w:rPr>
          <w:lang w:val="sv-AX"/>
        </w:rPr>
      </w:pPr>
      <w:r w:rsidRPr="0010261A">
        <w:rPr>
          <w:lang w:val="sv-AX"/>
        </w:rPr>
        <w:t>Robert Pantzar, vice ordförande och ekonomiansvarig</w:t>
      </w:r>
    </w:p>
    <w:p w14:paraId="1C7E857E" w14:textId="77777777" w:rsidR="0010261A" w:rsidRPr="0010261A" w:rsidRDefault="0010261A" w:rsidP="0010261A">
      <w:pPr>
        <w:numPr>
          <w:ilvl w:val="0"/>
          <w:numId w:val="11"/>
        </w:numPr>
        <w:spacing w:line="240" w:lineRule="auto"/>
        <w:rPr>
          <w:lang w:val="sv-AX"/>
        </w:rPr>
      </w:pPr>
      <w:r w:rsidRPr="0010261A">
        <w:rPr>
          <w:lang w:val="sv-AX"/>
        </w:rPr>
        <w:t xml:space="preserve">Malin </w:t>
      </w:r>
      <w:proofErr w:type="spellStart"/>
      <w:r w:rsidRPr="0010261A">
        <w:rPr>
          <w:lang w:val="sv-AX"/>
        </w:rPr>
        <w:t>Gjerseth</w:t>
      </w:r>
      <w:proofErr w:type="spellEnd"/>
      <w:r w:rsidRPr="0010261A">
        <w:rPr>
          <w:lang w:val="sv-AX"/>
        </w:rPr>
        <w:t>, sekreterare</w:t>
      </w:r>
    </w:p>
    <w:p w14:paraId="3CD3EDBE" w14:textId="77777777" w:rsidR="0010261A" w:rsidRPr="0010261A" w:rsidRDefault="0010261A" w:rsidP="0010261A">
      <w:pPr>
        <w:numPr>
          <w:ilvl w:val="0"/>
          <w:numId w:val="11"/>
        </w:numPr>
        <w:spacing w:line="240" w:lineRule="auto"/>
        <w:rPr>
          <w:lang w:val="sv-AX"/>
        </w:rPr>
      </w:pPr>
      <w:r w:rsidRPr="0010261A">
        <w:rPr>
          <w:lang w:val="sv-AX"/>
        </w:rPr>
        <w:lastRenderedPageBreak/>
        <w:t>Daniel Bruce, ledamot</w:t>
      </w:r>
    </w:p>
    <w:p w14:paraId="295469FE" w14:textId="77777777" w:rsidR="0010261A" w:rsidRPr="0010261A" w:rsidRDefault="0010261A" w:rsidP="0010261A">
      <w:pPr>
        <w:numPr>
          <w:ilvl w:val="0"/>
          <w:numId w:val="11"/>
        </w:numPr>
        <w:spacing w:line="240" w:lineRule="auto"/>
        <w:rPr>
          <w:lang w:val="sv-AX"/>
        </w:rPr>
      </w:pPr>
      <w:proofErr w:type="spellStart"/>
      <w:r w:rsidRPr="0010261A">
        <w:rPr>
          <w:lang w:val="sv-AX"/>
        </w:rPr>
        <w:t>Monia</w:t>
      </w:r>
      <w:proofErr w:type="spellEnd"/>
      <w:r w:rsidRPr="0010261A">
        <w:rPr>
          <w:lang w:val="sv-AX"/>
        </w:rPr>
        <w:t xml:space="preserve"> Ström, ledamot</w:t>
      </w:r>
    </w:p>
    <w:p w14:paraId="2672F231" w14:textId="77777777" w:rsidR="0010261A" w:rsidRPr="0010261A" w:rsidRDefault="0010261A" w:rsidP="0010261A">
      <w:pPr>
        <w:numPr>
          <w:ilvl w:val="0"/>
          <w:numId w:val="11"/>
        </w:numPr>
        <w:spacing w:line="240" w:lineRule="auto"/>
        <w:rPr>
          <w:lang w:val="sv-AX"/>
        </w:rPr>
      </w:pPr>
      <w:r w:rsidRPr="0010261A">
        <w:rPr>
          <w:lang w:val="sv-AX"/>
        </w:rPr>
        <w:t>Karin Lövstrand, ledamot</w:t>
      </w:r>
    </w:p>
    <w:p w14:paraId="22C20F21" w14:textId="77777777" w:rsidR="0010261A" w:rsidRPr="0010261A" w:rsidRDefault="0010261A" w:rsidP="0010261A">
      <w:pPr>
        <w:numPr>
          <w:ilvl w:val="0"/>
          <w:numId w:val="11"/>
        </w:numPr>
        <w:spacing w:line="240" w:lineRule="auto"/>
        <w:rPr>
          <w:lang w:val="sv-AX"/>
        </w:rPr>
      </w:pPr>
      <w:r w:rsidRPr="0010261A">
        <w:rPr>
          <w:lang w:val="sv-AX"/>
        </w:rPr>
        <w:t xml:space="preserve">Annelie Schiller, </w:t>
      </w:r>
      <w:proofErr w:type="gramStart"/>
      <w:r w:rsidRPr="0010261A">
        <w:rPr>
          <w:lang w:val="sv-AX"/>
        </w:rPr>
        <w:t>1:a</w:t>
      </w:r>
      <w:proofErr w:type="gramEnd"/>
      <w:r w:rsidRPr="0010261A">
        <w:rPr>
          <w:lang w:val="sv-AX"/>
        </w:rPr>
        <w:t xml:space="preserve"> suppleant</w:t>
      </w:r>
    </w:p>
    <w:p w14:paraId="09CB29DA" w14:textId="77777777" w:rsidR="0010261A" w:rsidRDefault="0010261A" w:rsidP="0010261A">
      <w:pPr>
        <w:numPr>
          <w:ilvl w:val="0"/>
          <w:numId w:val="11"/>
        </w:numPr>
        <w:spacing w:line="240" w:lineRule="auto"/>
        <w:rPr>
          <w:lang w:val="sv-AX"/>
        </w:rPr>
      </w:pPr>
      <w:r w:rsidRPr="0010261A">
        <w:rPr>
          <w:lang w:val="sv-AX"/>
        </w:rPr>
        <w:t xml:space="preserve">Håkan Hammarqvist, </w:t>
      </w:r>
      <w:proofErr w:type="gramStart"/>
      <w:r w:rsidRPr="0010261A">
        <w:rPr>
          <w:lang w:val="sv-AX"/>
        </w:rPr>
        <w:t>2:a</w:t>
      </w:r>
      <w:proofErr w:type="gramEnd"/>
      <w:r w:rsidRPr="0010261A">
        <w:rPr>
          <w:lang w:val="sv-AX"/>
        </w:rPr>
        <w:t xml:space="preserve"> suppleant</w:t>
      </w:r>
    </w:p>
    <w:p w14:paraId="17F2A5B2" w14:textId="77777777" w:rsidR="0010261A" w:rsidRPr="0010261A" w:rsidRDefault="0010261A" w:rsidP="0010261A">
      <w:pPr>
        <w:spacing w:line="240" w:lineRule="auto"/>
        <w:ind w:left="720"/>
        <w:rPr>
          <w:lang w:val="sv-AX"/>
        </w:rPr>
      </w:pPr>
    </w:p>
    <w:p w14:paraId="521140E6" w14:textId="77777777" w:rsidR="0010261A" w:rsidRPr="0010261A" w:rsidRDefault="0010261A" w:rsidP="0010261A">
      <w:pPr>
        <w:spacing w:line="240" w:lineRule="auto"/>
        <w:rPr>
          <w:lang w:val="sv-AX"/>
        </w:rPr>
      </w:pPr>
      <w:r w:rsidRPr="0010261A">
        <w:rPr>
          <w:b/>
          <w:bCs/>
          <w:lang w:val="sv-AX"/>
        </w:rPr>
        <w:t>Revisorer</w:t>
      </w:r>
    </w:p>
    <w:p w14:paraId="7AF393F0" w14:textId="77777777" w:rsidR="0010261A" w:rsidRPr="0010261A" w:rsidRDefault="0010261A" w:rsidP="0010261A">
      <w:pPr>
        <w:numPr>
          <w:ilvl w:val="0"/>
          <w:numId w:val="12"/>
        </w:numPr>
        <w:spacing w:line="240" w:lineRule="auto"/>
        <w:rPr>
          <w:lang w:val="sv-AX"/>
        </w:rPr>
      </w:pPr>
      <w:proofErr w:type="spellStart"/>
      <w:r w:rsidRPr="0010261A">
        <w:rPr>
          <w:lang w:val="sv-AX"/>
        </w:rPr>
        <w:t>Samanta</w:t>
      </w:r>
      <w:proofErr w:type="spellEnd"/>
      <w:r w:rsidRPr="0010261A">
        <w:rPr>
          <w:lang w:val="sv-AX"/>
        </w:rPr>
        <w:t xml:space="preserve"> </w:t>
      </w:r>
      <w:proofErr w:type="spellStart"/>
      <w:r w:rsidRPr="0010261A">
        <w:rPr>
          <w:lang w:val="sv-AX"/>
        </w:rPr>
        <w:t>Annela</w:t>
      </w:r>
      <w:proofErr w:type="spellEnd"/>
      <w:r w:rsidRPr="0010261A">
        <w:rPr>
          <w:lang w:val="sv-AX"/>
        </w:rPr>
        <w:t>, revisor</w:t>
      </w:r>
    </w:p>
    <w:p w14:paraId="6D7F5CF7" w14:textId="77777777" w:rsidR="0010261A" w:rsidRPr="0010261A" w:rsidRDefault="0010261A" w:rsidP="0010261A">
      <w:pPr>
        <w:numPr>
          <w:ilvl w:val="0"/>
          <w:numId w:val="12"/>
        </w:numPr>
        <w:spacing w:line="240" w:lineRule="auto"/>
        <w:rPr>
          <w:lang w:val="sv-AX"/>
        </w:rPr>
      </w:pPr>
      <w:proofErr w:type="spellStart"/>
      <w:r w:rsidRPr="0010261A">
        <w:rPr>
          <w:lang w:val="sv-AX"/>
        </w:rPr>
        <w:t>Sahar</w:t>
      </w:r>
      <w:proofErr w:type="spellEnd"/>
      <w:r w:rsidRPr="0010261A">
        <w:rPr>
          <w:lang w:val="sv-AX"/>
        </w:rPr>
        <w:t xml:space="preserve"> Heidari, revisor</w:t>
      </w:r>
    </w:p>
    <w:p w14:paraId="4A1E5675" w14:textId="77777777" w:rsidR="0010261A" w:rsidRPr="0010261A" w:rsidRDefault="0010261A" w:rsidP="0010261A">
      <w:pPr>
        <w:numPr>
          <w:ilvl w:val="0"/>
          <w:numId w:val="12"/>
        </w:numPr>
        <w:spacing w:line="240" w:lineRule="auto"/>
        <w:rPr>
          <w:lang w:val="sv-AX"/>
        </w:rPr>
      </w:pPr>
      <w:r w:rsidRPr="0010261A">
        <w:rPr>
          <w:lang w:val="sv-AX"/>
        </w:rPr>
        <w:t>Glenn Linder, revisorssuppleant</w:t>
      </w:r>
    </w:p>
    <w:p w14:paraId="08E7A18C" w14:textId="77777777" w:rsidR="0010261A" w:rsidRPr="0010261A" w:rsidRDefault="0010261A" w:rsidP="0010261A">
      <w:pPr>
        <w:spacing w:line="240" w:lineRule="auto"/>
        <w:rPr>
          <w:lang w:val="sv-AX"/>
        </w:rPr>
      </w:pPr>
      <w:r w:rsidRPr="0010261A">
        <w:rPr>
          <w:b/>
          <w:bCs/>
          <w:lang w:val="sv-AX"/>
        </w:rPr>
        <w:t>Valberedning</w:t>
      </w:r>
    </w:p>
    <w:p w14:paraId="392D1F92" w14:textId="77777777" w:rsidR="0010261A" w:rsidRPr="0010261A" w:rsidRDefault="0010261A" w:rsidP="0010261A">
      <w:pPr>
        <w:numPr>
          <w:ilvl w:val="0"/>
          <w:numId w:val="13"/>
        </w:numPr>
        <w:spacing w:line="240" w:lineRule="auto"/>
        <w:rPr>
          <w:lang w:val="sv-AX"/>
        </w:rPr>
      </w:pPr>
      <w:r w:rsidRPr="0010261A">
        <w:rPr>
          <w:lang w:val="sv-AX"/>
        </w:rPr>
        <w:t>Anders Hannu, valberedningens ordförande</w:t>
      </w:r>
    </w:p>
    <w:p w14:paraId="13210839" w14:textId="77777777" w:rsidR="0010261A" w:rsidRPr="0010261A" w:rsidRDefault="0010261A" w:rsidP="0010261A">
      <w:pPr>
        <w:numPr>
          <w:ilvl w:val="0"/>
          <w:numId w:val="13"/>
        </w:numPr>
        <w:spacing w:line="240" w:lineRule="auto"/>
        <w:rPr>
          <w:lang w:val="sv-AX"/>
        </w:rPr>
      </w:pPr>
      <w:proofErr w:type="spellStart"/>
      <w:r w:rsidRPr="0010261A">
        <w:rPr>
          <w:lang w:val="sv-AX"/>
        </w:rPr>
        <w:t>Giridhar</w:t>
      </w:r>
      <w:proofErr w:type="spellEnd"/>
      <w:r w:rsidRPr="0010261A">
        <w:rPr>
          <w:lang w:val="sv-AX"/>
        </w:rPr>
        <w:t xml:space="preserve"> </w:t>
      </w:r>
      <w:proofErr w:type="spellStart"/>
      <w:r w:rsidRPr="0010261A">
        <w:rPr>
          <w:lang w:val="sv-AX"/>
        </w:rPr>
        <w:t>Annela</w:t>
      </w:r>
      <w:proofErr w:type="spellEnd"/>
    </w:p>
    <w:p w14:paraId="7545208F" w14:textId="77777777" w:rsidR="0010261A" w:rsidRPr="0010261A" w:rsidRDefault="0010261A" w:rsidP="0010261A">
      <w:pPr>
        <w:numPr>
          <w:ilvl w:val="0"/>
          <w:numId w:val="13"/>
        </w:numPr>
        <w:spacing w:line="240" w:lineRule="auto"/>
        <w:rPr>
          <w:lang w:val="sv-AX"/>
        </w:rPr>
      </w:pPr>
      <w:r w:rsidRPr="0010261A">
        <w:rPr>
          <w:lang w:val="sv-AX"/>
        </w:rPr>
        <w:t xml:space="preserve">Juan </w:t>
      </w:r>
      <w:proofErr w:type="spellStart"/>
      <w:r w:rsidRPr="0010261A">
        <w:rPr>
          <w:lang w:val="sv-AX"/>
        </w:rPr>
        <w:t>Zuega</w:t>
      </w:r>
      <w:proofErr w:type="spellEnd"/>
    </w:p>
    <w:p w14:paraId="15D1E1F5" w14:textId="77777777" w:rsidR="00CE4214" w:rsidRPr="00555AD7" w:rsidRDefault="00CE4214">
      <w:pPr>
        <w:rPr>
          <w:lang w:val="sv-SE"/>
        </w:rPr>
      </w:pPr>
    </w:p>
    <w:p w14:paraId="27F4A87A" w14:textId="77777777" w:rsidR="00C31336" w:rsidRDefault="00C31336">
      <w:pPr>
        <w:rPr>
          <w:b/>
          <w:sz w:val="28"/>
          <w:lang w:val="sv-SE"/>
        </w:rPr>
      </w:pPr>
    </w:p>
    <w:p w14:paraId="66F3AD97" w14:textId="77777777" w:rsidR="00C31336" w:rsidRDefault="00C31336">
      <w:pPr>
        <w:rPr>
          <w:b/>
          <w:sz w:val="28"/>
          <w:lang w:val="sv-SE"/>
        </w:rPr>
      </w:pPr>
    </w:p>
    <w:p w14:paraId="0A60A345" w14:textId="77777777" w:rsidR="00C31336" w:rsidRDefault="00C31336">
      <w:pPr>
        <w:rPr>
          <w:b/>
          <w:sz w:val="28"/>
          <w:lang w:val="sv-SE"/>
        </w:rPr>
      </w:pPr>
    </w:p>
    <w:p w14:paraId="7ABFF151" w14:textId="77777777" w:rsidR="00C31336" w:rsidRDefault="00C31336">
      <w:pPr>
        <w:rPr>
          <w:b/>
          <w:sz w:val="28"/>
          <w:lang w:val="sv-SE"/>
        </w:rPr>
      </w:pPr>
    </w:p>
    <w:p w14:paraId="140B5760" w14:textId="77777777" w:rsidR="00C31336" w:rsidRDefault="00C31336">
      <w:pPr>
        <w:rPr>
          <w:b/>
          <w:sz w:val="28"/>
          <w:lang w:val="sv-SE"/>
        </w:rPr>
      </w:pPr>
    </w:p>
    <w:p w14:paraId="7F2F31AA" w14:textId="77777777" w:rsidR="00C31336" w:rsidRDefault="00C31336">
      <w:pPr>
        <w:rPr>
          <w:b/>
          <w:sz w:val="28"/>
          <w:lang w:val="sv-SE"/>
        </w:rPr>
      </w:pPr>
    </w:p>
    <w:p w14:paraId="6FF78190" w14:textId="77777777" w:rsidR="00C31336" w:rsidRDefault="00C31336">
      <w:pPr>
        <w:rPr>
          <w:b/>
          <w:sz w:val="28"/>
          <w:lang w:val="sv-SE"/>
        </w:rPr>
      </w:pPr>
    </w:p>
    <w:p w14:paraId="79C6D774" w14:textId="77777777" w:rsidR="00C31336" w:rsidRDefault="00C31336">
      <w:pPr>
        <w:rPr>
          <w:b/>
          <w:sz w:val="28"/>
          <w:lang w:val="sv-SE"/>
        </w:rPr>
      </w:pPr>
    </w:p>
    <w:p w14:paraId="4BBCFCF4" w14:textId="77777777" w:rsidR="00C31336" w:rsidRDefault="00C31336">
      <w:pPr>
        <w:rPr>
          <w:b/>
          <w:sz w:val="28"/>
          <w:lang w:val="sv-SE"/>
        </w:rPr>
      </w:pPr>
    </w:p>
    <w:p w14:paraId="23424034" w14:textId="5C44855C" w:rsidR="0005790D" w:rsidRPr="00555AD7" w:rsidRDefault="0072080F">
      <w:pPr>
        <w:rPr>
          <w:lang w:val="sv-SE"/>
        </w:rPr>
      </w:pPr>
      <w:r w:rsidRPr="00555AD7">
        <w:rPr>
          <w:b/>
          <w:sz w:val="28"/>
          <w:lang w:val="sv-SE"/>
        </w:rPr>
        <w:lastRenderedPageBreak/>
        <w:t>Ekonomi</w:t>
      </w:r>
    </w:p>
    <w:p w14:paraId="3FA5D166" w14:textId="77777777" w:rsidR="0005790D" w:rsidRPr="00555AD7" w:rsidRDefault="0072080F">
      <w:pPr>
        <w:rPr>
          <w:lang w:val="sv-SE"/>
        </w:rPr>
      </w:pPr>
      <w:r w:rsidRPr="00555AD7">
        <w:rPr>
          <w:lang w:val="sv-SE"/>
        </w:rPr>
        <w:t>Ekonomin har under året påverkats av flera intäkts- och bidragskällor, bland annat kurs- och träningsverksamhet, Summer Tennis, tävlingar, sponsring och partnerskap, samt bidrag kopplat till anläggning och verksamhet.</w:t>
      </w:r>
    </w:p>
    <w:p w14:paraId="575F0CF8" w14:textId="77777777" w:rsidR="0005790D" w:rsidRPr="00555AD7" w:rsidRDefault="0072080F">
      <w:pPr>
        <w:rPr>
          <w:lang w:val="sv-SE"/>
        </w:rPr>
      </w:pPr>
      <w:r w:rsidRPr="00555AD7">
        <w:rPr>
          <w:lang w:val="sv-SE"/>
        </w:rPr>
        <w:t>Ekonomimöten och uppföljning har genomförts löpande, inklusive dialog kopplad till Bellevue AB.</w:t>
      </w:r>
    </w:p>
    <w:p w14:paraId="74817AE7" w14:textId="77777777" w:rsidR="0005790D" w:rsidRDefault="0072080F">
      <w:pPr>
        <w:rPr>
          <w:lang w:val="sv-SE"/>
        </w:rPr>
      </w:pPr>
      <w:r w:rsidRPr="00555AD7">
        <w:rPr>
          <w:lang w:val="sv-SE"/>
        </w:rPr>
        <w:t xml:space="preserve">Att komplettera </w:t>
      </w:r>
      <w:r w:rsidRPr="00555AD7">
        <w:rPr>
          <w:color w:val="C00000"/>
          <w:lang w:val="sv-SE"/>
        </w:rPr>
        <w:t>(Ansvar: Robert)</w:t>
      </w:r>
      <w:r w:rsidRPr="00555AD7">
        <w:rPr>
          <w:lang w:val="sv-SE"/>
        </w:rPr>
        <w:t>: Resultat och budgetutfall, större avvikelser, större investeringar samt kort kommentar om ekonomiskt läge inför 2026.</w:t>
      </w:r>
    </w:p>
    <w:p w14:paraId="7C450DFE" w14:textId="567FC476" w:rsidR="00CE4214" w:rsidRDefault="008871B8">
      <w:pPr>
        <w:rPr>
          <w:lang w:val="sv-SE"/>
        </w:rPr>
      </w:pPr>
      <w:r w:rsidRPr="008871B8">
        <w:rPr>
          <w:noProof/>
        </w:rPr>
        <w:drawing>
          <wp:inline distT="0" distB="0" distL="0" distR="0" wp14:anchorId="1DBB0CC9" wp14:editId="2EFA619E">
            <wp:extent cx="5168900" cy="3511550"/>
            <wp:effectExtent l="0" t="0" r="0" b="0"/>
            <wp:docPr id="189224473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8900" cy="3511550"/>
                    </a:xfrm>
                    <a:prstGeom prst="rect">
                      <a:avLst/>
                    </a:prstGeom>
                    <a:noFill/>
                    <a:ln>
                      <a:noFill/>
                    </a:ln>
                  </pic:spPr>
                </pic:pic>
              </a:graphicData>
            </a:graphic>
          </wp:inline>
        </w:drawing>
      </w:r>
    </w:p>
    <w:p w14:paraId="4DC88280" w14:textId="77777777" w:rsidR="00CE4214" w:rsidRPr="00555AD7" w:rsidRDefault="00CE4214">
      <w:pPr>
        <w:rPr>
          <w:lang w:val="sv-SE"/>
        </w:rPr>
      </w:pPr>
    </w:p>
    <w:p w14:paraId="64F2AAB4" w14:textId="77777777" w:rsidR="00B10AB4" w:rsidRDefault="00B10AB4">
      <w:pPr>
        <w:rPr>
          <w:b/>
          <w:sz w:val="28"/>
          <w:lang w:val="sv-SE"/>
        </w:rPr>
      </w:pPr>
    </w:p>
    <w:p w14:paraId="2654F6F1" w14:textId="1C182290" w:rsidR="0005790D" w:rsidRPr="00555AD7" w:rsidRDefault="0072080F">
      <w:pPr>
        <w:rPr>
          <w:lang w:val="sv-SE"/>
        </w:rPr>
      </w:pPr>
      <w:r w:rsidRPr="00555AD7">
        <w:rPr>
          <w:b/>
          <w:sz w:val="28"/>
          <w:lang w:val="sv-SE"/>
        </w:rPr>
        <w:t>Klubbens anställda</w:t>
      </w:r>
    </w:p>
    <w:p w14:paraId="6FF8FBC4" w14:textId="5D5D43B5" w:rsidR="007E3A5B" w:rsidRPr="0010261A" w:rsidRDefault="0072080F">
      <w:pPr>
        <w:rPr>
          <w:lang w:val="sv-SE"/>
        </w:rPr>
      </w:pPr>
      <w:r w:rsidRPr="00555AD7">
        <w:rPr>
          <w:lang w:val="sv-SE"/>
        </w:rPr>
        <w:t>Under året har klubben haft både fast personal och timanställda tränare. Fokus har legat på tydligare arbetsfördelning, schemaläggning inför höstterminen, arbetsmiljö och löpande dialog i tränarteamet.</w:t>
      </w:r>
      <w:r w:rsidR="007E3A5B">
        <w:rPr>
          <w:lang w:val="sv-SE"/>
        </w:rPr>
        <w:br/>
      </w:r>
      <w:r w:rsidR="007E3A5B" w:rsidRPr="0010261A">
        <w:rPr>
          <w:lang w:val="sv-SE"/>
        </w:rPr>
        <w:t xml:space="preserve">Eric Johansson Sportchef, Tobias Hoffback Kansli/vuxentennis &amp; Johan Hammarqvist Tränare utöver det har vi varit ca 20 timanställda tränare.  </w:t>
      </w:r>
    </w:p>
    <w:p w14:paraId="2A60EC2D" w14:textId="2F656C83" w:rsidR="0082421F" w:rsidRPr="0010261A" w:rsidRDefault="000C0B88">
      <w:pPr>
        <w:rPr>
          <w:lang w:val="sv-SE"/>
        </w:rPr>
      </w:pPr>
      <w:r w:rsidRPr="0010261A">
        <w:rPr>
          <w:lang w:val="sv-SE"/>
        </w:rPr>
        <w:lastRenderedPageBreak/>
        <w:t xml:space="preserve">Fokuset kommer </w:t>
      </w:r>
      <w:r w:rsidR="006C3830" w:rsidRPr="0010261A">
        <w:rPr>
          <w:lang w:val="sv-SE"/>
        </w:rPr>
        <w:t xml:space="preserve">framöver </w:t>
      </w:r>
      <w:r w:rsidRPr="0010261A">
        <w:rPr>
          <w:lang w:val="sv-SE"/>
        </w:rPr>
        <w:t xml:space="preserve">att ligga på </w:t>
      </w:r>
      <w:r w:rsidR="001E6596" w:rsidRPr="0010261A">
        <w:rPr>
          <w:lang w:val="sv-SE"/>
        </w:rPr>
        <w:t>att utbilda</w:t>
      </w:r>
      <w:r w:rsidRPr="0010261A">
        <w:rPr>
          <w:lang w:val="sv-SE"/>
        </w:rPr>
        <w:t xml:space="preserve"> tennistränare internt men också </w:t>
      </w:r>
      <w:r w:rsidR="001E6596" w:rsidRPr="0010261A">
        <w:rPr>
          <w:lang w:val="sv-SE"/>
        </w:rPr>
        <w:t xml:space="preserve">via svenska </w:t>
      </w:r>
      <w:r w:rsidR="006F186A" w:rsidRPr="0010261A">
        <w:rPr>
          <w:lang w:val="sv-SE"/>
        </w:rPr>
        <w:t>T</w:t>
      </w:r>
      <w:r w:rsidR="001E6596" w:rsidRPr="0010261A">
        <w:rPr>
          <w:lang w:val="sv-SE"/>
        </w:rPr>
        <w:t xml:space="preserve">ennisförbundet </w:t>
      </w:r>
      <w:r w:rsidR="006F186A" w:rsidRPr="0010261A">
        <w:rPr>
          <w:lang w:val="sv-SE"/>
        </w:rPr>
        <w:t xml:space="preserve">och RF-sisu </w:t>
      </w:r>
      <w:r w:rsidR="003A1A46" w:rsidRPr="0010261A">
        <w:rPr>
          <w:lang w:val="sv-SE"/>
        </w:rPr>
        <w:t xml:space="preserve">och hitta dem ledarna som vill vara kvar i tennisen. Vi kommer även fortsätta med att hitta de ideella krafterna </w:t>
      </w:r>
      <w:r w:rsidR="004C08A9" w:rsidRPr="0010261A">
        <w:rPr>
          <w:lang w:val="sv-SE"/>
        </w:rPr>
        <w:t xml:space="preserve">för att utveckla klubben till nästa steg. </w:t>
      </w:r>
      <w:r w:rsidR="00981198" w:rsidRPr="0010261A">
        <w:rPr>
          <w:lang w:val="sv-SE"/>
        </w:rPr>
        <w:br/>
      </w:r>
      <w:r w:rsidR="0082421F" w:rsidRPr="0010261A">
        <w:rPr>
          <w:lang w:val="sv-SE"/>
        </w:rPr>
        <w:t>2025</w:t>
      </w:r>
      <w:r w:rsidR="00D70323" w:rsidRPr="0010261A">
        <w:rPr>
          <w:lang w:val="sv-SE"/>
        </w:rPr>
        <w:t xml:space="preserve"> </w:t>
      </w:r>
      <w:r w:rsidR="00981198" w:rsidRPr="0010261A">
        <w:rPr>
          <w:lang w:val="sv-SE"/>
        </w:rPr>
        <w:t xml:space="preserve">har vi haft utbildningar </w:t>
      </w:r>
      <w:r w:rsidR="00D70323" w:rsidRPr="0010261A">
        <w:rPr>
          <w:lang w:val="sv-SE"/>
        </w:rPr>
        <w:t>för att få träningarna mer spelbaserat</w:t>
      </w:r>
      <w:r w:rsidR="004F5831" w:rsidRPr="0010261A">
        <w:rPr>
          <w:lang w:val="sv-SE"/>
        </w:rPr>
        <w:t xml:space="preserve">. </w:t>
      </w:r>
      <w:r w:rsidR="00801BEF" w:rsidRPr="0010261A">
        <w:rPr>
          <w:lang w:val="sv-SE"/>
        </w:rPr>
        <w:br/>
      </w:r>
      <w:r w:rsidR="004F5831" w:rsidRPr="0010261A">
        <w:rPr>
          <w:lang w:val="sv-SE"/>
        </w:rPr>
        <w:t xml:space="preserve">Eric har varit på Salk och gått Paratennis utbildning. Deniz </w:t>
      </w:r>
      <w:r w:rsidR="00801BEF" w:rsidRPr="0010261A">
        <w:rPr>
          <w:lang w:val="sv-SE"/>
        </w:rPr>
        <w:t xml:space="preserve">och Jasmina kommer gå bastränarutbildningen via Svenska Tennisförbundet. Melker var nere och jobbade som funktionär på Sverigefinaler i </w:t>
      </w:r>
      <w:proofErr w:type="spellStart"/>
      <w:r w:rsidR="00801BEF" w:rsidRPr="0010261A">
        <w:rPr>
          <w:lang w:val="sv-SE"/>
        </w:rPr>
        <w:t>Next</w:t>
      </w:r>
      <w:proofErr w:type="spellEnd"/>
      <w:r w:rsidR="00801BEF" w:rsidRPr="0010261A">
        <w:rPr>
          <w:lang w:val="sv-SE"/>
        </w:rPr>
        <w:t xml:space="preserve"> Generation Cup i Båstad. </w:t>
      </w:r>
    </w:p>
    <w:p w14:paraId="53527C29" w14:textId="7D6149C6" w:rsidR="00FD5511" w:rsidRDefault="00FD5511">
      <w:pPr>
        <w:rPr>
          <w:lang w:val="sv-SE"/>
        </w:rPr>
      </w:pPr>
      <w:r>
        <w:rPr>
          <w:noProof/>
        </w:rPr>
        <w:drawing>
          <wp:inline distT="0" distB="0" distL="0" distR="0" wp14:anchorId="0121FA4C" wp14:editId="3979C994">
            <wp:extent cx="3594100" cy="1916430"/>
            <wp:effectExtent l="0" t="0" r="6350" b="7620"/>
            <wp:docPr id="420169190" name="Bildobjekt 1" descr="En bild som visar text, skärmbild, diagram, Graf&#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69190" name="Bildobjekt 1" descr="En bild som visar text, skärmbild, diagram, Graf&#10;&#10;AI-genererat innehåll kan vara felaktigt."/>
                    <pic:cNvPicPr>
                      <a:picLocks noChangeAspect="1" noChangeArrowheads="1"/>
                    </pic:cNvPicPr>
                  </pic:nvPicPr>
                  <pic:blipFill rotWithShape="1">
                    <a:blip r:embed="rId11">
                      <a:extLst>
                        <a:ext uri="{28A0092B-C50C-407E-A947-70E740481C1C}">
                          <a14:useLocalDpi xmlns:a14="http://schemas.microsoft.com/office/drawing/2010/main" val="0"/>
                        </a:ext>
                      </a:extLst>
                    </a:blip>
                    <a:srcRect r="20836"/>
                    <a:stretch>
                      <a:fillRect/>
                    </a:stretch>
                  </pic:blipFill>
                  <pic:spPr bwMode="auto">
                    <a:xfrm>
                      <a:off x="0" y="0"/>
                      <a:ext cx="3642328" cy="1942146"/>
                    </a:xfrm>
                    <a:prstGeom prst="rect">
                      <a:avLst/>
                    </a:prstGeom>
                    <a:noFill/>
                    <a:ln>
                      <a:noFill/>
                    </a:ln>
                    <a:extLst>
                      <a:ext uri="{53640926-AAD7-44D8-BBD7-CCE9431645EC}">
                        <a14:shadowObscured xmlns:a14="http://schemas.microsoft.com/office/drawing/2010/main"/>
                      </a:ext>
                    </a:extLst>
                  </pic:spPr>
                </pic:pic>
              </a:graphicData>
            </a:graphic>
          </wp:inline>
        </w:drawing>
      </w:r>
    </w:p>
    <w:p w14:paraId="704709D5" w14:textId="6BD28745" w:rsidR="00A216A5" w:rsidRDefault="0010261A">
      <w:pPr>
        <w:rPr>
          <w:lang w:val="sv-SE"/>
        </w:rPr>
      </w:pPr>
      <w:r>
        <w:rPr>
          <w:lang w:val="sv-SE"/>
        </w:rPr>
        <w:t>V</w:t>
      </w:r>
      <w:r w:rsidR="00FD5511" w:rsidRPr="0010261A">
        <w:rPr>
          <w:lang w:val="sv-SE"/>
        </w:rPr>
        <w:t xml:space="preserve">i ser är att </w:t>
      </w:r>
      <w:r>
        <w:rPr>
          <w:lang w:val="sv-SE"/>
        </w:rPr>
        <w:t xml:space="preserve">vi </w:t>
      </w:r>
      <w:r w:rsidR="00FD5511" w:rsidRPr="0010261A">
        <w:rPr>
          <w:lang w:val="sv-SE"/>
        </w:rPr>
        <w:t>2025 börjar vi komma tillbaka att vi har mer medlemsfinansierade aktiviteter ställt mot våra personalkostnader.</w:t>
      </w:r>
      <w:r>
        <w:rPr>
          <w:lang w:val="sv-SE"/>
        </w:rPr>
        <w:t xml:space="preserve"> Vi bedömer att andelen medlemsfinansiering är avgörande för att långsiktigt få en hållbar verksamhet.</w:t>
      </w:r>
      <w:r w:rsidR="00FD5511" w:rsidRPr="0010261A">
        <w:rPr>
          <w:lang w:val="sv-SE"/>
        </w:rPr>
        <w:t xml:space="preserve"> </w:t>
      </w:r>
      <w:r>
        <w:rPr>
          <w:lang w:val="sv-SE"/>
        </w:rPr>
        <w:t xml:space="preserve">Under året genomförde vi en omorganisation </w:t>
      </w:r>
      <w:proofErr w:type="spellStart"/>
      <w:r>
        <w:rPr>
          <w:lang w:val="sv-SE"/>
        </w:rPr>
        <w:t>pga</w:t>
      </w:r>
      <w:proofErr w:type="spellEnd"/>
      <w:r>
        <w:rPr>
          <w:lang w:val="sv-SE"/>
        </w:rPr>
        <w:t xml:space="preserve"> vikande intäkter</w:t>
      </w:r>
      <w:r w:rsidR="00AC5BD0">
        <w:rPr>
          <w:lang w:val="sv-SE"/>
        </w:rPr>
        <w:t xml:space="preserve"> och vi ser att verksamheten nu är i balans med nuvarande spelarantal. Vi har skapat en bra grund att växa ifrån och kommer inte att öka personalsidan innan vi ser en kontinuerlig tillväxt av medlemmar.</w:t>
      </w:r>
      <w:r>
        <w:rPr>
          <w:lang w:val="sv-SE"/>
        </w:rPr>
        <w:t xml:space="preserve"> </w:t>
      </w:r>
    </w:p>
    <w:p w14:paraId="3A1AD271" w14:textId="77777777" w:rsidR="0010261A" w:rsidRDefault="0010261A">
      <w:pPr>
        <w:rPr>
          <w:lang w:val="sv-SE"/>
        </w:rPr>
      </w:pPr>
    </w:p>
    <w:p w14:paraId="5BAC3B44" w14:textId="77777777" w:rsidR="0010261A" w:rsidRPr="0010261A" w:rsidRDefault="0010261A">
      <w:pPr>
        <w:rPr>
          <w:lang w:val="sv-SE"/>
        </w:rPr>
      </w:pPr>
    </w:p>
    <w:p w14:paraId="57A87A70" w14:textId="7CDAC867" w:rsidR="0005790D" w:rsidRDefault="0072080F">
      <w:pPr>
        <w:rPr>
          <w:b/>
          <w:sz w:val="28"/>
          <w:lang w:val="sv-SE"/>
        </w:rPr>
      </w:pPr>
      <w:r w:rsidRPr="00555AD7">
        <w:rPr>
          <w:b/>
          <w:sz w:val="28"/>
          <w:lang w:val="sv-SE"/>
        </w:rPr>
        <w:t>Tränings- och tennisaktiviteter</w:t>
      </w:r>
    </w:p>
    <w:p w14:paraId="66A2E61B" w14:textId="6C80228B" w:rsidR="00E3617F" w:rsidRPr="00AC5BD0" w:rsidRDefault="00E3617F">
      <w:pPr>
        <w:rPr>
          <w:lang w:val="sv-SE"/>
        </w:rPr>
      </w:pPr>
      <w:r w:rsidRPr="00555AD7">
        <w:rPr>
          <w:lang w:val="sv-SE"/>
        </w:rPr>
        <w:t>Ordinarie verksamhet har omfattat tennisskola för barn och ungdom, tävlingsgrupper, vuxenträning samt nybörjarkurser.</w:t>
      </w:r>
      <w:r>
        <w:rPr>
          <w:lang w:val="sv-SE"/>
        </w:rPr>
        <w:br/>
      </w:r>
      <w:r w:rsidRPr="00AC5BD0">
        <w:rPr>
          <w:lang w:val="sv-SE"/>
        </w:rPr>
        <w:t xml:space="preserve">Vi har utgått efter </w:t>
      </w:r>
      <w:proofErr w:type="spellStart"/>
      <w:r w:rsidRPr="00AC5BD0">
        <w:rPr>
          <w:lang w:val="sv-SE"/>
        </w:rPr>
        <w:t>ROGen</w:t>
      </w:r>
      <w:proofErr w:type="spellEnd"/>
      <w:r w:rsidRPr="00AC5BD0">
        <w:rPr>
          <w:lang w:val="sv-SE"/>
        </w:rPr>
        <w:t xml:space="preserve"> som spelarutvecklingsplan för det yngre och anpassat den till vår verksamhet. Främst har vi fokuserat på att barn/ungdomar ska få chansen till att spela flera gånger i veckan, till exempel så har vi startar upp </w:t>
      </w:r>
      <w:r w:rsidR="006A1262" w:rsidRPr="00AC5BD0">
        <w:rPr>
          <w:lang w:val="sv-SE"/>
        </w:rPr>
        <w:t>M</w:t>
      </w:r>
      <w:r w:rsidRPr="00AC5BD0">
        <w:rPr>
          <w:lang w:val="sv-SE"/>
        </w:rPr>
        <w:t xml:space="preserve">initennis - </w:t>
      </w:r>
      <w:proofErr w:type="spellStart"/>
      <w:r w:rsidRPr="00AC5BD0">
        <w:rPr>
          <w:lang w:val="sv-SE"/>
        </w:rPr>
        <w:t>Rödnivå</w:t>
      </w:r>
      <w:proofErr w:type="spellEnd"/>
      <w:r w:rsidRPr="00AC5BD0">
        <w:rPr>
          <w:lang w:val="sv-SE"/>
        </w:rPr>
        <w:t xml:space="preserve"> på måndagar så man kan spela </w:t>
      </w:r>
      <w:r w:rsidRPr="00AC5BD0">
        <w:rPr>
          <w:lang w:val="sv-SE"/>
        </w:rPr>
        <w:br/>
        <w:t xml:space="preserve">2 ggr/veckan om man är </w:t>
      </w:r>
      <w:proofErr w:type="gramStart"/>
      <w:r w:rsidRPr="00AC5BD0">
        <w:rPr>
          <w:lang w:val="sv-SE"/>
        </w:rPr>
        <w:t>4-6</w:t>
      </w:r>
      <w:proofErr w:type="gramEnd"/>
      <w:r w:rsidRPr="00AC5BD0">
        <w:rPr>
          <w:lang w:val="sv-SE"/>
        </w:rPr>
        <w:t xml:space="preserve"> år. </w:t>
      </w:r>
    </w:p>
    <w:p w14:paraId="315C7CE3" w14:textId="5FE7401D" w:rsidR="00A216A5" w:rsidRPr="00AC5BD0" w:rsidRDefault="00A216A5" w:rsidP="00A216A5">
      <w:pPr>
        <w:rPr>
          <w:lang w:val="sv-SE"/>
        </w:rPr>
      </w:pPr>
      <w:r w:rsidRPr="00AC5BD0">
        <w:rPr>
          <w:lang w:val="sv-SE"/>
        </w:rPr>
        <w:t>lovaktiviteterna via Västerås stad bidrog</w:t>
      </w:r>
      <w:r w:rsidR="005923A6" w:rsidRPr="00AC5BD0">
        <w:rPr>
          <w:lang w:val="sv-SE"/>
        </w:rPr>
        <w:t xml:space="preserve"> under året</w:t>
      </w:r>
      <w:r w:rsidRPr="00AC5BD0">
        <w:rPr>
          <w:lang w:val="sv-SE"/>
        </w:rPr>
        <w:t xml:space="preserve"> till att nya deltagare som annars inte är aktiva i föreningslivet fick chansen att spela tennis hos oss</w:t>
      </w:r>
      <w:r w:rsidR="005923A6" w:rsidRPr="00AC5BD0">
        <w:rPr>
          <w:lang w:val="sv-SE"/>
        </w:rPr>
        <w:t xml:space="preserve"> på Bellevuestadion. </w:t>
      </w:r>
    </w:p>
    <w:p w14:paraId="442FE7C2" w14:textId="77777777" w:rsidR="00A216A5" w:rsidRPr="00AC5BD0" w:rsidRDefault="00A216A5" w:rsidP="00A216A5">
      <w:pPr>
        <w:rPr>
          <w:lang w:val="sv-SE"/>
        </w:rPr>
      </w:pPr>
      <w:r w:rsidRPr="00AC5BD0">
        <w:rPr>
          <w:lang w:val="sv-SE"/>
        </w:rPr>
        <w:lastRenderedPageBreak/>
        <w:t xml:space="preserve">Västerås Tennisklubb var under 2025 en av åtta tennisföreningar runt om i Sverige som varit kopplat till </w:t>
      </w:r>
      <w:proofErr w:type="spellStart"/>
      <w:r w:rsidRPr="00AC5BD0">
        <w:rPr>
          <w:lang w:val="sv-SE"/>
        </w:rPr>
        <w:t>idrottsklivet</w:t>
      </w:r>
      <w:proofErr w:type="spellEnd"/>
      <w:r w:rsidRPr="00AC5BD0">
        <w:rPr>
          <w:lang w:val="sv-SE"/>
        </w:rPr>
        <w:t xml:space="preserve">. Där vi har verkat på Bäckby som är ett extra utsatt område på polisens karta. Vi har bedrivet aktivitet ihop med Bäckbyfamiljen på lördagar och samverkat med Irsta Handboll på onsdagar. Året avslutades med en tennisfestival på Bäckby ihop med RF-sisu och andra föreningar som blev en höjdpunkt. </w:t>
      </w:r>
    </w:p>
    <w:p w14:paraId="327A4F4F" w14:textId="691E0806" w:rsidR="00E32CA4" w:rsidRPr="00AC5BD0" w:rsidRDefault="00A216A5">
      <w:pPr>
        <w:rPr>
          <w:lang w:val="sv-SE"/>
        </w:rPr>
      </w:pPr>
      <w:r w:rsidRPr="00AC5BD0">
        <w:rPr>
          <w:lang w:val="sv-SE"/>
        </w:rPr>
        <w:t xml:space="preserve">Summertennis för barn och vuxna samt våra intensivkurser och barn/ungdoms träningar på våra lov har varit populära och </w:t>
      </w:r>
      <w:r w:rsidR="005923A6" w:rsidRPr="00AC5BD0">
        <w:rPr>
          <w:lang w:val="sv-SE"/>
        </w:rPr>
        <w:t xml:space="preserve">inkluderande. </w:t>
      </w:r>
    </w:p>
    <w:p w14:paraId="1D10B2E5" w14:textId="71F2C223" w:rsidR="0005790D" w:rsidRDefault="00EF5352">
      <w:pPr>
        <w:rPr>
          <w:b/>
          <w:sz w:val="28"/>
          <w:lang w:val="sv-SE"/>
        </w:rPr>
      </w:pPr>
      <w:r>
        <w:rPr>
          <w:b/>
          <w:sz w:val="28"/>
          <w:lang w:val="sv-SE"/>
        </w:rPr>
        <w:t xml:space="preserve">Bellevue </w:t>
      </w:r>
      <w:proofErr w:type="spellStart"/>
      <w:r>
        <w:rPr>
          <w:b/>
          <w:sz w:val="28"/>
          <w:lang w:val="sv-SE"/>
        </w:rPr>
        <w:t>Open</w:t>
      </w:r>
      <w:proofErr w:type="spellEnd"/>
      <w:r>
        <w:rPr>
          <w:b/>
          <w:sz w:val="28"/>
          <w:lang w:val="sv-SE"/>
        </w:rPr>
        <w:t xml:space="preserve"> 2025 &amp; ROG Touren </w:t>
      </w:r>
    </w:p>
    <w:p w14:paraId="29333505" w14:textId="1F394FCC" w:rsidR="00EF5352" w:rsidRPr="00AC5BD0" w:rsidRDefault="00C3683A" w:rsidP="00AC5BD0">
      <w:pPr>
        <w:spacing w:line="240" w:lineRule="auto"/>
        <w:rPr>
          <w:bCs/>
          <w:lang w:val="sv-SE"/>
        </w:rPr>
      </w:pPr>
      <w:r w:rsidRPr="00AC5BD0">
        <w:rPr>
          <w:bCs/>
          <w:lang w:val="sv-SE"/>
        </w:rPr>
        <w:t>Be</w:t>
      </w:r>
      <w:r w:rsidR="00BA07E1" w:rsidRPr="00AC5BD0">
        <w:rPr>
          <w:bCs/>
          <w:lang w:val="sv-SE"/>
        </w:rPr>
        <w:t xml:space="preserve">llevue </w:t>
      </w:r>
      <w:proofErr w:type="spellStart"/>
      <w:r w:rsidR="00BA07E1" w:rsidRPr="00AC5BD0">
        <w:rPr>
          <w:bCs/>
          <w:lang w:val="sv-SE"/>
        </w:rPr>
        <w:t>Open</w:t>
      </w:r>
      <w:proofErr w:type="spellEnd"/>
      <w:r w:rsidR="00BA07E1" w:rsidRPr="00AC5BD0">
        <w:rPr>
          <w:bCs/>
          <w:lang w:val="sv-SE"/>
        </w:rPr>
        <w:t xml:space="preserve"> </w:t>
      </w:r>
      <w:r w:rsidR="00806B64" w:rsidRPr="00AC5BD0">
        <w:rPr>
          <w:bCs/>
          <w:lang w:val="sv-SE"/>
        </w:rPr>
        <w:t xml:space="preserve">24/2 – 2/3 </w:t>
      </w:r>
      <w:r w:rsidR="00BA07E1" w:rsidRPr="00AC5BD0">
        <w:rPr>
          <w:bCs/>
          <w:lang w:val="sv-SE"/>
        </w:rPr>
        <w:t>lockade 90 deltagare i junior</w:t>
      </w:r>
      <w:r w:rsidR="00831E70" w:rsidRPr="00AC5BD0">
        <w:rPr>
          <w:bCs/>
          <w:lang w:val="sv-SE"/>
        </w:rPr>
        <w:t xml:space="preserve"> </w:t>
      </w:r>
      <w:r w:rsidR="00BA07E1" w:rsidRPr="00AC5BD0">
        <w:rPr>
          <w:bCs/>
          <w:lang w:val="sv-SE"/>
        </w:rPr>
        <w:t xml:space="preserve">och </w:t>
      </w:r>
      <w:r w:rsidR="00831E70" w:rsidRPr="00AC5BD0">
        <w:rPr>
          <w:bCs/>
          <w:lang w:val="sv-SE"/>
        </w:rPr>
        <w:t xml:space="preserve">senior och veteranklasser. </w:t>
      </w:r>
    </w:p>
    <w:p w14:paraId="1C1807AB" w14:textId="0F3DBC25" w:rsidR="00656E19" w:rsidRPr="00AC5BD0" w:rsidRDefault="00656E19" w:rsidP="00AC5BD0">
      <w:pPr>
        <w:spacing w:line="240" w:lineRule="auto"/>
        <w:rPr>
          <w:bCs/>
          <w:lang w:val="sv-SE"/>
        </w:rPr>
      </w:pPr>
      <w:proofErr w:type="spellStart"/>
      <w:r w:rsidRPr="00AC5BD0">
        <w:rPr>
          <w:bCs/>
          <w:lang w:val="sv-SE"/>
        </w:rPr>
        <w:t>VTKare</w:t>
      </w:r>
      <w:proofErr w:type="spellEnd"/>
      <w:r w:rsidRPr="00AC5BD0">
        <w:rPr>
          <w:bCs/>
          <w:lang w:val="sv-SE"/>
        </w:rPr>
        <w:t xml:space="preserve"> som </w:t>
      </w:r>
      <w:r w:rsidR="009B5467" w:rsidRPr="00AC5BD0">
        <w:rPr>
          <w:bCs/>
          <w:lang w:val="sv-SE"/>
        </w:rPr>
        <w:t>hamnade på pallen:</w:t>
      </w:r>
    </w:p>
    <w:p w14:paraId="5BE56C89" w14:textId="7E53F0A5" w:rsidR="00656E19" w:rsidRPr="00AC5BD0" w:rsidRDefault="009B5467" w:rsidP="00AC5BD0">
      <w:pPr>
        <w:spacing w:line="240" w:lineRule="auto"/>
        <w:rPr>
          <w:bCs/>
        </w:rPr>
      </w:pPr>
      <w:proofErr w:type="gramStart"/>
      <w:r w:rsidRPr="00AC5BD0">
        <w:rPr>
          <w:bCs/>
        </w:rPr>
        <w:t>1:a</w:t>
      </w:r>
      <w:proofErr w:type="gramEnd"/>
      <w:r w:rsidRPr="00AC5BD0">
        <w:rPr>
          <w:bCs/>
        </w:rPr>
        <w:t xml:space="preserve"> </w:t>
      </w:r>
      <w:r w:rsidR="00656E19" w:rsidRPr="00AC5BD0">
        <w:rPr>
          <w:bCs/>
        </w:rPr>
        <w:t xml:space="preserve">Sid </w:t>
      </w:r>
      <w:proofErr w:type="spellStart"/>
      <w:r w:rsidR="00656E19" w:rsidRPr="00AC5BD0">
        <w:rPr>
          <w:bCs/>
        </w:rPr>
        <w:t>Bornström</w:t>
      </w:r>
      <w:proofErr w:type="spellEnd"/>
      <w:r w:rsidR="00656E19" w:rsidRPr="00AC5BD0">
        <w:rPr>
          <w:bCs/>
        </w:rPr>
        <w:t xml:space="preserve"> PS 10 B</w:t>
      </w:r>
    </w:p>
    <w:p w14:paraId="48C26777" w14:textId="405C9D22" w:rsidR="009B5467" w:rsidRPr="00AC5BD0" w:rsidRDefault="003F5904" w:rsidP="00AC5BD0">
      <w:pPr>
        <w:spacing w:line="240" w:lineRule="auto"/>
        <w:rPr>
          <w:bCs/>
          <w:lang w:val="en-GB"/>
        </w:rPr>
      </w:pPr>
      <w:proofErr w:type="gramStart"/>
      <w:r w:rsidRPr="00AC5BD0">
        <w:rPr>
          <w:bCs/>
          <w:lang w:val="en-GB"/>
        </w:rPr>
        <w:t>2:a</w:t>
      </w:r>
      <w:proofErr w:type="gramEnd"/>
      <w:r w:rsidRPr="00AC5BD0">
        <w:rPr>
          <w:bCs/>
          <w:lang w:val="en-GB"/>
        </w:rPr>
        <w:t xml:space="preserve"> Theo Lindkvist Wygler PS 12B</w:t>
      </w:r>
    </w:p>
    <w:p w14:paraId="25030589" w14:textId="2E0A5358" w:rsidR="003F5904" w:rsidRPr="00AC5BD0" w:rsidRDefault="00C078DC" w:rsidP="00AC5BD0">
      <w:pPr>
        <w:spacing w:line="240" w:lineRule="auto"/>
        <w:rPr>
          <w:bCs/>
          <w:lang w:val="en-GB"/>
        </w:rPr>
      </w:pPr>
      <w:proofErr w:type="gramStart"/>
      <w:r w:rsidRPr="00AC5BD0">
        <w:rPr>
          <w:bCs/>
          <w:lang w:val="en-GB"/>
        </w:rPr>
        <w:t>1:</w:t>
      </w:r>
      <w:r w:rsidR="00DB5795" w:rsidRPr="00AC5BD0">
        <w:rPr>
          <w:bCs/>
          <w:lang w:val="en-GB"/>
        </w:rPr>
        <w:t>a</w:t>
      </w:r>
      <w:proofErr w:type="gramEnd"/>
      <w:r w:rsidR="00DB5795" w:rsidRPr="00AC5BD0">
        <w:rPr>
          <w:bCs/>
          <w:lang w:val="en-GB"/>
        </w:rPr>
        <w:t xml:space="preserve"> </w:t>
      </w:r>
      <w:r w:rsidR="007773CF" w:rsidRPr="00AC5BD0">
        <w:rPr>
          <w:bCs/>
          <w:lang w:val="en-GB"/>
        </w:rPr>
        <w:t xml:space="preserve">Theo Heramb, </w:t>
      </w:r>
      <w:proofErr w:type="gramStart"/>
      <w:r w:rsidR="007773CF" w:rsidRPr="00AC5BD0">
        <w:rPr>
          <w:bCs/>
          <w:lang w:val="en-GB"/>
        </w:rPr>
        <w:t>2:a</w:t>
      </w:r>
      <w:proofErr w:type="gramEnd"/>
      <w:r w:rsidR="007773CF" w:rsidRPr="00AC5BD0">
        <w:rPr>
          <w:bCs/>
          <w:lang w:val="en-GB"/>
        </w:rPr>
        <w:t xml:space="preserve"> Adrian Hannu, </w:t>
      </w:r>
      <w:proofErr w:type="gramStart"/>
      <w:r w:rsidR="007773CF" w:rsidRPr="00AC5BD0">
        <w:rPr>
          <w:bCs/>
          <w:lang w:val="en-GB"/>
        </w:rPr>
        <w:t>3:a</w:t>
      </w:r>
      <w:proofErr w:type="gramEnd"/>
      <w:r w:rsidR="007773CF" w:rsidRPr="00AC5BD0">
        <w:rPr>
          <w:bCs/>
          <w:lang w:val="en-GB"/>
        </w:rPr>
        <w:t xml:space="preserve"> Viktor Baureus</w:t>
      </w:r>
      <w:r w:rsidR="0013769A" w:rsidRPr="00AC5BD0">
        <w:rPr>
          <w:bCs/>
          <w:lang w:val="en-GB"/>
        </w:rPr>
        <w:t xml:space="preserve"> PS 12 C</w:t>
      </w:r>
    </w:p>
    <w:p w14:paraId="7EBBDC05" w14:textId="5EE21136" w:rsidR="0013769A" w:rsidRPr="00301E20" w:rsidRDefault="00F85515" w:rsidP="00AC5BD0">
      <w:pPr>
        <w:spacing w:line="240" w:lineRule="auto"/>
        <w:rPr>
          <w:bCs/>
          <w:lang w:val="sv-SE"/>
        </w:rPr>
      </w:pPr>
      <w:proofErr w:type="gramStart"/>
      <w:r w:rsidRPr="00301E20">
        <w:rPr>
          <w:bCs/>
          <w:lang w:val="sv-SE"/>
        </w:rPr>
        <w:t>2:a</w:t>
      </w:r>
      <w:proofErr w:type="gramEnd"/>
      <w:r w:rsidRPr="00301E20">
        <w:rPr>
          <w:bCs/>
          <w:lang w:val="sv-SE"/>
        </w:rPr>
        <w:t xml:space="preserve"> Lundberg/Ohlsson</w:t>
      </w:r>
      <w:r w:rsidR="00793B22" w:rsidRPr="00301E20">
        <w:rPr>
          <w:bCs/>
          <w:lang w:val="sv-SE"/>
        </w:rPr>
        <w:t xml:space="preserve">, </w:t>
      </w:r>
      <w:proofErr w:type="gramStart"/>
      <w:r w:rsidR="00793B22" w:rsidRPr="00301E20">
        <w:rPr>
          <w:bCs/>
          <w:lang w:val="sv-SE"/>
        </w:rPr>
        <w:t>3:a</w:t>
      </w:r>
      <w:proofErr w:type="gramEnd"/>
      <w:r w:rsidR="00793B22" w:rsidRPr="00301E20">
        <w:rPr>
          <w:bCs/>
          <w:lang w:val="sv-SE"/>
        </w:rPr>
        <w:t xml:space="preserve"> Barklund/Arab HD </w:t>
      </w:r>
    </w:p>
    <w:p w14:paraId="1F7E96B8" w14:textId="3B6564BB" w:rsidR="00BC3EE5" w:rsidRPr="00301E20" w:rsidRDefault="00BC3EE5" w:rsidP="00AC5BD0">
      <w:pPr>
        <w:spacing w:line="240" w:lineRule="auto"/>
        <w:rPr>
          <w:bCs/>
          <w:lang w:val="sv-SE"/>
        </w:rPr>
      </w:pPr>
      <w:proofErr w:type="gramStart"/>
      <w:r w:rsidRPr="00301E20">
        <w:rPr>
          <w:bCs/>
          <w:lang w:val="sv-SE"/>
        </w:rPr>
        <w:t>1:a</w:t>
      </w:r>
      <w:proofErr w:type="gramEnd"/>
      <w:r w:rsidRPr="00301E20">
        <w:rPr>
          <w:bCs/>
          <w:lang w:val="sv-SE"/>
        </w:rPr>
        <w:t xml:space="preserve"> Frida Axelsson, </w:t>
      </w:r>
      <w:proofErr w:type="gramStart"/>
      <w:r w:rsidRPr="00301E20">
        <w:rPr>
          <w:bCs/>
          <w:lang w:val="sv-SE"/>
        </w:rPr>
        <w:t>3:a</w:t>
      </w:r>
      <w:proofErr w:type="gramEnd"/>
      <w:r w:rsidRPr="00301E20">
        <w:rPr>
          <w:bCs/>
          <w:lang w:val="sv-SE"/>
        </w:rPr>
        <w:t xml:space="preserve"> Maria Linder DS 45 + </w:t>
      </w:r>
    </w:p>
    <w:p w14:paraId="21A36AEF" w14:textId="4A780C42" w:rsidR="00B83034" w:rsidRPr="00301E20" w:rsidRDefault="00C7057D" w:rsidP="00AC5BD0">
      <w:pPr>
        <w:spacing w:line="240" w:lineRule="auto"/>
        <w:rPr>
          <w:bCs/>
          <w:lang w:val="sv-SE"/>
        </w:rPr>
      </w:pPr>
      <w:proofErr w:type="gramStart"/>
      <w:r w:rsidRPr="00301E20">
        <w:rPr>
          <w:bCs/>
          <w:lang w:val="sv-SE"/>
        </w:rPr>
        <w:t>1:a</w:t>
      </w:r>
      <w:proofErr w:type="gramEnd"/>
      <w:r w:rsidRPr="00301E20">
        <w:rPr>
          <w:bCs/>
          <w:lang w:val="sv-SE"/>
        </w:rPr>
        <w:t xml:space="preserve"> Axelsson/Linder DD 45 + </w:t>
      </w:r>
    </w:p>
    <w:p w14:paraId="58921396" w14:textId="3B98A327" w:rsidR="00B83034" w:rsidRPr="00301E20" w:rsidRDefault="007239F2" w:rsidP="007239F2">
      <w:pPr>
        <w:rPr>
          <w:bCs/>
          <w:color w:val="00B050"/>
          <w:lang w:val="sv-SE"/>
        </w:rPr>
      </w:pPr>
      <w:r w:rsidRPr="00301E20">
        <w:rPr>
          <w:bCs/>
          <w:color w:val="00B050"/>
          <w:lang w:val="sv-SE"/>
        </w:rPr>
        <w:t xml:space="preserve">                                     </w:t>
      </w:r>
      <w:r>
        <w:rPr>
          <w:noProof/>
        </w:rPr>
        <w:drawing>
          <wp:inline distT="0" distB="0" distL="0" distR="0" wp14:anchorId="366CA047" wp14:editId="3E232882">
            <wp:extent cx="1206584" cy="1569720"/>
            <wp:effectExtent l="0" t="0" r="0" b="0"/>
            <wp:docPr id="128969519" name="Bildobjekt 7" descr="En bild som visar klädsel, person, leende, Människoansikt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69519" name="Bildobjekt 7" descr="En bild som visar klädsel, person, leende, Människoansikte&#10;&#10;AI-genererat innehåll kan vara felaktig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4552" cy="1593096"/>
                    </a:xfrm>
                    <a:prstGeom prst="rect">
                      <a:avLst/>
                    </a:prstGeom>
                    <a:noFill/>
                    <a:ln>
                      <a:noFill/>
                    </a:ln>
                  </pic:spPr>
                </pic:pic>
              </a:graphicData>
            </a:graphic>
          </wp:inline>
        </w:drawing>
      </w:r>
      <w:r w:rsidRPr="00301E20">
        <w:rPr>
          <w:bCs/>
          <w:color w:val="00B050"/>
          <w:lang w:val="sv-SE"/>
        </w:rPr>
        <w:t xml:space="preserve">           </w:t>
      </w:r>
      <w:r w:rsidR="00D90447">
        <w:rPr>
          <w:noProof/>
        </w:rPr>
        <w:drawing>
          <wp:inline distT="0" distB="0" distL="0" distR="0" wp14:anchorId="3FEB29A5" wp14:editId="6E32E037">
            <wp:extent cx="1159377" cy="1538650"/>
            <wp:effectExtent l="0" t="0" r="3175" b="4445"/>
            <wp:docPr id="1129096557" name="Bildobjekt 8" descr="En bild som visar person, klädsel, fotbeklädnader,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096557" name="Bildobjekt 8" descr="En bild som visar person, klädsel, fotbeklädnader, text&#10;&#10;AI-genererat innehåll kan vara felaktig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6576" cy="1561476"/>
                    </a:xfrm>
                    <a:prstGeom prst="rect">
                      <a:avLst/>
                    </a:prstGeom>
                    <a:noFill/>
                    <a:ln>
                      <a:noFill/>
                    </a:ln>
                  </pic:spPr>
                </pic:pic>
              </a:graphicData>
            </a:graphic>
          </wp:inline>
        </w:drawing>
      </w:r>
      <w:r w:rsidRPr="00301E20">
        <w:rPr>
          <w:bCs/>
          <w:color w:val="00B050"/>
          <w:lang w:val="sv-SE"/>
        </w:rPr>
        <w:t xml:space="preserve">    </w:t>
      </w:r>
    </w:p>
    <w:p w14:paraId="5051ADF8" w14:textId="52B9B1AE" w:rsidR="00C7057D" w:rsidRPr="00AC5BD0" w:rsidRDefault="007D01A4" w:rsidP="009B5467">
      <w:pPr>
        <w:rPr>
          <w:b/>
          <w:lang w:val="sv-SE"/>
        </w:rPr>
      </w:pPr>
      <w:proofErr w:type="gramStart"/>
      <w:r w:rsidRPr="00AC5BD0">
        <w:rPr>
          <w:b/>
          <w:lang w:val="sv-SE"/>
        </w:rPr>
        <w:t>15-16</w:t>
      </w:r>
      <w:proofErr w:type="gramEnd"/>
      <w:r w:rsidRPr="00AC5BD0">
        <w:rPr>
          <w:b/>
          <w:lang w:val="sv-SE"/>
        </w:rPr>
        <w:t xml:space="preserve">/11 </w:t>
      </w:r>
      <w:r w:rsidR="00CD71EE" w:rsidRPr="00AC5BD0">
        <w:rPr>
          <w:b/>
          <w:lang w:val="sv-SE"/>
        </w:rPr>
        <w:t>ROG Touren</w:t>
      </w:r>
    </w:p>
    <w:p w14:paraId="0F219CB3" w14:textId="49A30FEB" w:rsidR="002E5071" w:rsidRPr="00AC5BD0" w:rsidRDefault="00CD71EE">
      <w:pPr>
        <w:rPr>
          <w:bCs/>
          <w:lang w:val="sv-SE"/>
        </w:rPr>
      </w:pPr>
      <w:r w:rsidRPr="00AC5BD0">
        <w:rPr>
          <w:bCs/>
          <w:lang w:val="sv-SE"/>
        </w:rPr>
        <w:t xml:space="preserve">I </w:t>
      </w:r>
      <w:r w:rsidR="00CC1935" w:rsidRPr="00AC5BD0">
        <w:rPr>
          <w:bCs/>
          <w:lang w:val="sv-SE"/>
        </w:rPr>
        <w:t>m</w:t>
      </w:r>
      <w:r w:rsidRPr="00AC5BD0">
        <w:rPr>
          <w:bCs/>
          <w:lang w:val="sv-SE"/>
        </w:rPr>
        <w:t xml:space="preserve">itten på </w:t>
      </w:r>
      <w:r w:rsidR="00CC1935" w:rsidRPr="00AC5BD0">
        <w:rPr>
          <w:bCs/>
          <w:lang w:val="sv-SE"/>
        </w:rPr>
        <w:t>november</w:t>
      </w:r>
      <w:r w:rsidRPr="00AC5BD0">
        <w:rPr>
          <w:bCs/>
          <w:lang w:val="sv-SE"/>
        </w:rPr>
        <w:t xml:space="preserve"> </w:t>
      </w:r>
      <w:r w:rsidR="00D17084" w:rsidRPr="00AC5BD0">
        <w:rPr>
          <w:bCs/>
          <w:lang w:val="sv-SE"/>
        </w:rPr>
        <w:t>var vi bland de första tennisklubbarna som spelade ROG Touren via Svenska tennisförbundet</w:t>
      </w:r>
      <w:r w:rsidR="00817FC4" w:rsidRPr="00AC5BD0">
        <w:rPr>
          <w:bCs/>
          <w:lang w:val="sv-SE"/>
        </w:rPr>
        <w:t>. Tävling för dem yngre som är i början på sitt tävlande</w:t>
      </w:r>
      <w:r w:rsidR="000112A3" w:rsidRPr="00AC5BD0">
        <w:rPr>
          <w:bCs/>
          <w:lang w:val="sv-SE"/>
        </w:rPr>
        <w:t xml:space="preserve">, det blev väldigt lyckat och klassen med Grönboll blev full och det var många </w:t>
      </w:r>
      <w:proofErr w:type="spellStart"/>
      <w:r w:rsidR="000112A3" w:rsidRPr="00AC5BD0">
        <w:rPr>
          <w:bCs/>
          <w:lang w:val="sv-SE"/>
        </w:rPr>
        <w:t>VTKare</w:t>
      </w:r>
      <w:proofErr w:type="spellEnd"/>
      <w:r w:rsidR="000112A3" w:rsidRPr="00AC5BD0">
        <w:rPr>
          <w:bCs/>
          <w:lang w:val="sv-SE"/>
        </w:rPr>
        <w:t xml:space="preserve"> som var med och spelade </w:t>
      </w:r>
      <w:r w:rsidR="00554DCE" w:rsidRPr="00AC5BD0">
        <w:rPr>
          <w:bCs/>
          <w:lang w:val="sv-SE"/>
        </w:rPr>
        <w:t>tävlingen som g</w:t>
      </w:r>
      <w:r w:rsidR="00AC5BD0" w:rsidRPr="00AC5BD0">
        <w:rPr>
          <w:bCs/>
          <w:lang w:val="sv-SE"/>
        </w:rPr>
        <w:t xml:space="preserve">enomförs under en </w:t>
      </w:r>
      <w:r w:rsidR="00554DCE" w:rsidRPr="00AC5BD0">
        <w:rPr>
          <w:bCs/>
          <w:lang w:val="sv-SE"/>
        </w:rPr>
        <w:t xml:space="preserve">dag. </w:t>
      </w:r>
    </w:p>
    <w:p w14:paraId="6CB5A79C" w14:textId="744DD3DE" w:rsidR="002E5071" w:rsidRPr="00AC5BD0" w:rsidRDefault="002E5071">
      <w:pPr>
        <w:rPr>
          <w:bCs/>
          <w:lang w:val="sv-SE"/>
        </w:rPr>
      </w:pPr>
      <w:r w:rsidRPr="00AC5BD0">
        <w:rPr>
          <w:bCs/>
          <w:lang w:val="sv-SE"/>
        </w:rPr>
        <w:t xml:space="preserve">Vi har startat matchskola där man kan köpa ett matchkort och var med varje </w:t>
      </w:r>
      <w:proofErr w:type="gramStart"/>
      <w:r w:rsidRPr="00AC5BD0">
        <w:rPr>
          <w:bCs/>
          <w:lang w:val="sv-SE"/>
        </w:rPr>
        <w:t>Fredag</w:t>
      </w:r>
      <w:r w:rsidR="000D7663" w:rsidRPr="00AC5BD0">
        <w:rPr>
          <w:bCs/>
          <w:lang w:val="sv-SE"/>
        </w:rPr>
        <w:t>ar</w:t>
      </w:r>
      <w:proofErr w:type="gramEnd"/>
      <w:r w:rsidRPr="00AC5BD0">
        <w:rPr>
          <w:bCs/>
          <w:lang w:val="sv-SE"/>
        </w:rPr>
        <w:t xml:space="preserve"> och lära sig räkna och spela match med Oliver. </w:t>
      </w:r>
    </w:p>
    <w:p w14:paraId="69ED97A7" w14:textId="77777777" w:rsidR="002E5071" w:rsidRPr="00554DCE" w:rsidRDefault="002E5071">
      <w:pPr>
        <w:rPr>
          <w:bCs/>
          <w:color w:val="00B050"/>
          <w:lang w:val="sv-SE"/>
        </w:rPr>
      </w:pPr>
    </w:p>
    <w:p w14:paraId="1103BA9C" w14:textId="39811F14" w:rsidR="0005790D" w:rsidRPr="00555AD7" w:rsidRDefault="00A216A5">
      <w:pPr>
        <w:rPr>
          <w:lang w:val="sv-SE"/>
        </w:rPr>
      </w:pPr>
      <w:r>
        <w:rPr>
          <w:b/>
          <w:sz w:val="28"/>
          <w:lang w:val="sv-SE"/>
        </w:rPr>
        <w:t>S</w:t>
      </w:r>
      <w:r w:rsidR="0072080F" w:rsidRPr="00555AD7">
        <w:rPr>
          <w:b/>
          <w:sz w:val="28"/>
          <w:lang w:val="sv-SE"/>
        </w:rPr>
        <w:t>eriespel</w:t>
      </w:r>
    </w:p>
    <w:p w14:paraId="6C3F40E9" w14:textId="4FB39C09" w:rsidR="00BD71CD" w:rsidRPr="00AC5BD0" w:rsidRDefault="007E3A5B" w:rsidP="00BD71CD">
      <w:pPr>
        <w:rPr>
          <w:b/>
          <w:bCs/>
          <w:lang w:val="sv-SE"/>
        </w:rPr>
      </w:pPr>
      <w:r w:rsidRPr="00AC5BD0">
        <w:rPr>
          <w:b/>
          <w:bCs/>
          <w:lang w:val="sv-SE"/>
        </w:rPr>
        <w:t>Inne våren 2025</w:t>
      </w:r>
    </w:p>
    <w:p w14:paraId="349063CA" w14:textId="344B5290" w:rsidR="00BD7CE5" w:rsidRPr="00AC5BD0" w:rsidRDefault="00E3617F">
      <w:pPr>
        <w:rPr>
          <w:b/>
          <w:bCs/>
          <w:lang w:val="sv-SE"/>
        </w:rPr>
      </w:pPr>
      <w:r w:rsidRPr="00AC5BD0">
        <w:rPr>
          <w:b/>
          <w:bCs/>
          <w:lang w:val="sv-SE"/>
        </w:rPr>
        <w:t xml:space="preserve">Svenska Juniorcupen 18 år </w:t>
      </w:r>
    </w:p>
    <w:p w14:paraId="7F30E289" w14:textId="3F9FA71E" w:rsidR="007E3A5B" w:rsidRPr="00AC5BD0" w:rsidRDefault="007E3A5B">
      <w:pPr>
        <w:rPr>
          <w:lang w:val="sv-SE"/>
        </w:rPr>
      </w:pPr>
      <w:r w:rsidRPr="00AC5BD0">
        <w:rPr>
          <w:lang w:val="sv-SE"/>
        </w:rPr>
        <w:t>Laget i P</w:t>
      </w:r>
      <w:r w:rsidR="00BD71CD" w:rsidRPr="00AC5BD0">
        <w:rPr>
          <w:lang w:val="sv-SE"/>
        </w:rPr>
        <w:t xml:space="preserve">ojkar </w:t>
      </w:r>
      <w:r w:rsidRPr="00AC5BD0">
        <w:rPr>
          <w:lang w:val="sv-SE"/>
        </w:rPr>
        <w:t xml:space="preserve">18 </w:t>
      </w:r>
      <w:r w:rsidR="00BD71CD" w:rsidRPr="00AC5BD0">
        <w:rPr>
          <w:lang w:val="sv-SE"/>
        </w:rPr>
        <w:t xml:space="preserve">år </w:t>
      </w:r>
      <w:r w:rsidRPr="00AC5BD0">
        <w:rPr>
          <w:lang w:val="sv-SE"/>
        </w:rPr>
        <w:t xml:space="preserve">bestod av Isak </w:t>
      </w:r>
      <w:proofErr w:type="spellStart"/>
      <w:r w:rsidRPr="00AC5BD0">
        <w:rPr>
          <w:lang w:val="sv-SE"/>
        </w:rPr>
        <w:t>Bössfall</w:t>
      </w:r>
      <w:proofErr w:type="spellEnd"/>
      <w:r w:rsidRPr="00AC5BD0">
        <w:rPr>
          <w:lang w:val="sv-SE"/>
        </w:rPr>
        <w:t xml:space="preserve">, Gustav Linder &amp; Aron Svensson som vann en tuff match mot Lidköping med </w:t>
      </w:r>
      <w:proofErr w:type="gramStart"/>
      <w:r w:rsidRPr="00AC5BD0">
        <w:rPr>
          <w:lang w:val="sv-SE"/>
        </w:rPr>
        <w:t>3-2</w:t>
      </w:r>
      <w:proofErr w:type="gramEnd"/>
      <w:r w:rsidRPr="00AC5BD0">
        <w:rPr>
          <w:lang w:val="sv-SE"/>
        </w:rPr>
        <w:t xml:space="preserve"> efter att matchen fick avgöras i ett supertiebreak som vi vann på Bellevuestadion</w:t>
      </w:r>
      <w:r w:rsidR="00BD71CD" w:rsidRPr="00AC5BD0">
        <w:rPr>
          <w:lang w:val="sv-SE"/>
        </w:rPr>
        <w:t xml:space="preserve">. Vi förlorade sedan borta mot Mälarhöjdens TK med </w:t>
      </w:r>
      <w:proofErr w:type="gramStart"/>
      <w:r w:rsidR="00BD71CD" w:rsidRPr="00AC5BD0">
        <w:rPr>
          <w:lang w:val="sv-SE"/>
        </w:rPr>
        <w:t>1-3</w:t>
      </w:r>
      <w:proofErr w:type="gramEnd"/>
      <w:r w:rsidR="00BD71CD" w:rsidRPr="00AC5BD0">
        <w:rPr>
          <w:lang w:val="sv-SE"/>
        </w:rPr>
        <w:t xml:space="preserve"> efter en bra match från vår sida där vi var med i matchen. Mälarhöjdens TK vann sedan semifinalen och SM finalen med </w:t>
      </w:r>
      <w:proofErr w:type="gramStart"/>
      <w:r w:rsidR="00BD71CD" w:rsidRPr="00AC5BD0">
        <w:rPr>
          <w:lang w:val="sv-SE"/>
        </w:rPr>
        <w:t>4-0</w:t>
      </w:r>
      <w:proofErr w:type="gramEnd"/>
      <w:r w:rsidR="00BD71CD" w:rsidRPr="00AC5BD0">
        <w:rPr>
          <w:lang w:val="sv-SE"/>
        </w:rPr>
        <w:t xml:space="preserve">. </w:t>
      </w:r>
    </w:p>
    <w:p w14:paraId="1E7A48FC" w14:textId="3EB1133C" w:rsidR="00BD71CD" w:rsidRPr="00AC5BD0" w:rsidRDefault="00BD71CD">
      <w:pPr>
        <w:rPr>
          <w:lang w:val="sv-SE"/>
        </w:rPr>
      </w:pPr>
      <w:r w:rsidRPr="00AC5BD0">
        <w:rPr>
          <w:lang w:val="sv-SE"/>
        </w:rPr>
        <w:t xml:space="preserve">Vi hade juniorlag i Orange </w:t>
      </w:r>
      <w:r w:rsidR="00931E14" w:rsidRPr="00AC5BD0">
        <w:rPr>
          <w:lang w:val="sv-SE"/>
        </w:rPr>
        <w:t>League</w:t>
      </w:r>
      <w:r w:rsidRPr="00AC5BD0">
        <w:rPr>
          <w:lang w:val="sv-SE"/>
        </w:rPr>
        <w:t>/Green</w:t>
      </w:r>
      <w:r w:rsidR="00931E14" w:rsidRPr="00AC5BD0">
        <w:rPr>
          <w:lang w:val="sv-SE"/>
        </w:rPr>
        <w:t xml:space="preserve"> Challenge</w:t>
      </w:r>
      <w:r w:rsidR="00260BC3" w:rsidRPr="00AC5BD0">
        <w:rPr>
          <w:lang w:val="sv-SE"/>
        </w:rPr>
        <w:t xml:space="preserve">, Pojkar &amp; flickor 13 år, Pojkar &amp; flickor 15 år. </w:t>
      </w:r>
    </w:p>
    <w:p w14:paraId="0D0A14F9" w14:textId="40BD0CEE" w:rsidR="00260BC3" w:rsidRPr="00AC5BD0" w:rsidRDefault="00260BC3">
      <w:pPr>
        <w:rPr>
          <w:lang w:val="sv-SE"/>
        </w:rPr>
      </w:pPr>
      <w:r w:rsidRPr="00AC5BD0">
        <w:rPr>
          <w:lang w:val="sv-SE"/>
        </w:rPr>
        <w:t xml:space="preserve">Flickor 15 år laget bestod av Lovisa Ström, Emelie Kindblom, </w:t>
      </w:r>
      <w:proofErr w:type="spellStart"/>
      <w:r w:rsidRPr="00AC5BD0">
        <w:rPr>
          <w:lang w:val="sv-SE"/>
        </w:rPr>
        <w:t>Sanaria</w:t>
      </w:r>
      <w:proofErr w:type="spellEnd"/>
      <w:r w:rsidRPr="00AC5BD0">
        <w:rPr>
          <w:lang w:val="sv-SE"/>
        </w:rPr>
        <w:t xml:space="preserve"> </w:t>
      </w:r>
      <w:proofErr w:type="spellStart"/>
      <w:r w:rsidRPr="00AC5BD0">
        <w:rPr>
          <w:lang w:val="sv-SE"/>
        </w:rPr>
        <w:t>Rasheed</w:t>
      </w:r>
      <w:proofErr w:type="spellEnd"/>
      <w:r w:rsidRPr="00AC5BD0">
        <w:rPr>
          <w:lang w:val="sv-SE"/>
        </w:rPr>
        <w:t xml:space="preserve">, Linnea Bruce som gick igenom serien med otroligt resultat </w:t>
      </w:r>
      <w:proofErr w:type="gramStart"/>
      <w:r w:rsidRPr="00AC5BD0">
        <w:rPr>
          <w:lang w:val="sv-SE"/>
        </w:rPr>
        <w:t>4-0</w:t>
      </w:r>
      <w:proofErr w:type="gramEnd"/>
      <w:r w:rsidRPr="00AC5BD0">
        <w:rPr>
          <w:lang w:val="sv-SE"/>
        </w:rPr>
        <w:t xml:space="preserve"> i lagmatcher, </w:t>
      </w:r>
      <w:proofErr w:type="gramStart"/>
      <w:r w:rsidRPr="00AC5BD0">
        <w:rPr>
          <w:lang w:val="sv-SE"/>
        </w:rPr>
        <w:t>12-0</w:t>
      </w:r>
      <w:proofErr w:type="gramEnd"/>
      <w:r w:rsidRPr="00AC5BD0">
        <w:rPr>
          <w:lang w:val="sv-SE"/>
        </w:rPr>
        <w:t xml:space="preserve"> matcher </w:t>
      </w:r>
      <w:proofErr w:type="gramStart"/>
      <w:r w:rsidRPr="00AC5BD0">
        <w:rPr>
          <w:lang w:val="sv-SE"/>
        </w:rPr>
        <w:t>24-2</w:t>
      </w:r>
      <w:proofErr w:type="gramEnd"/>
      <w:r w:rsidRPr="00AC5BD0">
        <w:rPr>
          <w:lang w:val="sv-SE"/>
        </w:rPr>
        <w:t xml:space="preserve"> i set. </w:t>
      </w:r>
    </w:p>
    <w:p w14:paraId="0AE82CA5" w14:textId="7C18AF19" w:rsidR="00260BC3" w:rsidRPr="00AC5BD0" w:rsidRDefault="00260BC3">
      <w:pPr>
        <w:rPr>
          <w:b/>
          <w:bCs/>
          <w:lang w:val="sv-SE"/>
        </w:rPr>
      </w:pPr>
      <w:r w:rsidRPr="00AC5BD0">
        <w:rPr>
          <w:b/>
          <w:bCs/>
          <w:lang w:val="sv-SE"/>
        </w:rPr>
        <w:t xml:space="preserve">Svenska tennisligan inne </w:t>
      </w:r>
      <w:proofErr w:type="gramStart"/>
      <w:r w:rsidRPr="00AC5BD0">
        <w:rPr>
          <w:b/>
          <w:bCs/>
          <w:lang w:val="sv-SE"/>
        </w:rPr>
        <w:t>2025-2026</w:t>
      </w:r>
      <w:proofErr w:type="gramEnd"/>
    </w:p>
    <w:p w14:paraId="24F93968" w14:textId="6B959FE1" w:rsidR="00260BC3" w:rsidRPr="00AC5BD0" w:rsidRDefault="00931E14">
      <w:pPr>
        <w:rPr>
          <w:lang w:val="sv-SE"/>
        </w:rPr>
      </w:pPr>
      <w:r w:rsidRPr="00AC5BD0">
        <w:rPr>
          <w:lang w:val="sv-SE"/>
        </w:rPr>
        <w:t xml:space="preserve">har vi haft lag med i Green Challenge, Flickor 15 år, Pojkar 13/15 år, Damer div 1 förbundsserien, damer 45 +, Herrlag, Herrar 35 +, 45 +, 55 +, 70 </w:t>
      </w:r>
      <w:proofErr w:type="gramStart"/>
      <w:r w:rsidRPr="00AC5BD0">
        <w:rPr>
          <w:lang w:val="sv-SE"/>
        </w:rPr>
        <w:t>+ ,</w:t>
      </w:r>
      <w:proofErr w:type="gramEnd"/>
      <w:r w:rsidRPr="00AC5BD0">
        <w:rPr>
          <w:lang w:val="sv-SE"/>
        </w:rPr>
        <w:t xml:space="preserve"> 75 +. </w:t>
      </w:r>
    </w:p>
    <w:p w14:paraId="748AAFE2" w14:textId="28731D60" w:rsidR="005644DF" w:rsidRPr="00AC5BD0" w:rsidRDefault="005644DF">
      <w:pPr>
        <w:rPr>
          <w:lang w:val="sv-SE"/>
        </w:rPr>
      </w:pPr>
      <w:r w:rsidRPr="00AC5BD0">
        <w:rPr>
          <w:lang w:val="sv-SE"/>
        </w:rPr>
        <w:t xml:space="preserve">Damlaget bestod av </w:t>
      </w:r>
      <w:proofErr w:type="spellStart"/>
      <w:r w:rsidRPr="00AC5BD0">
        <w:rPr>
          <w:lang w:val="sv-SE"/>
        </w:rPr>
        <w:t>Julita</w:t>
      </w:r>
      <w:proofErr w:type="spellEnd"/>
      <w:r w:rsidRPr="00AC5BD0">
        <w:rPr>
          <w:lang w:val="sv-SE"/>
        </w:rPr>
        <w:t xml:space="preserve"> </w:t>
      </w:r>
      <w:proofErr w:type="spellStart"/>
      <w:r w:rsidRPr="00AC5BD0">
        <w:rPr>
          <w:lang w:val="sv-SE"/>
        </w:rPr>
        <w:t>Saner</w:t>
      </w:r>
      <w:proofErr w:type="spellEnd"/>
      <w:r w:rsidRPr="00AC5BD0">
        <w:rPr>
          <w:lang w:val="sv-SE"/>
        </w:rPr>
        <w:t xml:space="preserve">, Lovisa Ström, Emelie Kindblom, </w:t>
      </w:r>
      <w:proofErr w:type="spellStart"/>
      <w:r w:rsidRPr="00AC5BD0">
        <w:rPr>
          <w:lang w:val="sv-SE"/>
        </w:rPr>
        <w:t>Sanaria</w:t>
      </w:r>
      <w:proofErr w:type="spellEnd"/>
      <w:r w:rsidRPr="00AC5BD0">
        <w:rPr>
          <w:lang w:val="sv-SE"/>
        </w:rPr>
        <w:t xml:space="preserve"> </w:t>
      </w:r>
      <w:proofErr w:type="spellStart"/>
      <w:r w:rsidRPr="00AC5BD0">
        <w:rPr>
          <w:lang w:val="sv-SE"/>
        </w:rPr>
        <w:t>Rasheed</w:t>
      </w:r>
      <w:proofErr w:type="spellEnd"/>
      <w:r w:rsidRPr="00AC5BD0">
        <w:rPr>
          <w:lang w:val="sv-SE"/>
        </w:rPr>
        <w:t xml:space="preserve">, Nadine Mathisen. Vi </w:t>
      </w:r>
      <w:r w:rsidR="008A44F7">
        <w:rPr>
          <w:lang w:val="sv-SE"/>
        </w:rPr>
        <w:t xml:space="preserve">är </w:t>
      </w:r>
      <w:r w:rsidRPr="00AC5BD0">
        <w:rPr>
          <w:lang w:val="sv-SE"/>
        </w:rPr>
        <w:t>nära att klara kontraktet</w:t>
      </w:r>
      <w:r w:rsidR="008A44F7">
        <w:rPr>
          <w:lang w:val="sv-SE"/>
        </w:rPr>
        <w:t xml:space="preserve"> men åker tyvärr</w:t>
      </w:r>
      <w:r w:rsidRPr="00AC5BD0">
        <w:rPr>
          <w:lang w:val="sv-SE"/>
        </w:rPr>
        <w:t xml:space="preserve"> ur div. 1 med minsta möjliga marginal ihop med U</w:t>
      </w:r>
      <w:r w:rsidR="006A1262" w:rsidRPr="00AC5BD0">
        <w:rPr>
          <w:lang w:val="sv-SE"/>
        </w:rPr>
        <w:t>psala TK</w:t>
      </w:r>
      <w:r w:rsidRPr="00AC5BD0">
        <w:rPr>
          <w:lang w:val="sv-SE"/>
        </w:rPr>
        <w:t xml:space="preserve">. </w:t>
      </w:r>
      <w:r w:rsidR="006A1262" w:rsidRPr="00AC5BD0">
        <w:rPr>
          <w:lang w:val="sv-SE"/>
        </w:rPr>
        <w:br/>
      </w:r>
      <w:proofErr w:type="spellStart"/>
      <w:r w:rsidRPr="00AC5BD0">
        <w:rPr>
          <w:lang w:val="sv-SE"/>
        </w:rPr>
        <w:t>Julita</w:t>
      </w:r>
      <w:proofErr w:type="spellEnd"/>
      <w:r w:rsidRPr="00AC5BD0">
        <w:rPr>
          <w:lang w:val="sv-SE"/>
        </w:rPr>
        <w:t xml:space="preserve"> </w:t>
      </w:r>
      <w:proofErr w:type="spellStart"/>
      <w:r w:rsidR="006A1262" w:rsidRPr="00AC5BD0">
        <w:rPr>
          <w:lang w:val="sv-SE"/>
        </w:rPr>
        <w:t>Saner</w:t>
      </w:r>
      <w:proofErr w:type="spellEnd"/>
      <w:r w:rsidR="006A1262" w:rsidRPr="00AC5BD0">
        <w:rPr>
          <w:lang w:val="sv-SE"/>
        </w:rPr>
        <w:t xml:space="preserve"> går obesegrad i sina singelmatcher genom hela serien och bjöd hemmapubliken på fantastisk tennis när hon besegrade </w:t>
      </w:r>
      <w:proofErr w:type="spellStart"/>
      <w:r w:rsidR="006A1262" w:rsidRPr="00AC5BD0">
        <w:rPr>
          <w:lang w:val="sv-SE"/>
        </w:rPr>
        <w:t>Jamilah</w:t>
      </w:r>
      <w:proofErr w:type="spellEnd"/>
      <w:r w:rsidR="006A1262" w:rsidRPr="00AC5BD0">
        <w:rPr>
          <w:lang w:val="sv-SE"/>
        </w:rPr>
        <w:t xml:space="preserve"> Snells</w:t>
      </w:r>
      <w:r w:rsidR="008A44F7">
        <w:rPr>
          <w:lang w:val="sv-SE"/>
        </w:rPr>
        <w:t xml:space="preserve"> i säsongens mest välspelade match.</w:t>
      </w:r>
    </w:p>
    <w:p w14:paraId="528C0826" w14:textId="1F8AF67C" w:rsidR="00656E19" w:rsidRPr="00AC5BD0" w:rsidRDefault="006A1262">
      <w:pPr>
        <w:rPr>
          <w:lang w:val="sv-SE"/>
        </w:rPr>
      </w:pPr>
      <w:r w:rsidRPr="00AC5BD0">
        <w:rPr>
          <w:lang w:val="sv-SE"/>
        </w:rPr>
        <w:t xml:space="preserve">Herrlaget </w:t>
      </w:r>
      <w:r w:rsidR="0003258D" w:rsidRPr="00AC5BD0">
        <w:rPr>
          <w:lang w:val="sv-SE"/>
        </w:rPr>
        <w:t xml:space="preserve">har två matcher kvar </w:t>
      </w:r>
      <w:r w:rsidR="002E07E3" w:rsidRPr="00AC5BD0">
        <w:rPr>
          <w:lang w:val="sv-SE"/>
        </w:rPr>
        <w:t xml:space="preserve">och leder just nu </w:t>
      </w:r>
      <w:r w:rsidR="00CF14D3" w:rsidRPr="00AC5BD0">
        <w:rPr>
          <w:lang w:val="sv-SE"/>
        </w:rPr>
        <w:t>division 3 i jakten på att ta oss tillbaka till div. 2 i laget spelar Aron svensson, Gustav Linder</w:t>
      </w:r>
      <w:r w:rsidR="005B572B" w:rsidRPr="00AC5BD0">
        <w:rPr>
          <w:lang w:val="sv-SE"/>
        </w:rPr>
        <w:t xml:space="preserve">, Mathias </w:t>
      </w:r>
      <w:proofErr w:type="spellStart"/>
      <w:r w:rsidR="005B572B" w:rsidRPr="00AC5BD0">
        <w:rPr>
          <w:lang w:val="sv-SE"/>
        </w:rPr>
        <w:t>Duan</w:t>
      </w:r>
      <w:proofErr w:type="spellEnd"/>
      <w:r w:rsidR="005B572B" w:rsidRPr="00AC5BD0">
        <w:rPr>
          <w:lang w:val="sv-SE"/>
        </w:rPr>
        <w:t xml:space="preserve">, </w:t>
      </w:r>
      <w:proofErr w:type="spellStart"/>
      <w:r w:rsidR="005B572B" w:rsidRPr="00AC5BD0">
        <w:rPr>
          <w:lang w:val="sv-SE"/>
        </w:rPr>
        <w:t>Varish</w:t>
      </w:r>
      <w:proofErr w:type="spellEnd"/>
      <w:r w:rsidR="005B572B" w:rsidRPr="00AC5BD0">
        <w:rPr>
          <w:lang w:val="sv-SE"/>
        </w:rPr>
        <w:t xml:space="preserve"> </w:t>
      </w:r>
      <w:proofErr w:type="spellStart"/>
      <w:r w:rsidR="005B572B" w:rsidRPr="00AC5BD0">
        <w:rPr>
          <w:lang w:val="sv-SE"/>
        </w:rPr>
        <w:t>Anella</w:t>
      </w:r>
      <w:proofErr w:type="spellEnd"/>
      <w:r w:rsidR="005B572B" w:rsidRPr="00AC5BD0">
        <w:rPr>
          <w:lang w:val="sv-SE"/>
        </w:rPr>
        <w:t xml:space="preserve"> &amp; Robert Bergman. </w:t>
      </w:r>
    </w:p>
    <w:p w14:paraId="4C86C786" w14:textId="2B8DC668" w:rsidR="00B10AB4" w:rsidRDefault="00B10AB4">
      <w:pPr>
        <w:rPr>
          <w:color w:val="00B050"/>
          <w:lang w:val="sv-SE"/>
        </w:rPr>
      </w:pPr>
    </w:p>
    <w:p w14:paraId="5E4D2B58" w14:textId="77777777" w:rsidR="008A44F7" w:rsidRDefault="008A44F7">
      <w:pPr>
        <w:rPr>
          <w:color w:val="00B050"/>
          <w:lang w:val="sv-SE"/>
        </w:rPr>
      </w:pPr>
    </w:p>
    <w:p w14:paraId="6BA2C3F8" w14:textId="77777777" w:rsidR="008A44F7" w:rsidRDefault="008A44F7">
      <w:pPr>
        <w:rPr>
          <w:color w:val="00B050"/>
          <w:lang w:val="sv-SE"/>
        </w:rPr>
      </w:pPr>
    </w:p>
    <w:p w14:paraId="3D9AD30E" w14:textId="77777777" w:rsidR="00301E20" w:rsidRDefault="00301E20">
      <w:pPr>
        <w:rPr>
          <w:color w:val="00B050"/>
          <w:lang w:val="sv-SE"/>
        </w:rPr>
      </w:pPr>
    </w:p>
    <w:p w14:paraId="4045B1C1" w14:textId="77777777" w:rsidR="00301E20" w:rsidRDefault="00301E20">
      <w:pPr>
        <w:rPr>
          <w:color w:val="00B050"/>
          <w:lang w:val="sv-SE"/>
        </w:rPr>
      </w:pPr>
    </w:p>
    <w:p w14:paraId="24CA7A48" w14:textId="77777777" w:rsidR="00301E20" w:rsidRDefault="00301E20">
      <w:pPr>
        <w:rPr>
          <w:color w:val="00B050"/>
          <w:lang w:val="sv-SE"/>
        </w:rPr>
      </w:pPr>
    </w:p>
    <w:p w14:paraId="57AB6477" w14:textId="77777777" w:rsidR="00301E20" w:rsidRPr="005B572B" w:rsidRDefault="00301E20">
      <w:pPr>
        <w:rPr>
          <w:color w:val="00B050"/>
          <w:lang w:val="sv-SE"/>
        </w:rPr>
      </w:pPr>
    </w:p>
    <w:p w14:paraId="7D63E600" w14:textId="613D5993" w:rsidR="0005790D" w:rsidRDefault="006A1262">
      <w:pPr>
        <w:rPr>
          <w:b/>
          <w:sz w:val="28"/>
          <w:lang w:val="sv-SE"/>
        </w:rPr>
      </w:pPr>
      <w:r>
        <w:rPr>
          <w:b/>
          <w:sz w:val="28"/>
          <w:lang w:val="sv-SE"/>
        </w:rPr>
        <w:lastRenderedPageBreak/>
        <w:t>Internationella Framgångar</w:t>
      </w:r>
    </w:p>
    <w:p w14:paraId="62822F4E" w14:textId="43DA15C0" w:rsidR="00076891" w:rsidRPr="008A44F7" w:rsidRDefault="00673DCD" w:rsidP="00076891">
      <w:pPr>
        <w:rPr>
          <w:bCs/>
          <w:lang w:val="sv-SE"/>
        </w:rPr>
      </w:pPr>
      <w:r w:rsidRPr="008A44F7">
        <w:rPr>
          <w:bCs/>
          <w:lang w:val="sv-SE"/>
        </w:rPr>
        <w:t xml:space="preserve">Emma Gjerseth </w:t>
      </w:r>
      <w:r w:rsidR="006F754E" w:rsidRPr="008A44F7">
        <w:rPr>
          <w:bCs/>
          <w:lang w:val="sv-SE"/>
        </w:rPr>
        <w:t>-</w:t>
      </w:r>
      <w:r w:rsidR="005B572B" w:rsidRPr="008A44F7">
        <w:rPr>
          <w:bCs/>
          <w:lang w:val="sv-SE"/>
        </w:rPr>
        <w:t xml:space="preserve">har varit runt och tävlat i </w:t>
      </w:r>
      <w:r w:rsidR="00C224ED" w:rsidRPr="008A44F7">
        <w:rPr>
          <w:bCs/>
          <w:lang w:val="sv-SE"/>
        </w:rPr>
        <w:t xml:space="preserve">mycket runt om i värden under 2025 men det som är främst framskjutande resultat är att hon spelat sina första Grand Slam </w:t>
      </w:r>
      <w:r w:rsidR="00076891" w:rsidRPr="008A44F7">
        <w:rPr>
          <w:bCs/>
          <w:lang w:val="sv-SE"/>
        </w:rPr>
        <w:t xml:space="preserve">turneringar </w:t>
      </w:r>
      <w:r w:rsidR="00C224ED" w:rsidRPr="008A44F7">
        <w:rPr>
          <w:bCs/>
          <w:lang w:val="sv-SE"/>
        </w:rPr>
        <w:t xml:space="preserve">under året. </w:t>
      </w:r>
    </w:p>
    <w:p w14:paraId="31F5B605" w14:textId="093B7880" w:rsidR="00341315" w:rsidRPr="008A44F7" w:rsidRDefault="00341315" w:rsidP="00076891">
      <w:pPr>
        <w:rPr>
          <w:bCs/>
          <w:lang w:val="sv-SE"/>
        </w:rPr>
      </w:pPr>
      <w:r w:rsidRPr="008A44F7">
        <w:rPr>
          <w:bCs/>
          <w:lang w:val="sv-SE"/>
        </w:rPr>
        <w:t xml:space="preserve">I </w:t>
      </w:r>
      <w:r w:rsidR="006F6B02" w:rsidRPr="008A44F7">
        <w:rPr>
          <w:bCs/>
          <w:lang w:val="sv-SE"/>
        </w:rPr>
        <w:t xml:space="preserve">Roland Garros </w:t>
      </w:r>
      <w:r w:rsidR="00721A6E" w:rsidRPr="008A44F7">
        <w:rPr>
          <w:bCs/>
          <w:lang w:val="sv-SE"/>
        </w:rPr>
        <w:t xml:space="preserve">blev Emma ihop med Sabina </w:t>
      </w:r>
      <w:proofErr w:type="spellStart"/>
      <w:r w:rsidR="00721A6E" w:rsidRPr="008A44F7">
        <w:rPr>
          <w:bCs/>
          <w:lang w:val="sv-SE"/>
        </w:rPr>
        <w:t>Czuz</w:t>
      </w:r>
      <w:proofErr w:type="spellEnd"/>
      <w:r w:rsidR="00721A6E" w:rsidRPr="008A44F7">
        <w:rPr>
          <w:bCs/>
          <w:lang w:val="sv-SE"/>
        </w:rPr>
        <w:t xml:space="preserve"> från USA </w:t>
      </w:r>
      <w:r w:rsidR="008B4B34" w:rsidRPr="008A44F7">
        <w:rPr>
          <w:bCs/>
          <w:lang w:val="sv-SE"/>
        </w:rPr>
        <w:t>Runner</w:t>
      </w:r>
      <w:r w:rsidR="00721A6E" w:rsidRPr="008A44F7">
        <w:rPr>
          <w:bCs/>
          <w:lang w:val="sv-SE"/>
        </w:rPr>
        <w:t xml:space="preserve"> </w:t>
      </w:r>
      <w:proofErr w:type="spellStart"/>
      <w:r w:rsidR="008B4B34" w:rsidRPr="008A44F7">
        <w:rPr>
          <w:bCs/>
          <w:lang w:val="sv-SE"/>
        </w:rPr>
        <w:t>U</w:t>
      </w:r>
      <w:r w:rsidR="00374282" w:rsidRPr="008A44F7">
        <w:rPr>
          <w:bCs/>
          <w:lang w:val="sv-SE"/>
        </w:rPr>
        <w:t>p</w:t>
      </w:r>
      <w:proofErr w:type="spellEnd"/>
      <w:r w:rsidR="00487B65" w:rsidRPr="008A44F7">
        <w:rPr>
          <w:bCs/>
          <w:lang w:val="sv-SE"/>
        </w:rPr>
        <w:t xml:space="preserve"> i dubbeln och totalt var det 4 i vär</w:t>
      </w:r>
      <w:r w:rsidR="009F6B17" w:rsidRPr="008A44F7">
        <w:rPr>
          <w:bCs/>
          <w:lang w:val="sv-SE"/>
        </w:rPr>
        <w:t xml:space="preserve">lden som fick spela singelklassen. </w:t>
      </w:r>
    </w:p>
    <w:p w14:paraId="6CEE0403" w14:textId="4FAAB22C" w:rsidR="00673DCD" w:rsidRDefault="00076891" w:rsidP="00B91293">
      <w:pPr>
        <w:jc w:val="center"/>
        <w:rPr>
          <w:bCs/>
          <w:lang w:val="sv-SE"/>
        </w:rPr>
      </w:pPr>
      <w:r>
        <w:rPr>
          <w:bCs/>
          <w:noProof/>
          <w:lang w:val="sv-SE"/>
        </w:rPr>
        <w:drawing>
          <wp:inline distT="0" distB="0" distL="0" distR="0" wp14:anchorId="760F60D6" wp14:editId="795C2942">
            <wp:extent cx="2331720" cy="1261520"/>
            <wp:effectExtent l="0" t="0" r="0" b="0"/>
            <wp:docPr id="1517996554"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9519" cy="1276560"/>
                    </a:xfrm>
                    <a:prstGeom prst="rect">
                      <a:avLst/>
                    </a:prstGeom>
                    <a:noFill/>
                    <a:ln>
                      <a:noFill/>
                    </a:ln>
                  </pic:spPr>
                </pic:pic>
              </a:graphicData>
            </a:graphic>
          </wp:inline>
        </w:drawing>
      </w:r>
    </w:p>
    <w:p w14:paraId="45C580B9" w14:textId="16A324CB" w:rsidR="00C224ED" w:rsidRPr="008A44F7" w:rsidRDefault="00E95BFA">
      <w:pPr>
        <w:rPr>
          <w:bCs/>
          <w:lang w:val="sv-SE"/>
        </w:rPr>
      </w:pPr>
      <w:r w:rsidRPr="008A44F7">
        <w:rPr>
          <w:bCs/>
          <w:lang w:val="sv-SE"/>
        </w:rPr>
        <w:t xml:space="preserve">I US </w:t>
      </w:r>
      <w:proofErr w:type="spellStart"/>
      <w:r w:rsidRPr="008A44F7">
        <w:rPr>
          <w:bCs/>
          <w:lang w:val="sv-SE"/>
        </w:rPr>
        <w:t>Open</w:t>
      </w:r>
      <w:proofErr w:type="spellEnd"/>
      <w:r w:rsidRPr="008A44F7">
        <w:rPr>
          <w:bCs/>
          <w:lang w:val="sv-SE"/>
        </w:rPr>
        <w:t xml:space="preserve"> </w:t>
      </w:r>
      <w:r w:rsidR="001A2751" w:rsidRPr="008A44F7">
        <w:rPr>
          <w:bCs/>
          <w:lang w:val="sv-SE"/>
        </w:rPr>
        <w:t xml:space="preserve">vann Emma mot tysken </w:t>
      </w:r>
      <w:proofErr w:type="spellStart"/>
      <w:r w:rsidR="001A2751" w:rsidRPr="008A44F7">
        <w:rPr>
          <w:bCs/>
          <w:lang w:val="sv-SE"/>
        </w:rPr>
        <w:t>Ela</w:t>
      </w:r>
      <w:proofErr w:type="spellEnd"/>
      <w:r w:rsidR="001A2751" w:rsidRPr="008A44F7">
        <w:rPr>
          <w:bCs/>
          <w:lang w:val="sv-SE"/>
        </w:rPr>
        <w:t xml:space="preserve"> </w:t>
      </w:r>
      <w:proofErr w:type="spellStart"/>
      <w:r w:rsidR="001A2751" w:rsidRPr="008A44F7">
        <w:rPr>
          <w:bCs/>
          <w:lang w:val="sv-SE"/>
        </w:rPr>
        <w:t>Porgas</w:t>
      </w:r>
      <w:proofErr w:type="spellEnd"/>
      <w:r w:rsidR="001A2751" w:rsidRPr="008A44F7">
        <w:rPr>
          <w:bCs/>
          <w:lang w:val="sv-SE"/>
        </w:rPr>
        <w:t xml:space="preserve"> i Kvartsfinal </w:t>
      </w:r>
      <w:r w:rsidR="008A44F7" w:rsidRPr="008A44F7">
        <w:rPr>
          <w:bCs/>
          <w:lang w:val="sv-SE"/>
        </w:rPr>
        <w:t xml:space="preserve">men </w:t>
      </w:r>
      <w:r w:rsidR="006F754E" w:rsidRPr="008A44F7">
        <w:rPr>
          <w:bCs/>
          <w:lang w:val="sv-SE"/>
        </w:rPr>
        <w:t xml:space="preserve">I semifinalen blev tyvärr Luna </w:t>
      </w:r>
      <w:proofErr w:type="spellStart"/>
      <w:r w:rsidR="006F754E" w:rsidRPr="008A44F7">
        <w:rPr>
          <w:bCs/>
          <w:lang w:val="sv-SE"/>
        </w:rPr>
        <w:t>Gryp</w:t>
      </w:r>
      <w:proofErr w:type="spellEnd"/>
      <w:r w:rsidR="006F754E" w:rsidRPr="008A44F7">
        <w:rPr>
          <w:bCs/>
          <w:lang w:val="sv-SE"/>
        </w:rPr>
        <w:t xml:space="preserve"> från </w:t>
      </w:r>
      <w:proofErr w:type="spellStart"/>
      <w:r w:rsidR="006F754E" w:rsidRPr="008A44F7">
        <w:rPr>
          <w:bCs/>
          <w:lang w:val="sv-SE"/>
        </w:rPr>
        <w:t>belgien</w:t>
      </w:r>
      <w:proofErr w:type="spellEnd"/>
      <w:r w:rsidR="006F754E" w:rsidRPr="008A44F7">
        <w:rPr>
          <w:bCs/>
          <w:lang w:val="sv-SE"/>
        </w:rPr>
        <w:t xml:space="preserve"> för tuff denna gång. </w:t>
      </w:r>
    </w:p>
    <w:p w14:paraId="7AA7EF1F" w14:textId="0248D1D5" w:rsidR="006F754E" w:rsidRPr="008A44F7" w:rsidRDefault="006F754E">
      <w:pPr>
        <w:rPr>
          <w:bCs/>
          <w:lang w:val="sv-SE"/>
        </w:rPr>
      </w:pPr>
      <w:proofErr w:type="spellStart"/>
      <w:r w:rsidRPr="008A44F7">
        <w:rPr>
          <w:bCs/>
          <w:lang w:val="sv-SE"/>
        </w:rPr>
        <w:t>Julita</w:t>
      </w:r>
      <w:proofErr w:type="spellEnd"/>
      <w:r w:rsidRPr="008A44F7">
        <w:rPr>
          <w:bCs/>
          <w:lang w:val="sv-SE"/>
        </w:rPr>
        <w:t xml:space="preserve"> </w:t>
      </w:r>
      <w:proofErr w:type="spellStart"/>
      <w:r w:rsidR="00791B1B" w:rsidRPr="008A44F7">
        <w:rPr>
          <w:bCs/>
          <w:lang w:val="sv-SE"/>
        </w:rPr>
        <w:t>S</w:t>
      </w:r>
      <w:r w:rsidRPr="008A44F7">
        <w:rPr>
          <w:bCs/>
          <w:lang w:val="sv-SE"/>
        </w:rPr>
        <w:t>aner</w:t>
      </w:r>
      <w:proofErr w:type="spellEnd"/>
      <w:r w:rsidRPr="008A44F7">
        <w:rPr>
          <w:bCs/>
          <w:lang w:val="sv-SE"/>
        </w:rPr>
        <w:t xml:space="preserve"> </w:t>
      </w:r>
      <w:r w:rsidR="006B5829" w:rsidRPr="008A44F7">
        <w:rPr>
          <w:bCs/>
          <w:lang w:val="sv-SE"/>
        </w:rPr>
        <w:t>–</w:t>
      </w:r>
      <w:r w:rsidRPr="008A44F7">
        <w:rPr>
          <w:bCs/>
          <w:lang w:val="sv-SE"/>
        </w:rPr>
        <w:t xml:space="preserve"> </w:t>
      </w:r>
      <w:r w:rsidR="006B5829" w:rsidRPr="008A44F7">
        <w:rPr>
          <w:bCs/>
          <w:lang w:val="sv-SE"/>
        </w:rPr>
        <w:t xml:space="preserve">Tog sig till Semifinal </w:t>
      </w:r>
      <w:r w:rsidR="00472BA5" w:rsidRPr="008A44F7">
        <w:rPr>
          <w:bCs/>
          <w:lang w:val="sv-SE"/>
        </w:rPr>
        <w:t xml:space="preserve">i ITF 15 K 15000 dollar </w:t>
      </w:r>
      <w:r w:rsidR="00791B1B" w:rsidRPr="008A44F7">
        <w:rPr>
          <w:bCs/>
          <w:lang w:val="sv-SE"/>
        </w:rPr>
        <w:t xml:space="preserve">och var även i final i PTT UTR </w:t>
      </w:r>
      <w:proofErr w:type="gramStart"/>
      <w:r w:rsidR="00791B1B" w:rsidRPr="008A44F7">
        <w:rPr>
          <w:bCs/>
          <w:lang w:val="sv-SE"/>
        </w:rPr>
        <w:t>25000</w:t>
      </w:r>
      <w:proofErr w:type="gramEnd"/>
      <w:r w:rsidR="00791B1B" w:rsidRPr="008A44F7">
        <w:rPr>
          <w:bCs/>
          <w:lang w:val="sv-SE"/>
        </w:rPr>
        <w:t xml:space="preserve"> dollars tävling i Makedonien. </w:t>
      </w:r>
    </w:p>
    <w:p w14:paraId="3517C728" w14:textId="51C7C11F" w:rsidR="00791B1B" w:rsidRPr="008A44F7" w:rsidRDefault="00791B1B">
      <w:pPr>
        <w:rPr>
          <w:bCs/>
          <w:lang w:val="sv-SE"/>
        </w:rPr>
      </w:pPr>
      <w:r w:rsidRPr="008A44F7">
        <w:rPr>
          <w:bCs/>
          <w:lang w:val="sv-SE"/>
        </w:rPr>
        <w:t xml:space="preserve">Isak </w:t>
      </w:r>
      <w:proofErr w:type="spellStart"/>
      <w:r w:rsidR="005D13B8" w:rsidRPr="008A44F7">
        <w:rPr>
          <w:bCs/>
          <w:lang w:val="sv-SE"/>
        </w:rPr>
        <w:t>Bössfall</w:t>
      </w:r>
      <w:proofErr w:type="spellEnd"/>
      <w:r w:rsidR="005D13B8" w:rsidRPr="008A44F7">
        <w:rPr>
          <w:bCs/>
          <w:lang w:val="sv-SE"/>
        </w:rPr>
        <w:t xml:space="preserve"> </w:t>
      </w:r>
      <w:r w:rsidR="00D011EA" w:rsidRPr="008A44F7">
        <w:rPr>
          <w:bCs/>
          <w:lang w:val="sv-SE"/>
        </w:rPr>
        <w:t xml:space="preserve">- </w:t>
      </w:r>
      <w:r w:rsidR="005D13B8" w:rsidRPr="008A44F7">
        <w:rPr>
          <w:bCs/>
          <w:lang w:val="sv-SE"/>
        </w:rPr>
        <w:t xml:space="preserve">var med </w:t>
      </w:r>
      <w:r w:rsidR="00A76422" w:rsidRPr="008A44F7">
        <w:rPr>
          <w:bCs/>
          <w:lang w:val="sv-SE"/>
        </w:rPr>
        <w:t xml:space="preserve">och representerade Sverige i U16 </w:t>
      </w:r>
      <w:r w:rsidR="00EB6186" w:rsidRPr="008A44F7">
        <w:rPr>
          <w:bCs/>
          <w:lang w:val="sv-SE"/>
        </w:rPr>
        <w:t xml:space="preserve">på Rhodos i Summer Cups </w:t>
      </w:r>
      <w:r w:rsidR="00356602" w:rsidRPr="008A44F7">
        <w:rPr>
          <w:bCs/>
          <w:lang w:val="sv-SE"/>
        </w:rPr>
        <w:t>(EM)</w:t>
      </w:r>
      <w:r w:rsidR="007D74EE" w:rsidRPr="008A44F7">
        <w:rPr>
          <w:bCs/>
          <w:lang w:val="sv-SE"/>
        </w:rPr>
        <w:t xml:space="preserve"> </w:t>
      </w:r>
      <w:r w:rsidR="0018175B" w:rsidRPr="008A44F7">
        <w:rPr>
          <w:bCs/>
          <w:lang w:val="sv-SE"/>
        </w:rPr>
        <w:t>där laget tog sig till slutspel</w:t>
      </w:r>
      <w:r w:rsidR="00DB7E8F" w:rsidRPr="008A44F7">
        <w:rPr>
          <w:bCs/>
          <w:lang w:val="sv-SE"/>
        </w:rPr>
        <w:t xml:space="preserve">et i Frankrike. </w:t>
      </w:r>
    </w:p>
    <w:p w14:paraId="37AB4448" w14:textId="444A2117" w:rsidR="00356602" w:rsidRPr="008A44F7" w:rsidRDefault="00356602">
      <w:pPr>
        <w:rPr>
          <w:bCs/>
          <w:lang w:val="sv-SE"/>
        </w:rPr>
      </w:pPr>
      <w:r w:rsidRPr="008A44F7">
        <w:rPr>
          <w:bCs/>
          <w:lang w:val="sv-SE"/>
        </w:rPr>
        <w:t xml:space="preserve">Melker </w:t>
      </w:r>
      <w:proofErr w:type="spellStart"/>
      <w:r w:rsidRPr="008A44F7">
        <w:rPr>
          <w:bCs/>
          <w:lang w:val="sv-SE"/>
        </w:rPr>
        <w:t>Bössfall</w:t>
      </w:r>
      <w:proofErr w:type="spellEnd"/>
      <w:r w:rsidRPr="008A44F7">
        <w:rPr>
          <w:bCs/>
          <w:lang w:val="sv-SE"/>
        </w:rPr>
        <w:t xml:space="preserve"> </w:t>
      </w:r>
      <w:r w:rsidR="00D011EA" w:rsidRPr="008A44F7">
        <w:rPr>
          <w:bCs/>
          <w:lang w:val="sv-SE"/>
        </w:rPr>
        <w:t xml:space="preserve">- </w:t>
      </w:r>
      <w:r w:rsidRPr="008A44F7">
        <w:rPr>
          <w:bCs/>
          <w:lang w:val="sv-SE"/>
        </w:rPr>
        <w:t xml:space="preserve">var med i det svenska </w:t>
      </w:r>
      <w:r w:rsidR="00DB7E8F" w:rsidRPr="008A44F7">
        <w:rPr>
          <w:bCs/>
          <w:lang w:val="sv-SE"/>
        </w:rPr>
        <w:t>U</w:t>
      </w:r>
      <w:r w:rsidRPr="008A44F7">
        <w:rPr>
          <w:bCs/>
          <w:lang w:val="sv-SE"/>
        </w:rPr>
        <w:t>12 lage</w:t>
      </w:r>
      <w:r w:rsidR="00C40E85" w:rsidRPr="008A44F7">
        <w:rPr>
          <w:bCs/>
          <w:lang w:val="sv-SE"/>
        </w:rPr>
        <w:t>t</w:t>
      </w:r>
      <w:r w:rsidRPr="008A44F7">
        <w:rPr>
          <w:bCs/>
          <w:lang w:val="sv-SE"/>
        </w:rPr>
        <w:t xml:space="preserve"> i Tjeckien i Summer Cups (EM)</w:t>
      </w:r>
      <w:r w:rsidR="00EE7367" w:rsidRPr="008A44F7">
        <w:rPr>
          <w:bCs/>
          <w:lang w:val="sv-SE"/>
        </w:rPr>
        <w:t xml:space="preserve"> där </w:t>
      </w:r>
      <w:r w:rsidR="001A437A" w:rsidRPr="008A44F7">
        <w:rPr>
          <w:bCs/>
          <w:lang w:val="sv-SE"/>
        </w:rPr>
        <w:t xml:space="preserve">laget tog sig till </w:t>
      </w:r>
      <w:r w:rsidR="00EE7367" w:rsidRPr="008A44F7">
        <w:rPr>
          <w:bCs/>
          <w:lang w:val="sv-SE"/>
        </w:rPr>
        <w:t>slutspel</w:t>
      </w:r>
      <w:r w:rsidR="001A437A" w:rsidRPr="008A44F7">
        <w:rPr>
          <w:bCs/>
          <w:lang w:val="sv-SE"/>
        </w:rPr>
        <w:t xml:space="preserve">et i Frankrike. </w:t>
      </w:r>
    </w:p>
    <w:p w14:paraId="43E865A8" w14:textId="0C688767" w:rsidR="00B10AB4" w:rsidRPr="008A44F7" w:rsidRDefault="003C6594">
      <w:pPr>
        <w:rPr>
          <w:bCs/>
          <w:lang w:val="sv-SE"/>
        </w:rPr>
      </w:pPr>
      <w:r w:rsidRPr="008A44F7">
        <w:rPr>
          <w:bCs/>
          <w:lang w:val="sv-SE"/>
        </w:rPr>
        <w:t>Aron Svensson</w:t>
      </w:r>
      <w:r w:rsidR="00D011EA" w:rsidRPr="008A44F7">
        <w:rPr>
          <w:bCs/>
          <w:lang w:val="sv-SE"/>
        </w:rPr>
        <w:t xml:space="preserve"> -</w:t>
      </w:r>
      <w:r w:rsidRPr="008A44F7">
        <w:rPr>
          <w:bCs/>
          <w:lang w:val="sv-SE"/>
        </w:rPr>
        <w:t xml:space="preserve"> </w:t>
      </w:r>
      <w:r w:rsidR="00F8204B" w:rsidRPr="008A44F7">
        <w:rPr>
          <w:bCs/>
          <w:lang w:val="sv-SE"/>
        </w:rPr>
        <w:t>kvalde in och tog sig till semifinal i J30 Sandefjord i Norge</w:t>
      </w:r>
      <w:r w:rsidR="00D011EA" w:rsidRPr="008A44F7">
        <w:rPr>
          <w:bCs/>
          <w:lang w:val="sv-SE"/>
        </w:rPr>
        <w:t xml:space="preserve"> efter vunnit </w:t>
      </w:r>
      <w:proofErr w:type="gramStart"/>
      <w:r w:rsidR="00D011EA" w:rsidRPr="008A44F7">
        <w:rPr>
          <w:bCs/>
          <w:lang w:val="sv-SE"/>
        </w:rPr>
        <w:t xml:space="preserve">6 </w:t>
      </w:r>
      <w:proofErr w:type="spellStart"/>
      <w:r w:rsidR="00D011EA" w:rsidRPr="008A44F7">
        <w:rPr>
          <w:bCs/>
          <w:lang w:val="sv-SE"/>
        </w:rPr>
        <w:t>st</w:t>
      </w:r>
      <w:proofErr w:type="spellEnd"/>
      <w:proofErr w:type="gramEnd"/>
      <w:r w:rsidR="00D011EA" w:rsidRPr="008A44F7">
        <w:rPr>
          <w:bCs/>
          <w:lang w:val="sv-SE"/>
        </w:rPr>
        <w:t xml:space="preserve"> matcher</w:t>
      </w:r>
      <w:r w:rsidR="00F8204B" w:rsidRPr="008A44F7">
        <w:rPr>
          <w:bCs/>
          <w:lang w:val="sv-SE"/>
        </w:rPr>
        <w:t xml:space="preserve">. </w:t>
      </w:r>
    </w:p>
    <w:p w14:paraId="31BC7B07" w14:textId="4C8BA4AA" w:rsidR="006A1262" w:rsidRDefault="00CE2A4B">
      <w:pPr>
        <w:rPr>
          <w:b/>
          <w:bCs/>
          <w:sz w:val="28"/>
          <w:szCs w:val="28"/>
          <w:lang w:val="sv-SE"/>
        </w:rPr>
      </w:pPr>
      <w:proofErr w:type="spellStart"/>
      <w:r w:rsidRPr="000527C3">
        <w:rPr>
          <w:b/>
          <w:bCs/>
          <w:sz w:val="28"/>
          <w:szCs w:val="28"/>
          <w:lang w:val="sv-SE"/>
        </w:rPr>
        <w:t>Elite</w:t>
      </w:r>
      <w:proofErr w:type="spellEnd"/>
      <w:r w:rsidRPr="000527C3">
        <w:rPr>
          <w:b/>
          <w:bCs/>
          <w:sz w:val="28"/>
          <w:szCs w:val="28"/>
          <w:lang w:val="sv-SE"/>
        </w:rPr>
        <w:t xml:space="preserve"> </w:t>
      </w:r>
      <w:proofErr w:type="spellStart"/>
      <w:r w:rsidRPr="000527C3">
        <w:rPr>
          <w:b/>
          <w:bCs/>
          <w:sz w:val="28"/>
          <w:szCs w:val="28"/>
          <w:lang w:val="sv-SE"/>
        </w:rPr>
        <w:t>Next</w:t>
      </w:r>
      <w:proofErr w:type="spellEnd"/>
      <w:r w:rsidRPr="000527C3">
        <w:rPr>
          <w:b/>
          <w:bCs/>
          <w:sz w:val="28"/>
          <w:szCs w:val="28"/>
          <w:lang w:val="sv-SE"/>
        </w:rPr>
        <w:t xml:space="preserve"> generation Cup </w:t>
      </w:r>
    </w:p>
    <w:p w14:paraId="264E9896" w14:textId="48243B35" w:rsidR="000527C3" w:rsidRPr="008A44F7" w:rsidRDefault="0077052B">
      <w:pPr>
        <w:rPr>
          <w:lang w:val="sv-SE"/>
        </w:rPr>
      </w:pPr>
      <w:r w:rsidRPr="008A44F7">
        <w:rPr>
          <w:lang w:val="sv-SE"/>
        </w:rPr>
        <w:t xml:space="preserve">Vi Hade totalt </w:t>
      </w:r>
      <w:r w:rsidR="00FC0508" w:rsidRPr="008A44F7">
        <w:rPr>
          <w:lang w:val="sv-SE"/>
        </w:rPr>
        <w:t xml:space="preserve">9 spelare med i Uppsala på </w:t>
      </w:r>
      <w:proofErr w:type="spellStart"/>
      <w:r w:rsidR="00DF4CAC" w:rsidRPr="008A44F7">
        <w:rPr>
          <w:lang w:val="sv-SE"/>
        </w:rPr>
        <w:t>N</w:t>
      </w:r>
      <w:r w:rsidR="00FC0508" w:rsidRPr="008A44F7">
        <w:rPr>
          <w:lang w:val="sv-SE"/>
        </w:rPr>
        <w:t>ext</w:t>
      </w:r>
      <w:proofErr w:type="spellEnd"/>
      <w:r w:rsidR="00FC0508" w:rsidRPr="008A44F7">
        <w:rPr>
          <w:lang w:val="sv-SE"/>
        </w:rPr>
        <w:t xml:space="preserve"> Gen </w:t>
      </w:r>
      <w:r w:rsidR="00BA5EEA" w:rsidRPr="008A44F7">
        <w:rPr>
          <w:lang w:val="sv-SE"/>
        </w:rPr>
        <w:t xml:space="preserve">Cup </w:t>
      </w:r>
      <w:r w:rsidR="00FC0508" w:rsidRPr="008A44F7">
        <w:rPr>
          <w:lang w:val="sv-SE"/>
        </w:rPr>
        <w:t xml:space="preserve">där Eric var och matchbevakade våra tävlingsjuniorer. Theo </w:t>
      </w:r>
      <w:r w:rsidR="001B1942" w:rsidRPr="008A44F7">
        <w:rPr>
          <w:bCs/>
          <w:lang w:val="sv-SE"/>
        </w:rPr>
        <w:t xml:space="preserve">Lindkvist </w:t>
      </w:r>
      <w:r w:rsidR="00B25A93" w:rsidRPr="008A44F7">
        <w:rPr>
          <w:lang w:val="sv-SE"/>
        </w:rPr>
        <w:t>Wygler</w:t>
      </w:r>
      <w:r w:rsidR="00FC0508" w:rsidRPr="008A44F7">
        <w:rPr>
          <w:lang w:val="sv-SE"/>
        </w:rPr>
        <w:t xml:space="preserve"> kom </w:t>
      </w:r>
      <w:r w:rsidR="00BA5EEA" w:rsidRPr="008A44F7">
        <w:rPr>
          <w:lang w:val="sv-SE"/>
        </w:rPr>
        <w:t>på en andra plats i Tennis Mitt och kvalificerade sig till Sverigefinalen i Båstad</w:t>
      </w:r>
      <w:r w:rsidR="00E21D98" w:rsidRPr="008A44F7">
        <w:rPr>
          <w:lang w:val="sv-SE"/>
        </w:rPr>
        <w:t xml:space="preserve">. </w:t>
      </w:r>
    </w:p>
    <w:p w14:paraId="5799EE4B" w14:textId="77777777" w:rsidR="006B45D2" w:rsidRDefault="006B45D2">
      <w:pPr>
        <w:rPr>
          <w:color w:val="00B050"/>
          <w:lang w:val="sv-SE"/>
        </w:rPr>
      </w:pPr>
    </w:p>
    <w:p w14:paraId="00B97701" w14:textId="77777777" w:rsidR="00301E20" w:rsidRDefault="00301E20">
      <w:pPr>
        <w:rPr>
          <w:b/>
          <w:sz w:val="28"/>
          <w:lang w:val="sv-SE"/>
        </w:rPr>
      </w:pPr>
    </w:p>
    <w:p w14:paraId="1E0313BB" w14:textId="77777777" w:rsidR="00301E20" w:rsidRDefault="00301E20">
      <w:pPr>
        <w:rPr>
          <w:b/>
          <w:sz w:val="28"/>
          <w:lang w:val="sv-SE"/>
        </w:rPr>
      </w:pPr>
    </w:p>
    <w:p w14:paraId="081EFEB0" w14:textId="77777777" w:rsidR="00301E20" w:rsidRDefault="00301E20">
      <w:pPr>
        <w:rPr>
          <w:b/>
          <w:sz w:val="28"/>
          <w:lang w:val="sv-SE"/>
        </w:rPr>
      </w:pPr>
    </w:p>
    <w:p w14:paraId="1CEE5716" w14:textId="7718A92C" w:rsidR="0005790D" w:rsidRPr="00FC0508" w:rsidRDefault="0072080F">
      <w:pPr>
        <w:rPr>
          <w:lang w:val="sv-SE"/>
        </w:rPr>
      </w:pPr>
      <w:r w:rsidRPr="00FC0508">
        <w:rPr>
          <w:b/>
          <w:sz w:val="28"/>
          <w:lang w:val="sv-SE"/>
        </w:rPr>
        <w:lastRenderedPageBreak/>
        <w:t>Paratennis</w:t>
      </w:r>
    </w:p>
    <w:p w14:paraId="7E8F9E96" w14:textId="77777777" w:rsidR="0005790D" w:rsidRPr="008A44F7" w:rsidRDefault="0072080F">
      <w:pPr>
        <w:rPr>
          <w:lang w:val="sv-SE"/>
        </w:rPr>
      </w:pPr>
      <w:r w:rsidRPr="008A44F7">
        <w:rPr>
          <w:lang w:val="sv-SE"/>
        </w:rPr>
        <w:t>Under 2025 har klubben arbetat med inkludering genom paratennisträning och prova-på-aktiviteter kopplade till parasport. Detta är ett område klubben avser att fortsätta utveckla.</w:t>
      </w:r>
    </w:p>
    <w:p w14:paraId="10C722E2" w14:textId="32D33D68" w:rsidR="00673DCD" w:rsidRPr="008A44F7" w:rsidRDefault="00673DCD">
      <w:pPr>
        <w:rPr>
          <w:lang w:val="sv-SE"/>
        </w:rPr>
      </w:pPr>
      <w:r w:rsidRPr="008A44F7">
        <w:rPr>
          <w:lang w:val="sv-SE"/>
        </w:rPr>
        <w:t xml:space="preserve">Vi har fått till en paratennisgrupp på lördag där vi har Emma som tränare och under året har vi även varit ute på Arosvallen och spelat tennis med 300 elever i anpassad grundskola. På Bellevuestadion har vi </w:t>
      </w:r>
      <w:r w:rsidR="0003258D" w:rsidRPr="008A44F7">
        <w:rPr>
          <w:lang w:val="sv-SE"/>
        </w:rPr>
        <w:t xml:space="preserve">haft prova på dagar där tennis för synnedsatta var något nytt och kul. </w:t>
      </w:r>
    </w:p>
    <w:p w14:paraId="08598170" w14:textId="77777777" w:rsidR="006B45D2" w:rsidRPr="008A44F7" w:rsidRDefault="00671A73">
      <w:pPr>
        <w:rPr>
          <w:lang w:val="sv-SE"/>
        </w:rPr>
      </w:pPr>
      <w:r w:rsidRPr="008A44F7">
        <w:rPr>
          <w:lang w:val="sv-SE"/>
        </w:rPr>
        <w:t xml:space="preserve">TV4 sporten gjorde ett nationellt reportage </w:t>
      </w:r>
      <w:r w:rsidR="004D66CA" w:rsidRPr="008A44F7">
        <w:rPr>
          <w:lang w:val="sv-SE"/>
        </w:rPr>
        <w:t>om Emma Gjers</w:t>
      </w:r>
      <w:r w:rsidR="003045FC" w:rsidRPr="008A44F7">
        <w:rPr>
          <w:lang w:val="sv-SE"/>
        </w:rPr>
        <w:t xml:space="preserve">eth som sändes på bästa </w:t>
      </w:r>
      <w:r w:rsidR="006B45D2" w:rsidRPr="008A44F7">
        <w:rPr>
          <w:lang w:val="sv-SE"/>
        </w:rPr>
        <w:t>sändningstid.</w:t>
      </w:r>
    </w:p>
    <w:p w14:paraId="6E653973" w14:textId="41E4EEFC" w:rsidR="00671A73" w:rsidRDefault="003E23EE" w:rsidP="00C36333">
      <w:pPr>
        <w:rPr>
          <w:color w:val="00B050"/>
          <w:lang w:val="sv-SE"/>
        </w:rPr>
      </w:pPr>
      <w:r>
        <w:rPr>
          <w:color w:val="00B050"/>
          <w:lang w:val="sv-SE"/>
        </w:rPr>
        <w:t xml:space="preserve">                             </w:t>
      </w:r>
      <w:r w:rsidR="00C36333">
        <w:rPr>
          <w:noProof/>
        </w:rPr>
        <w:drawing>
          <wp:inline distT="0" distB="0" distL="0" distR="0" wp14:anchorId="0EDC2B39" wp14:editId="2568D1DF">
            <wp:extent cx="1882530" cy="1684020"/>
            <wp:effectExtent l="0" t="0" r="3810" b="0"/>
            <wp:docPr id="524544833" name="Bildobjekt 10" descr="En bild som visar person, domstol, basket, Sporthal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44833" name="Bildobjekt 10" descr="En bild som visar person, domstol, basket, Sporthall&#10;&#10;AI-genererat innehåll kan vara felaktig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0516" cy="1691164"/>
                    </a:xfrm>
                    <a:prstGeom prst="rect">
                      <a:avLst/>
                    </a:prstGeom>
                    <a:noFill/>
                    <a:ln>
                      <a:noFill/>
                    </a:ln>
                  </pic:spPr>
                </pic:pic>
              </a:graphicData>
            </a:graphic>
          </wp:inline>
        </w:drawing>
      </w:r>
      <w:r w:rsidR="00E911CC">
        <w:rPr>
          <w:color w:val="00B050"/>
          <w:lang w:val="sv-SE"/>
        </w:rPr>
        <w:t xml:space="preserve">   </w:t>
      </w:r>
      <w:r>
        <w:rPr>
          <w:color w:val="00B050"/>
          <w:lang w:val="sv-SE"/>
        </w:rPr>
        <w:t xml:space="preserve"> </w:t>
      </w:r>
      <w:r w:rsidR="00E911CC">
        <w:rPr>
          <w:noProof/>
          <w:color w:val="00B050"/>
          <w:lang w:val="sv-SE"/>
        </w:rPr>
        <w:drawing>
          <wp:inline distT="0" distB="0" distL="0" distR="0" wp14:anchorId="165FC44E" wp14:editId="60AC6A72">
            <wp:extent cx="943752" cy="1676400"/>
            <wp:effectExtent l="0" t="0" r="8890" b="0"/>
            <wp:docPr id="726383618"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1378" cy="1707709"/>
                    </a:xfrm>
                    <a:prstGeom prst="rect">
                      <a:avLst/>
                    </a:prstGeom>
                    <a:noFill/>
                    <a:ln>
                      <a:noFill/>
                    </a:ln>
                  </pic:spPr>
                </pic:pic>
              </a:graphicData>
            </a:graphic>
          </wp:inline>
        </w:drawing>
      </w:r>
    </w:p>
    <w:p w14:paraId="06D1BF64" w14:textId="77777777" w:rsidR="006B45D2" w:rsidRDefault="006B45D2">
      <w:pPr>
        <w:rPr>
          <w:color w:val="00B050"/>
          <w:lang w:val="sv-SE"/>
        </w:rPr>
      </w:pPr>
    </w:p>
    <w:p w14:paraId="3AA3D9F5" w14:textId="71152F34" w:rsidR="003045FC" w:rsidRPr="008A44F7" w:rsidRDefault="003045FC">
      <w:pPr>
        <w:rPr>
          <w:lang w:val="sv-SE"/>
        </w:rPr>
      </w:pPr>
      <w:r w:rsidRPr="008A44F7">
        <w:rPr>
          <w:lang w:val="sv-SE"/>
        </w:rPr>
        <w:t xml:space="preserve">I paratennis SM </w:t>
      </w:r>
      <w:r w:rsidR="00C64FEE" w:rsidRPr="008A44F7">
        <w:rPr>
          <w:lang w:val="sv-SE"/>
        </w:rPr>
        <w:t xml:space="preserve">spelade Emma </w:t>
      </w:r>
      <w:proofErr w:type="spellStart"/>
      <w:r w:rsidR="00C64FEE" w:rsidRPr="008A44F7">
        <w:rPr>
          <w:lang w:val="sv-SE"/>
        </w:rPr>
        <w:t>Gjersth</w:t>
      </w:r>
      <w:proofErr w:type="spellEnd"/>
      <w:r w:rsidR="00C64FEE" w:rsidRPr="008A44F7">
        <w:rPr>
          <w:lang w:val="sv-SE"/>
        </w:rPr>
        <w:t xml:space="preserve">, </w:t>
      </w:r>
      <w:r w:rsidR="00A55B12" w:rsidRPr="008A44F7">
        <w:rPr>
          <w:lang w:val="sv-SE"/>
        </w:rPr>
        <w:t xml:space="preserve">Aron </w:t>
      </w:r>
      <w:proofErr w:type="spellStart"/>
      <w:r w:rsidR="00A55B12" w:rsidRPr="008A44F7">
        <w:rPr>
          <w:lang w:val="sv-SE"/>
        </w:rPr>
        <w:t>Ho</w:t>
      </w:r>
      <w:r w:rsidR="00F4463E" w:rsidRPr="008A44F7">
        <w:rPr>
          <w:lang w:val="sv-SE"/>
        </w:rPr>
        <w:t>sang</w:t>
      </w:r>
      <w:proofErr w:type="spellEnd"/>
      <w:r w:rsidR="00F4463E" w:rsidRPr="008A44F7">
        <w:rPr>
          <w:lang w:val="sv-SE"/>
        </w:rPr>
        <w:t xml:space="preserve"> och Jan</w:t>
      </w:r>
      <w:r w:rsidR="00B25A93" w:rsidRPr="008A44F7">
        <w:rPr>
          <w:lang w:val="sv-SE"/>
        </w:rPr>
        <w:t xml:space="preserve"> Boström. </w:t>
      </w:r>
    </w:p>
    <w:p w14:paraId="04B28F6D" w14:textId="77777777" w:rsidR="00BA5EEA" w:rsidRPr="0003258D" w:rsidRDefault="00BA5EEA">
      <w:pPr>
        <w:rPr>
          <w:color w:val="00B050"/>
          <w:lang w:val="sv-SE"/>
        </w:rPr>
      </w:pPr>
    </w:p>
    <w:p w14:paraId="02482D28" w14:textId="77777777" w:rsidR="0005790D" w:rsidRPr="00555AD7" w:rsidRDefault="0072080F">
      <w:pPr>
        <w:rPr>
          <w:lang w:val="sv-SE"/>
        </w:rPr>
      </w:pPr>
      <w:r w:rsidRPr="00555AD7">
        <w:rPr>
          <w:b/>
          <w:sz w:val="28"/>
          <w:lang w:val="sv-SE"/>
        </w:rPr>
        <w:t>Webb och profil</w:t>
      </w:r>
    </w:p>
    <w:p w14:paraId="25F91AF8" w14:textId="77777777" w:rsidR="0005790D" w:rsidRPr="00555AD7" w:rsidRDefault="0072080F">
      <w:pPr>
        <w:rPr>
          <w:lang w:val="sv-SE"/>
        </w:rPr>
      </w:pPr>
      <w:r w:rsidRPr="00555AD7">
        <w:rPr>
          <w:lang w:val="sv-SE"/>
        </w:rPr>
        <w:t>Klubben har under året utvecklat sin digitala närvaro och profil genom arbete med hemsida, webbshop, klädkampanj, sponsorprofilering samt digital information i anläggningen.</w:t>
      </w:r>
    </w:p>
    <w:p w14:paraId="608C61DA" w14:textId="77777777" w:rsidR="0005790D" w:rsidRDefault="0072080F">
      <w:pPr>
        <w:rPr>
          <w:lang w:val="sv-SE"/>
        </w:rPr>
      </w:pPr>
      <w:r w:rsidRPr="00555AD7">
        <w:rPr>
          <w:lang w:val="sv-SE"/>
        </w:rPr>
        <w:t xml:space="preserve">Att komplettera </w:t>
      </w:r>
      <w:r w:rsidRPr="00555AD7">
        <w:rPr>
          <w:color w:val="C00000"/>
          <w:lang w:val="sv-SE"/>
        </w:rPr>
        <w:t>(Ansvar: Daniel)</w:t>
      </w:r>
      <w:r w:rsidRPr="00555AD7">
        <w:rPr>
          <w:lang w:val="sv-SE"/>
        </w:rPr>
        <w:t>: Vad som faktiskt genomförts 2025 (lista), effekter (</w:t>
      </w:r>
      <w:proofErr w:type="gramStart"/>
      <w:r w:rsidRPr="00555AD7">
        <w:rPr>
          <w:lang w:val="sv-SE"/>
        </w:rPr>
        <w:t>t.ex.</w:t>
      </w:r>
      <w:proofErr w:type="gramEnd"/>
      <w:r w:rsidRPr="00555AD7">
        <w:rPr>
          <w:lang w:val="sv-SE"/>
        </w:rPr>
        <w:t xml:space="preserve"> ökad försäljning/engagemang), samt vad som återstår/planeras 2026.</w:t>
      </w:r>
    </w:p>
    <w:p w14:paraId="26D046CC" w14:textId="13931808" w:rsidR="00B83034" w:rsidRPr="00555AD7" w:rsidRDefault="00B83034" w:rsidP="002A698F">
      <w:pPr>
        <w:jc w:val="center"/>
        <w:rPr>
          <w:lang w:val="sv-SE"/>
        </w:rPr>
      </w:pPr>
      <w:r>
        <w:rPr>
          <w:noProof/>
        </w:rPr>
        <w:drawing>
          <wp:inline distT="0" distB="0" distL="0" distR="0" wp14:anchorId="475F915A" wp14:editId="0FBB7E44">
            <wp:extent cx="1129170" cy="1066800"/>
            <wp:effectExtent l="0" t="0" r="0" b="0"/>
            <wp:docPr id="889150179" name="Bildobjekt 6" descr="En bild som visar text, tennisboll, boll, sportutrustning&#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50179" name="Bildobjekt 6" descr="En bild som visar text, tennisboll, boll, sportutrustning&#10;&#10;AI-genererat innehåll kan vara felaktig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38487" cy="1075603"/>
                    </a:xfrm>
                    <a:prstGeom prst="rect">
                      <a:avLst/>
                    </a:prstGeom>
                    <a:noFill/>
                    <a:ln>
                      <a:noFill/>
                    </a:ln>
                  </pic:spPr>
                </pic:pic>
              </a:graphicData>
            </a:graphic>
          </wp:inline>
        </w:drawing>
      </w:r>
    </w:p>
    <w:p w14:paraId="3BBD0663" w14:textId="77777777" w:rsidR="00555AD7" w:rsidRDefault="00555AD7">
      <w:pPr>
        <w:rPr>
          <w:b/>
          <w:sz w:val="28"/>
          <w:lang w:val="sv-SE"/>
        </w:rPr>
      </w:pPr>
    </w:p>
    <w:p w14:paraId="0492DD2A" w14:textId="38EEC9B5" w:rsidR="0005790D" w:rsidRPr="00555AD7" w:rsidRDefault="0072080F">
      <w:pPr>
        <w:rPr>
          <w:lang w:val="sv-SE"/>
        </w:rPr>
      </w:pPr>
      <w:r w:rsidRPr="00555AD7">
        <w:rPr>
          <w:b/>
          <w:sz w:val="28"/>
          <w:lang w:val="sv-SE"/>
        </w:rPr>
        <w:lastRenderedPageBreak/>
        <w:t>Sociala medier</w:t>
      </w:r>
    </w:p>
    <w:p w14:paraId="113B3621" w14:textId="77777777" w:rsidR="0005790D" w:rsidRPr="00555AD7" w:rsidRDefault="0072080F">
      <w:pPr>
        <w:rPr>
          <w:lang w:val="sv-SE"/>
        </w:rPr>
      </w:pPr>
      <w:r w:rsidRPr="00555AD7">
        <w:rPr>
          <w:lang w:val="sv-SE"/>
        </w:rPr>
        <w:t>Kommunikation med medlemmar och omvärld har skett via hemsida, e-post och sociala medier. Nyheter, aktiviteter och resultat har löpande publicerats.</w:t>
      </w:r>
    </w:p>
    <w:p w14:paraId="2798475D" w14:textId="77777777" w:rsidR="0005790D" w:rsidRDefault="0072080F">
      <w:pPr>
        <w:rPr>
          <w:lang w:val="sv-SE"/>
        </w:rPr>
      </w:pPr>
      <w:r w:rsidRPr="00555AD7">
        <w:rPr>
          <w:lang w:val="sv-SE"/>
        </w:rPr>
        <w:t xml:space="preserve">Att komplettera </w:t>
      </w:r>
      <w:r w:rsidRPr="00555AD7">
        <w:rPr>
          <w:color w:val="C00000"/>
          <w:lang w:val="sv-SE"/>
        </w:rPr>
        <w:t>(Ansvar: Daniel)</w:t>
      </w:r>
      <w:r w:rsidRPr="00555AD7">
        <w:rPr>
          <w:lang w:val="sv-SE"/>
        </w:rPr>
        <w:t>: Nyckeltal (följare, räckvidd, publiceringsfrekvens), samt exempel på 2–3 kampanjer/inlägg som fungerat bra.</w:t>
      </w:r>
    </w:p>
    <w:p w14:paraId="75BF8F76" w14:textId="77777777" w:rsidR="008A44F7" w:rsidRDefault="008A44F7">
      <w:pPr>
        <w:rPr>
          <w:lang w:val="sv-SE"/>
        </w:rPr>
      </w:pPr>
    </w:p>
    <w:p w14:paraId="10F90304" w14:textId="77777777" w:rsidR="008A44F7" w:rsidRPr="00555AD7" w:rsidRDefault="008A44F7">
      <w:pPr>
        <w:rPr>
          <w:lang w:val="sv-SE"/>
        </w:rPr>
      </w:pPr>
    </w:p>
    <w:p w14:paraId="17F6772E" w14:textId="77777777" w:rsidR="0005790D" w:rsidRPr="00555AD7" w:rsidRDefault="0072080F">
      <w:pPr>
        <w:rPr>
          <w:lang w:val="sv-SE"/>
        </w:rPr>
      </w:pPr>
      <w:r w:rsidRPr="00555AD7">
        <w:rPr>
          <w:b/>
          <w:sz w:val="28"/>
          <w:lang w:val="sv-SE"/>
        </w:rPr>
        <w:t>Sponsorer</w:t>
      </w:r>
    </w:p>
    <w:p w14:paraId="6546E29F" w14:textId="59049646" w:rsidR="0005790D" w:rsidRPr="00555AD7" w:rsidRDefault="0072080F">
      <w:pPr>
        <w:rPr>
          <w:lang w:val="sv-SE"/>
        </w:rPr>
      </w:pPr>
      <w:r w:rsidRPr="00555AD7">
        <w:rPr>
          <w:lang w:val="sv-SE"/>
        </w:rPr>
        <w:t>Under 2025 har klubben utvecklat sponsor- och partnerarbetet med målet att skapa långsiktiga samarbeten som stärker verksamheten. Sponsring är en viktig del av klubbens möjlighet att bedriva en bred verksamhet och genomföra särskilda satsningar.</w:t>
      </w:r>
      <w:r w:rsidR="008A44F7">
        <w:rPr>
          <w:lang w:val="sv-SE"/>
        </w:rPr>
        <w:t xml:space="preserve"> Vi har under året arbetat med att förtydliga vad man som sponsor får ta del av i Västerås TK familjen.  Arbetet fortsätter och vi ser en stor potential framåt </w:t>
      </w:r>
    </w:p>
    <w:p w14:paraId="6B70CF77" w14:textId="77777777" w:rsidR="0005790D" w:rsidRPr="00555AD7" w:rsidRDefault="0072080F">
      <w:pPr>
        <w:rPr>
          <w:lang w:val="sv-SE"/>
        </w:rPr>
      </w:pPr>
      <w:r w:rsidRPr="00555AD7">
        <w:rPr>
          <w:lang w:val="sv-SE"/>
        </w:rPr>
        <w:t xml:space="preserve">Att komplettera </w:t>
      </w:r>
      <w:r w:rsidRPr="00555AD7">
        <w:rPr>
          <w:color w:val="C00000"/>
          <w:lang w:val="sv-SE"/>
        </w:rPr>
        <w:t>(Ansvar: Anneli/Robert)</w:t>
      </w:r>
      <w:r w:rsidRPr="00555AD7">
        <w:rPr>
          <w:lang w:val="sv-SE"/>
        </w:rPr>
        <w:t>: Lista huvudsponsorer/partners, nya avtal under året, samt kort beskrivning av sponsorupplägg och ekonomisk betydelse.</w:t>
      </w:r>
    </w:p>
    <w:p w14:paraId="2B35EC6D" w14:textId="77777777" w:rsidR="00896841" w:rsidRDefault="00896841">
      <w:pPr>
        <w:rPr>
          <w:b/>
          <w:sz w:val="28"/>
          <w:lang w:val="sv-SE"/>
        </w:rPr>
      </w:pPr>
    </w:p>
    <w:p w14:paraId="189D6C5F" w14:textId="77777777" w:rsidR="00896841" w:rsidRDefault="00896841">
      <w:pPr>
        <w:rPr>
          <w:b/>
          <w:sz w:val="28"/>
          <w:lang w:val="sv-SE"/>
        </w:rPr>
      </w:pPr>
    </w:p>
    <w:p w14:paraId="61D40309" w14:textId="4EBBE06C" w:rsidR="0005790D" w:rsidRPr="00555AD7" w:rsidRDefault="0072080F">
      <w:pPr>
        <w:rPr>
          <w:lang w:val="sv-SE"/>
        </w:rPr>
      </w:pPr>
      <w:r w:rsidRPr="00555AD7">
        <w:rPr>
          <w:b/>
          <w:sz w:val="28"/>
          <w:lang w:val="sv-SE"/>
        </w:rPr>
        <w:t>Bellevue</w:t>
      </w:r>
    </w:p>
    <w:p w14:paraId="4EEDF2C6" w14:textId="77777777" w:rsidR="00896841" w:rsidRPr="00896841" w:rsidRDefault="00896841" w:rsidP="00896841">
      <w:pPr>
        <w:rPr>
          <w:lang w:val="sv-AX"/>
        </w:rPr>
      </w:pPr>
      <w:r w:rsidRPr="00896841">
        <w:rPr>
          <w:lang w:val="sv-AX"/>
        </w:rPr>
        <w:t>Västerås Tennisklubb (VTK) har tre styrelserepresentanter i Bellevue AB, utsedda av klubbens styrelse, medan ABB IF har fyra representanter. Ordförandeposten innehas av ABB IF.</w:t>
      </w:r>
    </w:p>
    <w:p w14:paraId="19876E93" w14:textId="77777777" w:rsidR="00896841" w:rsidRPr="00896841" w:rsidRDefault="00896841" w:rsidP="00896841">
      <w:pPr>
        <w:rPr>
          <w:lang w:val="sv-AX"/>
        </w:rPr>
      </w:pPr>
      <w:r w:rsidRPr="00896841">
        <w:rPr>
          <w:lang w:val="sv-AX"/>
        </w:rPr>
        <w:t>VTK och ABB IF reglerar sina ekonomiska intressen och verksamhetens omfattning i Bellevue AB genom ett aktieägaravtal från 2019. Bellevue AB bedriver en diversifierad verksamhet där tennisverksamheten utgör cirka 20 procent.</w:t>
      </w:r>
    </w:p>
    <w:p w14:paraId="7BA9AC4E" w14:textId="77777777" w:rsidR="00896841" w:rsidRPr="00896841" w:rsidRDefault="00896841" w:rsidP="00896841">
      <w:pPr>
        <w:rPr>
          <w:lang w:val="sv-AX"/>
        </w:rPr>
      </w:pPr>
      <w:r w:rsidRPr="00896841">
        <w:rPr>
          <w:lang w:val="sv-AX"/>
        </w:rPr>
        <w:t>Genom sitt ägande, motsvarande 44 procent av aktierna i Bellevue AB, erhåller VTK utdelning från bolaget. Bellevue AB uppvisar över tid en stabil lönsamhet och starka kassaflöden, vilket bidrar positivt till klubbens möjligheter att utveckla och bredda tennisverksamheten.</w:t>
      </w:r>
    </w:p>
    <w:p w14:paraId="3744214D" w14:textId="77777777" w:rsidR="00896841" w:rsidRPr="00896841" w:rsidRDefault="00896841" w:rsidP="00896841">
      <w:pPr>
        <w:rPr>
          <w:lang w:val="sv-AX"/>
        </w:rPr>
      </w:pPr>
      <w:r w:rsidRPr="00896841">
        <w:rPr>
          <w:lang w:val="sv-AX"/>
        </w:rPr>
        <w:t xml:space="preserve">Samarbetet med Bellevue AB fungerar väl. Under året har innebanorna förbättrats genom renovering och målning av golv samt genom åtgärder som höjt den allmänna miljön kring tennisverksamheten. Även utebanornas utveckling diskuteras med Bellevue AB, bland annat </w:t>
      </w:r>
      <w:r w:rsidRPr="00896841">
        <w:rPr>
          <w:lang w:val="sv-AX"/>
        </w:rPr>
        <w:lastRenderedPageBreak/>
        <w:t>avseende kvalitetsförbättringar och möjligheten att ändra underlag på någon bana för att bredda spelmöjligheterna och förlänga säsongen.</w:t>
      </w:r>
    </w:p>
    <w:p w14:paraId="1D062E69" w14:textId="281D6999" w:rsidR="008A44F7" w:rsidRPr="00301E20" w:rsidRDefault="00896841">
      <w:pPr>
        <w:rPr>
          <w:lang w:val="sv-AX"/>
        </w:rPr>
      </w:pPr>
      <w:r w:rsidRPr="00896841">
        <w:rPr>
          <w:lang w:val="sv-AX"/>
        </w:rPr>
        <w:t>VTK:s klubbchef ansvarar för den löpande dialogen med Bellevue AB i frågor som direkt eller indirekt påverkar klubbens verksamhet och roll som partner. Det kan också noteras att servering och shop i Bellevuehallen får ett betydande stöd från VTK:s verksamhet.</w:t>
      </w:r>
    </w:p>
    <w:p w14:paraId="63ED42E9" w14:textId="77777777" w:rsidR="008A44F7" w:rsidRDefault="008A44F7">
      <w:pPr>
        <w:rPr>
          <w:b/>
          <w:sz w:val="28"/>
          <w:lang w:val="sv-SE"/>
        </w:rPr>
      </w:pPr>
    </w:p>
    <w:p w14:paraId="0E34F910" w14:textId="0AA480C9" w:rsidR="0005790D" w:rsidRPr="00555AD7" w:rsidRDefault="0072080F">
      <w:pPr>
        <w:rPr>
          <w:lang w:val="sv-SE"/>
        </w:rPr>
      </w:pPr>
      <w:r w:rsidRPr="00555AD7">
        <w:rPr>
          <w:b/>
          <w:sz w:val="28"/>
          <w:lang w:val="sv-SE"/>
        </w:rPr>
        <w:t>Avslutning</w:t>
      </w:r>
    </w:p>
    <w:p w14:paraId="214397F5" w14:textId="7AD9A539" w:rsidR="0005790D" w:rsidRDefault="0072080F">
      <w:pPr>
        <w:rPr>
          <w:lang w:val="sv-SE"/>
        </w:rPr>
      </w:pPr>
      <w:r w:rsidRPr="00555AD7">
        <w:rPr>
          <w:lang w:val="sv-SE"/>
        </w:rPr>
        <w:t xml:space="preserve">2025 har varit ett år av </w:t>
      </w:r>
      <w:r w:rsidR="008A44F7">
        <w:rPr>
          <w:lang w:val="sv-SE"/>
        </w:rPr>
        <w:t>utmaningar</w:t>
      </w:r>
      <w:r w:rsidRPr="00555AD7">
        <w:rPr>
          <w:lang w:val="sv-SE"/>
        </w:rPr>
        <w:t>, breddning och strategiskt arbete för framtiden. Styrelsen vill rikta ett stort tack till alla medlemmar, tränare, ideella krafter, samarbetspartners och sponsorer.</w:t>
      </w:r>
    </w:p>
    <w:p w14:paraId="6973B813" w14:textId="4DE2EE57" w:rsidR="005469AA" w:rsidRPr="008A44F7" w:rsidRDefault="005469AA" w:rsidP="00115872">
      <w:pPr>
        <w:jc w:val="center"/>
        <w:rPr>
          <w:lang w:val="sv-SE"/>
        </w:rPr>
      </w:pPr>
      <w:r w:rsidRPr="008A44F7">
        <w:rPr>
          <w:lang w:val="sv-SE"/>
        </w:rPr>
        <w:t>Vi vill rikt</w:t>
      </w:r>
      <w:r w:rsidR="008A44F7">
        <w:rPr>
          <w:lang w:val="sv-SE"/>
        </w:rPr>
        <w:t>a</w:t>
      </w:r>
      <w:r w:rsidRPr="008A44F7">
        <w:rPr>
          <w:lang w:val="sv-SE"/>
        </w:rPr>
        <w:t xml:space="preserve"> </w:t>
      </w:r>
      <w:r w:rsidR="005923A6" w:rsidRPr="008A44F7">
        <w:rPr>
          <w:lang w:val="sv-SE"/>
        </w:rPr>
        <w:t xml:space="preserve">ett extra stort tack till </w:t>
      </w:r>
      <w:r w:rsidRPr="008A44F7">
        <w:rPr>
          <w:lang w:val="sv-SE"/>
        </w:rPr>
        <w:t>alla våra coacher som bidrar med sitt engagemang för klubben</w:t>
      </w:r>
      <w:r w:rsidR="005923A6" w:rsidRPr="008A44F7">
        <w:rPr>
          <w:lang w:val="sv-SE"/>
        </w:rPr>
        <w:t xml:space="preserve">, </w:t>
      </w:r>
      <w:r w:rsidRPr="008A44F7">
        <w:rPr>
          <w:lang w:val="sv-SE"/>
        </w:rPr>
        <w:t>utan er hade inte VTK varit där vi är idag.</w:t>
      </w:r>
    </w:p>
    <w:p w14:paraId="534BAD68" w14:textId="7758C832" w:rsidR="004C30F1" w:rsidRDefault="00115872" w:rsidP="00115872">
      <w:pPr>
        <w:jc w:val="center"/>
        <w:rPr>
          <w:color w:val="00B050"/>
          <w:lang w:val="sv-SE"/>
        </w:rPr>
      </w:pPr>
      <w:r>
        <w:rPr>
          <w:noProof/>
        </w:rPr>
        <w:drawing>
          <wp:inline distT="0" distB="0" distL="0" distR="0" wp14:anchorId="53B7AB8F" wp14:editId="0A8FCA64">
            <wp:extent cx="3322320" cy="1656546"/>
            <wp:effectExtent l="0" t="0" r="0" b="1270"/>
            <wp:docPr id="280350164" name="Bildobjekt 9" descr="En bild som visar person, klädsel, rullstol, sportutrustning&#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50164" name="Bildobjekt 9" descr="En bild som visar person, klädsel, rullstol, sportutrustning&#10;&#10;AI-genererat innehåll kan vara felaktig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4417" cy="1662578"/>
                    </a:xfrm>
                    <a:prstGeom prst="rect">
                      <a:avLst/>
                    </a:prstGeom>
                    <a:noFill/>
                    <a:ln>
                      <a:noFill/>
                    </a:ln>
                  </pic:spPr>
                </pic:pic>
              </a:graphicData>
            </a:graphic>
          </wp:inline>
        </w:drawing>
      </w:r>
    </w:p>
    <w:p w14:paraId="6F9D0C54" w14:textId="77777777" w:rsidR="008A44F7" w:rsidRDefault="008A44F7" w:rsidP="00115872">
      <w:pPr>
        <w:jc w:val="center"/>
        <w:rPr>
          <w:color w:val="00B050"/>
          <w:lang w:val="sv-SE"/>
        </w:rPr>
      </w:pPr>
    </w:p>
    <w:p w14:paraId="45F6C4A1" w14:textId="3488F027" w:rsidR="008A44F7" w:rsidRPr="008A44F7" w:rsidRDefault="008A44F7" w:rsidP="00115872">
      <w:pPr>
        <w:jc w:val="center"/>
        <w:rPr>
          <w:lang w:val="sv-SE"/>
        </w:rPr>
      </w:pPr>
      <w:r w:rsidRPr="008A44F7">
        <w:rPr>
          <w:lang w:val="sv-SE"/>
        </w:rPr>
        <w:t>Styrelsen Västerås TK 2025</w:t>
      </w:r>
    </w:p>
    <w:sectPr w:rsidR="008A44F7" w:rsidRPr="008A44F7" w:rsidSect="00034616">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FF15C" w14:textId="77777777" w:rsidR="00352D7C" w:rsidRDefault="00352D7C" w:rsidP="00C31336">
      <w:pPr>
        <w:spacing w:after="0" w:line="240" w:lineRule="auto"/>
      </w:pPr>
      <w:r>
        <w:separator/>
      </w:r>
    </w:p>
  </w:endnote>
  <w:endnote w:type="continuationSeparator" w:id="0">
    <w:p w14:paraId="51187047" w14:textId="77777777" w:rsidR="00352D7C" w:rsidRDefault="00352D7C" w:rsidP="00C31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99774" w14:textId="77777777" w:rsidR="00352D7C" w:rsidRDefault="00352D7C" w:rsidP="00C31336">
      <w:pPr>
        <w:spacing w:after="0" w:line="240" w:lineRule="auto"/>
      </w:pPr>
      <w:r>
        <w:separator/>
      </w:r>
    </w:p>
  </w:footnote>
  <w:footnote w:type="continuationSeparator" w:id="0">
    <w:p w14:paraId="7ACE38F4" w14:textId="77777777" w:rsidR="00352D7C" w:rsidRDefault="00352D7C" w:rsidP="00C31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4F102" w14:textId="23191B04" w:rsidR="00C31336" w:rsidRDefault="00C31336">
    <w:pPr>
      <w:pStyle w:val="Sidhuvud"/>
    </w:pPr>
    <w:r>
      <w:t xml:space="preserve">                                                                                                                                                   </w:t>
    </w:r>
    <w:r>
      <w:rPr>
        <w:noProof/>
      </w:rPr>
      <w:drawing>
        <wp:inline distT="0" distB="0" distL="0" distR="0" wp14:anchorId="060E601E" wp14:editId="708A0243">
          <wp:extent cx="1417319" cy="1002030"/>
          <wp:effectExtent l="0" t="0" r="0" b="762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5117" cy="10146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abstractNum w:abstractNumId="9" w15:restartNumberingAfterBreak="0">
    <w:nsid w:val="00F02703"/>
    <w:multiLevelType w:val="multilevel"/>
    <w:tmpl w:val="C7B2A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99685A"/>
    <w:multiLevelType w:val="multilevel"/>
    <w:tmpl w:val="0E98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680A8F"/>
    <w:multiLevelType w:val="multilevel"/>
    <w:tmpl w:val="6EA89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9F1FE5"/>
    <w:multiLevelType w:val="hybridMultilevel"/>
    <w:tmpl w:val="8E9C847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83973913">
    <w:abstractNumId w:val="8"/>
  </w:num>
  <w:num w:numId="2" w16cid:durableId="1556896545">
    <w:abstractNumId w:val="6"/>
  </w:num>
  <w:num w:numId="3" w16cid:durableId="2070610419">
    <w:abstractNumId w:val="5"/>
  </w:num>
  <w:num w:numId="4" w16cid:durableId="1074355359">
    <w:abstractNumId w:val="4"/>
  </w:num>
  <w:num w:numId="5" w16cid:durableId="255404026">
    <w:abstractNumId w:val="7"/>
  </w:num>
  <w:num w:numId="6" w16cid:durableId="233517986">
    <w:abstractNumId w:val="3"/>
  </w:num>
  <w:num w:numId="7" w16cid:durableId="309944591">
    <w:abstractNumId w:val="2"/>
  </w:num>
  <w:num w:numId="8" w16cid:durableId="656495084">
    <w:abstractNumId w:val="1"/>
  </w:num>
  <w:num w:numId="9" w16cid:durableId="1150634217">
    <w:abstractNumId w:val="0"/>
  </w:num>
  <w:num w:numId="10" w16cid:durableId="1130048452">
    <w:abstractNumId w:val="12"/>
  </w:num>
  <w:num w:numId="11" w16cid:durableId="592708150">
    <w:abstractNumId w:val="10"/>
  </w:num>
  <w:num w:numId="12" w16cid:durableId="699816880">
    <w:abstractNumId w:val="9"/>
  </w:num>
  <w:num w:numId="13" w16cid:durableId="1292445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2A3"/>
    <w:rsid w:val="0003258D"/>
    <w:rsid w:val="00034616"/>
    <w:rsid w:val="000527C3"/>
    <w:rsid w:val="0005790D"/>
    <w:rsid w:val="0006063C"/>
    <w:rsid w:val="00076891"/>
    <w:rsid w:val="000C0B88"/>
    <w:rsid w:val="000D7663"/>
    <w:rsid w:val="0010261A"/>
    <w:rsid w:val="00106F4C"/>
    <w:rsid w:val="00115872"/>
    <w:rsid w:val="0013769A"/>
    <w:rsid w:val="0015074B"/>
    <w:rsid w:val="001643A6"/>
    <w:rsid w:val="0018175B"/>
    <w:rsid w:val="001A2751"/>
    <w:rsid w:val="001A437A"/>
    <w:rsid w:val="001B1942"/>
    <w:rsid w:val="001E6596"/>
    <w:rsid w:val="00260BC3"/>
    <w:rsid w:val="0029639D"/>
    <w:rsid w:val="002A698F"/>
    <w:rsid w:val="002D1381"/>
    <w:rsid w:val="002E07E3"/>
    <w:rsid w:val="002E5071"/>
    <w:rsid w:val="00301E20"/>
    <w:rsid w:val="003045FC"/>
    <w:rsid w:val="00326F90"/>
    <w:rsid w:val="00341315"/>
    <w:rsid w:val="00352D7C"/>
    <w:rsid w:val="00356602"/>
    <w:rsid w:val="00374282"/>
    <w:rsid w:val="003A1A46"/>
    <w:rsid w:val="003A1F46"/>
    <w:rsid w:val="003C6594"/>
    <w:rsid w:val="003E23EE"/>
    <w:rsid w:val="003F5904"/>
    <w:rsid w:val="004632C3"/>
    <w:rsid w:val="00470E7D"/>
    <w:rsid w:val="00472BA5"/>
    <w:rsid w:val="00487B65"/>
    <w:rsid w:val="004C08A9"/>
    <w:rsid w:val="004C30F1"/>
    <w:rsid w:val="004D66CA"/>
    <w:rsid w:val="004F5831"/>
    <w:rsid w:val="00532596"/>
    <w:rsid w:val="005469AA"/>
    <w:rsid w:val="00554DCE"/>
    <w:rsid w:val="00555AD7"/>
    <w:rsid w:val="005644DF"/>
    <w:rsid w:val="005923A6"/>
    <w:rsid w:val="005B572B"/>
    <w:rsid w:val="005D13B8"/>
    <w:rsid w:val="00656E19"/>
    <w:rsid w:val="00671A73"/>
    <w:rsid w:val="00673DCD"/>
    <w:rsid w:val="006A1262"/>
    <w:rsid w:val="006B45D2"/>
    <w:rsid w:val="006B5829"/>
    <w:rsid w:val="006C3830"/>
    <w:rsid w:val="006C3C83"/>
    <w:rsid w:val="006F186A"/>
    <w:rsid w:val="006F6B02"/>
    <w:rsid w:val="006F754E"/>
    <w:rsid w:val="0072080F"/>
    <w:rsid w:val="00721A6E"/>
    <w:rsid w:val="007239F2"/>
    <w:rsid w:val="0077052B"/>
    <w:rsid w:val="007773CF"/>
    <w:rsid w:val="00781CE2"/>
    <w:rsid w:val="00791B1B"/>
    <w:rsid w:val="00793B22"/>
    <w:rsid w:val="007D01A4"/>
    <w:rsid w:val="007D74EE"/>
    <w:rsid w:val="007E3A5B"/>
    <w:rsid w:val="00801BEF"/>
    <w:rsid w:val="00806B64"/>
    <w:rsid w:val="00817FC4"/>
    <w:rsid w:val="0082421F"/>
    <w:rsid w:val="00831E70"/>
    <w:rsid w:val="00884F9E"/>
    <w:rsid w:val="008871B8"/>
    <w:rsid w:val="00896841"/>
    <w:rsid w:val="008A44F7"/>
    <w:rsid w:val="008B4B34"/>
    <w:rsid w:val="00931E14"/>
    <w:rsid w:val="00981198"/>
    <w:rsid w:val="009B5467"/>
    <w:rsid w:val="009F35DB"/>
    <w:rsid w:val="009F6B17"/>
    <w:rsid w:val="00A125E9"/>
    <w:rsid w:val="00A158D9"/>
    <w:rsid w:val="00A216A5"/>
    <w:rsid w:val="00A43DF1"/>
    <w:rsid w:val="00A55B12"/>
    <w:rsid w:val="00A76422"/>
    <w:rsid w:val="00A83A67"/>
    <w:rsid w:val="00AA1D8D"/>
    <w:rsid w:val="00AC5BD0"/>
    <w:rsid w:val="00AF75B4"/>
    <w:rsid w:val="00B0688C"/>
    <w:rsid w:val="00B10AB4"/>
    <w:rsid w:val="00B25A93"/>
    <w:rsid w:val="00B47730"/>
    <w:rsid w:val="00B73D72"/>
    <w:rsid w:val="00B83034"/>
    <w:rsid w:val="00B91293"/>
    <w:rsid w:val="00BA07E1"/>
    <w:rsid w:val="00BA5EEA"/>
    <w:rsid w:val="00BC3EE5"/>
    <w:rsid w:val="00BD71CD"/>
    <w:rsid w:val="00BD7CE5"/>
    <w:rsid w:val="00C02399"/>
    <w:rsid w:val="00C078DC"/>
    <w:rsid w:val="00C224ED"/>
    <w:rsid w:val="00C31336"/>
    <w:rsid w:val="00C36333"/>
    <w:rsid w:val="00C3683A"/>
    <w:rsid w:val="00C40E85"/>
    <w:rsid w:val="00C64FEE"/>
    <w:rsid w:val="00C7057D"/>
    <w:rsid w:val="00CB0664"/>
    <w:rsid w:val="00CC1935"/>
    <w:rsid w:val="00CD0C6F"/>
    <w:rsid w:val="00CD71EE"/>
    <w:rsid w:val="00CE2A4B"/>
    <w:rsid w:val="00CE4214"/>
    <w:rsid w:val="00CE5893"/>
    <w:rsid w:val="00CF14D3"/>
    <w:rsid w:val="00D011EA"/>
    <w:rsid w:val="00D17084"/>
    <w:rsid w:val="00D6603A"/>
    <w:rsid w:val="00D70323"/>
    <w:rsid w:val="00D80A7C"/>
    <w:rsid w:val="00D90447"/>
    <w:rsid w:val="00DB5795"/>
    <w:rsid w:val="00DB7E8F"/>
    <w:rsid w:val="00DF4CAC"/>
    <w:rsid w:val="00E00B77"/>
    <w:rsid w:val="00E21D98"/>
    <w:rsid w:val="00E32CA4"/>
    <w:rsid w:val="00E3617F"/>
    <w:rsid w:val="00E911CC"/>
    <w:rsid w:val="00E95BFA"/>
    <w:rsid w:val="00EB6186"/>
    <w:rsid w:val="00EE6768"/>
    <w:rsid w:val="00EE7367"/>
    <w:rsid w:val="00EF5352"/>
    <w:rsid w:val="00F42A25"/>
    <w:rsid w:val="00F4463E"/>
    <w:rsid w:val="00F8204B"/>
    <w:rsid w:val="00F85515"/>
    <w:rsid w:val="00FC0508"/>
    <w:rsid w:val="00FC693F"/>
    <w:rsid w:val="00FD0CFC"/>
    <w:rsid w:val="00FD55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38C9F2"/>
  <w14:defaultImageDpi w14:val="300"/>
  <w15:docId w15:val="{82DB5FB1-EB11-4545-8C4E-1848D8BF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nk">
    <w:name w:val="Hyperlink"/>
    <w:basedOn w:val="Standardstycketeckensnitt"/>
    <w:uiPriority w:val="99"/>
    <w:unhideWhenUsed/>
    <w:rsid w:val="00F8204B"/>
    <w:rPr>
      <w:color w:val="0000FF" w:themeColor="hyperlink"/>
      <w:u w:val="single"/>
    </w:rPr>
  </w:style>
  <w:style w:type="character" w:styleId="Olstomnmnande">
    <w:name w:val="Unresolved Mention"/>
    <w:basedOn w:val="Standardstycketeckensnitt"/>
    <w:uiPriority w:val="99"/>
    <w:semiHidden/>
    <w:unhideWhenUsed/>
    <w:rsid w:val="00F820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1966</Words>
  <Characters>11212</Characters>
  <Application>Microsoft Office Word</Application>
  <DocSecurity>0</DocSecurity>
  <Lines>93</Lines>
  <Paragraphs>26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Fredrik Grivans</cp:lastModifiedBy>
  <cp:revision>2</cp:revision>
  <dcterms:created xsi:type="dcterms:W3CDTF">2026-03-18T12:16:00Z</dcterms:created>
  <dcterms:modified xsi:type="dcterms:W3CDTF">2026-03-18T12:16:00Z</dcterms:modified>
  <cp:category/>
</cp:coreProperties>
</file>