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4C1E" w14:textId="77777777" w:rsidR="000A6C6B" w:rsidRPr="00C62EE8" w:rsidRDefault="00000000">
      <w:pPr>
        <w:rPr>
          <w:b/>
          <w:bCs/>
          <w:sz w:val="36"/>
          <w:szCs w:val="36"/>
          <w:lang w:val="sv-SE"/>
        </w:rPr>
      </w:pPr>
      <w:r w:rsidRPr="00C62EE8">
        <w:rPr>
          <w:b/>
          <w:bCs/>
          <w:sz w:val="36"/>
          <w:szCs w:val="36"/>
          <w:lang w:val="sv-SE"/>
        </w:rPr>
        <w:t xml:space="preserve">Kallelse </w:t>
      </w:r>
    </w:p>
    <w:p w14:paraId="0E3AE980" w14:textId="77777777" w:rsidR="000A6C6B" w:rsidRPr="00C62EE8" w:rsidRDefault="000A6C6B">
      <w:pPr>
        <w:rPr>
          <w:lang w:val="sv-SE"/>
        </w:rPr>
      </w:pPr>
    </w:p>
    <w:p w14:paraId="051C9BBC" w14:textId="77777777" w:rsidR="000A6C6B" w:rsidRPr="00C62EE8" w:rsidRDefault="00000000">
      <w:pPr>
        <w:rPr>
          <w:b/>
          <w:bCs/>
          <w:sz w:val="24"/>
          <w:szCs w:val="24"/>
          <w:lang w:val="sv-SE"/>
        </w:rPr>
      </w:pPr>
      <w:r w:rsidRPr="00C62EE8">
        <w:rPr>
          <w:b/>
          <w:bCs/>
          <w:sz w:val="24"/>
          <w:szCs w:val="24"/>
          <w:lang w:val="sv-SE"/>
        </w:rPr>
        <w:t xml:space="preserve">Föreningsstämma “Årsmöte” för Västerås Tennisklubb </w:t>
      </w:r>
    </w:p>
    <w:p w14:paraId="358F32AB" w14:textId="77777777" w:rsidR="000A6C6B" w:rsidRPr="00C62EE8" w:rsidRDefault="000A6C6B">
      <w:pPr>
        <w:rPr>
          <w:lang w:val="sv-SE"/>
        </w:rPr>
      </w:pPr>
    </w:p>
    <w:p w14:paraId="5197ACE0" w14:textId="547F8325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När: </w:t>
      </w:r>
      <w:proofErr w:type="gramStart"/>
      <w:r w:rsidR="00C62EE8">
        <w:rPr>
          <w:lang w:val="sv-SE"/>
        </w:rPr>
        <w:t>Onsdag</w:t>
      </w:r>
      <w:proofErr w:type="gramEnd"/>
      <w:r w:rsidRPr="00C62EE8">
        <w:rPr>
          <w:lang w:val="sv-SE"/>
        </w:rPr>
        <w:t xml:space="preserve"> den </w:t>
      </w:r>
      <w:r w:rsidR="00C62EE8">
        <w:rPr>
          <w:lang w:val="sv-SE"/>
        </w:rPr>
        <w:t>15</w:t>
      </w:r>
      <w:r w:rsidRPr="00C62EE8">
        <w:rPr>
          <w:lang w:val="sv-SE"/>
        </w:rPr>
        <w:t xml:space="preserve">:e april </w:t>
      </w:r>
      <w:proofErr w:type="spellStart"/>
      <w:r w:rsidRPr="00C62EE8">
        <w:rPr>
          <w:lang w:val="sv-SE"/>
        </w:rPr>
        <w:t>kl</w:t>
      </w:r>
      <w:proofErr w:type="spellEnd"/>
      <w:r w:rsidRPr="00C62EE8">
        <w:rPr>
          <w:lang w:val="sv-SE"/>
        </w:rPr>
        <w:t xml:space="preserve"> 1</w:t>
      </w:r>
      <w:r w:rsidR="00C62EE8">
        <w:rPr>
          <w:lang w:val="sv-SE"/>
        </w:rPr>
        <w:t>8</w:t>
      </w:r>
      <w:r w:rsidRPr="00C62EE8">
        <w:rPr>
          <w:lang w:val="sv-SE"/>
        </w:rPr>
        <w:t>:00 – 1</w:t>
      </w:r>
      <w:r w:rsidR="00C62EE8">
        <w:rPr>
          <w:lang w:val="sv-SE"/>
        </w:rPr>
        <w:t>9:30</w:t>
      </w:r>
      <w:r w:rsidRPr="00C62EE8">
        <w:rPr>
          <w:lang w:val="sv-SE"/>
        </w:rPr>
        <w:t xml:space="preserve"> </w:t>
      </w:r>
    </w:p>
    <w:p w14:paraId="42CFF6A6" w14:textId="77777777" w:rsidR="000A6C6B" w:rsidRPr="00C62EE8" w:rsidRDefault="000A6C6B">
      <w:pPr>
        <w:rPr>
          <w:lang w:val="sv-SE"/>
        </w:rPr>
      </w:pPr>
    </w:p>
    <w:p w14:paraId="3F362003" w14:textId="77777777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Lokal: Röda Rummet, Bellevue </w:t>
      </w:r>
    </w:p>
    <w:p w14:paraId="1A76E789" w14:textId="77777777" w:rsidR="000A6C6B" w:rsidRPr="00C62EE8" w:rsidRDefault="000A6C6B">
      <w:pPr>
        <w:rPr>
          <w:lang w:val="sv-SE"/>
        </w:rPr>
      </w:pPr>
    </w:p>
    <w:p w14:paraId="5E9D4171" w14:textId="77777777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Anmälan: Ingen föranmälan men om man vill vara röstberättigad behöver </w:t>
      </w:r>
    </w:p>
    <w:p w14:paraId="51E4819D" w14:textId="77777777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man anmäla det vid ankomst, fyller minst 7 år under 2025 och vara medlem </w:t>
      </w:r>
    </w:p>
    <w:p w14:paraId="464D3DA6" w14:textId="77777777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i klubben. </w:t>
      </w:r>
    </w:p>
    <w:p w14:paraId="1C42EC70" w14:textId="77777777" w:rsidR="000A6C6B" w:rsidRPr="00C62EE8" w:rsidRDefault="000A6C6B">
      <w:pPr>
        <w:rPr>
          <w:lang w:val="sv-SE"/>
        </w:rPr>
      </w:pPr>
    </w:p>
    <w:p w14:paraId="4E754414" w14:textId="142C1DC2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Motioner: Motioner kan skickas med e-post till </w:t>
      </w:r>
    </w:p>
    <w:p w14:paraId="03C1805F" w14:textId="3B7BE230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kansliet@vasterastk.se senast </w:t>
      </w:r>
      <w:proofErr w:type="gramStart"/>
      <w:r w:rsidRPr="00C62EE8">
        <w:rPr>
          <w:lang w:val="sv-SE"/>
        </w:rPr>
        <w:t xml:space="preserve">den  </w:t>
      </w:r>
      <w:r w:rsidR="00C62EE8">
        <w:rPr>
          <w:lang w:val="sv-SE"/>
        </w:rPr>
        <w:t>5</w:t>
      </w:r>
      <w:proofErr w:type="gramEnd"/>
      <w:r w:rsidR="00C62EE8">
        <w:rPr>
          <w:lang w:val="sv-SE"/>
        </w:rPr>
        <w:t>:</w:t>
      </w:r>
      <w:proofErr w:type="gramStart"/>
      <w:r w:rsidR="00C62EE8">
        <w:rPr>
          <w:lang w:val="sv-SE"/>
        </w:rPr>
        <w:t>April</w:t>
      </w:r>
      <w:proofErr w:type="gramEnd"/>
      <w:r w:rsidRPr="00C62EE8">
        <w:rPr>
          <w:lang w:val="sv-SE"/>
        </w:rPr>
        <w:t xml:space="preserve">. </w:t>
      </w:r>
    </w:p>
    <w:p w14:paraId="31666C78" w14:textId="77777777" w:rsidR="000A6C6B" w:rsidRPr="00C62EE8" w:rsidRDefault="000A6C6B">
      <w:pPr>
        <w:rPr>
          <w:lang w:val="sv-SE"/>
        </w:rPr>
      </w:pPr>
    </w:p>
    <w:p w14:paraId="415BF4A9" w14:textId="77777777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Möteshandlingar: Sedvanliga möteshandlingar kommer att finns </w:t>
      </w:r>
    </w:p>
    <w:p w14:paraId="7FC5D2A7" w14:textId="3CB41A26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tillgängliga på VTK kansli i pappersformat senast den </w:t>
      </w:r>
      <w:r w:rsidR="00C62EE8">
        <w:rPr>
          <w:lang w:val="sv-SE"/>
        </w:rPr>
        <w:t>8:e april</w:t>
      </w:r>
      <w:r w:rsidRPr="00C62EE8">
        <w:rPr>
          <w:lang w:val="sv-SE"/>
        </w:rPr>
        <w:t xml:space="preserve">. </w:t>
      </w:r>
    </w:p>
    <w:p w14:paraId="42D200FA" w14:textId="52B39CB6" w:rsidR="000A6C6B" w:rsidRPr="00C62EE8" w:rsidRDefault="000A6C6B">
      <w:pPr>
        <w:rPr>
          <w:lang w:val="sv-SE"/>
        </w:rPr>
      </w:pPr>
    </w:p>
    <w:p w14:paraId="0D7C5169" w14:textId="77777777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Frågor kring årsmötet kan ställas till alla i styrelsen eller via mejl till </w:t>
      </w:r>
    </w:p>
    <w:p w14:paraId="754BF3C5" w14:textId="77777777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kansliet@vasterastk.se </w:t>
      </w:r>
    </w:p>
    <w:p w14:paraId="7DD3C978" w14:textId="77777777" w:rsidR="000A6C6B" w:rsidRPr="00C62EE8" w:rsidRDefault="000A6C6B">
      <w:pPr>
        <w:rPr>
          <w:lang w:val="sv-SE"/>
        </w:rPr>
      </w:pPr>
    </w:p>
    <w:p w14:paraId="40E4F901" w14:textId="77777777" w:rsidR="000A6C6B" w:rsidRPr="00C62EE8" w:rsidRDefault="00000000">
      <w:pPr>
        <w:rPr>
          <w:lang w:val="sv-SE"/>
        </w:rPr>
      </w:pPr>
      <w:r w:rsidRPr="00C62EE8">
        <w:rPr>
          <w:lang w:val="sv-SE"/>
        </w:rPr>
        <w:t xml:space="preserve">Välkomna önskar VTK Styrelse </w:t>
      </w:r>
    </w:p>
    <w:p w14:paraId="2B31714F" w14:textId="77777777" w:rsidR="000A6C6B" w:rsidRPr="00C62EE8" w:rsidRDefault="000A6C6B">
      <w:pPr>
        <w:rPr>
          <w:lang w:val="sv-SE"/>
        </w:rPr>
      </w:pPr>
    </w:p>
    <w:p w14:paraId="5BB729EC" w14:textId="1815F029" w:rsidR="000A6C6B" w:rsidRDefault="00000000">
      <w:r>
        <w:t>/</w:t>
      </w:r>
      <w:r w:rsidR="00C62EE8">
        <w:t>Fredrik Grivans</w:t>
      </w:r>
      <w:r>
        <w:t xml:space="preserve">, </w:t>
      </w:r>
      <w:proofErr w:type="spellStart"/>
      <w:r>
        <w:t>Ordförande</w:t>
      </w:r>
      <w:proofErr w:type="spellEnd"/>
      <w:r>
        <w:t xml:space="preserve"> </w:t>
      </w:r>
    </w:p>
    <w:sectPr w:rsidR="000A6C6B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09915" w14:textId="77777777" w:rsidR="00FC3717" w:rsidRDefault="00FC3717" w:rsidP="00F03083">
      <w:pPr>
        <w:spacing w:after="0" w:line="240" w:lineRule="auto"/>
      </w:pPr>
      <w:r>
        <w:separator/>
      </w:r>
    </w:p>
  </w:endnote>
  <w:endnote w:type="continuationSeparator" w:id="0">
    <w:p w14:paraId="3643235F" w14:textId="77777777" w:rsidR="00FC3717" w:rsidRDefault="00FC3717" w:rsidP="00F03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18851" w14:textId="77777777" w:rsidR="00FC3717" w:rsidRDefault="00FC3717" w:rsidP="00F03083">
      <w:pPr>
        <w:spacing w:after="0" w:line="240" w:lineRule="auto"/>
      </w:pPr>
      <w:r>
        <w:separator/>
      </w:r>
    </w:p>
  </w:footnote>
  <w:footnote w:type="continuationSeparator" w:id="0">
    <w:p w14:paraId="01A34465" w14:textId="77777777" w:rsidR="00FC3717" w:rsidRDefault="00FC3717" w:rsidP="00F03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226B2" w14:textId="549B2B55" w:rsidR="00F03083" w:rsidRDefault="00F03083">
    <w:pPr>
      <w:pStyle w:val="Sidhuvud"/>
    </w:pPr>
    <w:r>
      <w:tab/>
    </w:r>
    <w:r>
      <w:tab/>
    </w:r>
    <w:r>
      <w:rPr>
        <w:noProof/>
      </w:rPr>
      <w:drawing>
        <wp:inline distT="0" distB="0" distL="0" distR="0" wp14:anchorId="2A714FDB" wp14:editId="58114EA9">
          <wp:extent cx="1417319" cy="1002030"/>
          <wp:effectExtent l="0" t="0" r="0" b="762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17" cy="1014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5173426">
    <w:abstractNumId w:val="8"/>
  </w:num>
  <w:num w:numId="2" w16cid:durableId="1647776447">
    <w:abstractNumId w:val="6"/>
  </w:num>
  <w:num w:numId="3" w16cid:durableId="318310648">
    <w:abstractNumId w:val="5"/>
  </w:num>
  <w:num w:numId="4" w16cid:durableId="2031485562">
    <w:abstractNumId w:val="4"/>
  </w:num>
  <w:num w:numId="5" w16cid:durableId="1589196602">
    <w:abstractNumId w:val="7"/>
  </w:num>
  <w:num w:numId="6" w16cid:durableId="977804646">
    <w:abstractNumId w:val="3"/>
  </w:num>
  <w:num w:numId="7" w16cid:durableId="817961543">
    <w:abstractNumId w:val="2"/>
  </w:num>
  <w:num w:numId="8" w16cid:durableId="938022733">
    <w:abstractNumId w:val="1"/>
  </w:num>
  <w:num w:numId="9" w16cid:durableId="179189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C6B"/>
    <w:rsid w:val="0015074B"/>
    <w:rsid w:val="0029639D"/>
    <w:rsid w:val="00326F90"/>
    <w:rsid w:val="008F689C"/>
    <w:rsid w:val="00AA1D8D"/>
    <w:rsid w:val="00B47730"/>
    <w:rsid w:val="00C62EE8"/>
    <w:rsid w:val="00CB0664"/>
    <w:rsid w:val="00CE5893"/>
    <w:rsid w:val="00F03083"/>
    <w:rsid w:val="00FC37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1973B"/>
  <w14:defaultImageDpi w14:val="300"/>
  <w15:docId w15:val="{82DB5FB1-EB11-4545-8C4E-1848D8BF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Fredrik Grivans</cp:lastModifiedBy>
  <cp:revision>3</cp:revision>
  <dcterms:created xsi:type="dcterms:W3CDTF">2026-03-23T15:20:00Z</dcterms:created>
  <dcterms:modified xsi:type="dcterms:W3CDTF">2026-03-23T15:20:00Z</dcterms:modified>
  <cp:category/>
</cp:coreProperties>
</file>