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B4A0E" w14:textId="77777777" w:rsidR="007B667C" w:rsidRDefault="00000000">
      <w:pPr>
        <w:pStyle w:val="Rubrik1"/>
      </w:pPr>
      <w:r>
        <w:t>Styrelse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89"/>
      </w:tblGrid>
      <w:tr w:rsidR="007B667C" w14:paraId="074AA61D" w14:textId="77777777" w:rsidTr="00DD245D">
        <w:trPr>
          <w:trHeight w:val="386"/>
        </w:trPr>
        <w:tc>
          <w:tcPr>
            <w:tcW w:w="2789" w:type="dxa"/>
          </w:tcPr>
          <w:p w14:paraId="0BE4C6D8" w14:textId="77777777" w:rsidR="007B667C" w:rsidRDefault="00000000">
            <w:proofErr w:type="spellStart"/>
            <w:r>
              <w:t>Namn</w:t>
            </w:r>
            <w:proofErr w:type="spellEnd"/>
          </w:p>
        </w:tc>
        <w:tc>
          <w:tcPr>
            <w:tcW w:w="2789" w:type="dxa"/>
          </w:tcPr>
          <w:p w14:paraId="62ACF215" w14:textId="77777777" w:rsidR="007B667C" w:rsidRDefault="00000000">
            <w:r>
              <w:t>Roll i styrelse</w:t>
            </w:r>
          </w:p>
        </w:tc>
        <w:tc>
          <w:tcPr>
            <w:tcW w:w="2789" w:type="dxa"/>
          </w:tcPr>
          <w:p w14:paraId="1FCFF083" w14:textId="60020869" w:rsidR="007B667C" w:rsidRDefault="00322C11">
            <w:proofErr w:type="spellStart"/>
            <w:r>
              <w:t>Att</w:t>
            </w:r>
            <w:proofErr w:type="spellEnd"/>
            <w:r>
              <w:t xml:space="preserve"> </w:t>
            </w:r>
            <w:proofErr w:type="spellStart"/>
            <w:r>
              <w:t>beslutas</w:t>
            </w:r>
            <w:proofErr w:type="spellEnd"/>
            <w:r>
              <w:t xml:space="preserve"> </w:t>
            </w:r>
            <w:proofErr w:type="spellStart"/>
            <w:r>
              <w:t>på</w:t>
            </w:r>
            <w:proofErr w:type="spellEnd"/>
            <w:r>
              <w:t xml:space="preserve"> </w:t>
            </w:r>
            <w:proofErr w:type="spellStart"/>
            <w:r>
              <w:t>stämman</w:t>
            </w:r>
            <w:proofErr w:type="spellEnd"/>
          </w:p>
        </w:tc>
      </w:tr>
      <w:tr w:rsidR="007B667C" w14:paraId="3D67CA4E" w14:textId="77777777" w:rsidTr="00DD245D">
        <w:trPr>
          <w:trHeight w:val="379"/>
        </w:trPr>
        <w:tc>
          <w:tcPr>
            <w:tcW w:w="2789" w:type="dxa"/>
          </w:tcPr>
          <w:p w14:paraId="55D355D0" w14:textId="77777777" w:rsidR="007B667C" w:rsidRDefault="00000000">
            <w:r>
              <w:t>Andreas Klemets</w:t>
            </w:r>
          </w:p>
        </w:tc>
        <w:tc>
          <w:tcPr>
            <w:tcW w:w="2789" w:type="dxa"/>
          </w:tcPr>
          <w:p w14:paraId="278FFE01" w14:textId="1578A652" w:rsidR="007B667C" w:rsidRDefault="00000000">
            <w:r>
              <w:t xml:space="preserve">Ordförande </w:t>
            </w:r>
          </w:p>
        </w:tc>
        <w:tc>
          <w:tcPr>
            <w:tcW w:w="2789" w:type="dxa"/>
          </w:tcPr>
          <w:p w14:paraId="5A10465A" w14:textId="305B5BB0" w:rsidR="007B667C" w:rsidRDefault="00322C11">
            <w:proofErr w:type="spellStart"/>
            <w:r>
              <w:t>Nyval</w:t>
            </w:r>
            <w:proofErr w:type="spellEnd"/>
            <w:r w:rsidR="00DD245D">
              <w:t xml:space="preserve"> 1 </w:t>
            </w:r>
            <w:proofErr w:type="spellStart"/>
            <w:r w:rsidR="00DD245D">
              <w:t>år</w:t>
            </w:r>
            <w:proofErr w:type="spellEnd"/>
          </w:p>
        </w:tc>
      </w:tr>
      <w:tr w:rsidR="007B667C" w14:paraId="2E1FA8F6" w14:textId="77777777" w:rsidTr="00DD245D">
        <w:trPr>
          <w:trHeight w:val="386"/>
        </w:trPr>
        <w:tc>
          <w:tcPr>
            <w:tcW w:w="2789" w:type="dxa"/>
          </w:tcPr>
          <w:p w14:paraId="51C8E37C" w14:textId="77777777" w:rsidR="007B667C" w:rsidRDefault="00000000">
            <w:r>
              <w:t>Mattias Edling</w:t>
            </w:r>
          </w:p>
        </w:tc>
        <w:tc>
          <w:tcPr>
            <w:tcW w:w="2789" w:type="dxa"/>
          </w:tcPr>
          <w:p w14:paraId="22CBDB06" w14:textId="54DD7101" w:rsidR="007B667C" w:rsidRDefault="00322C11">
            <w:proofErr w:type="spellStart"/>
            <w:r>
              <w:t>ledamot</w:t>
            </w:r>
            <w:proofErr w:type="spellEnd"/>
          </w:p>
        </w:tc>
        <w:tc>
          <w:tcPr>
            <w:tcW w:w="2789" w:type="dxa"/>
          </w:tcPr>
          <w:p w14:paraId="019E39E5" w14:textId="57081E30" w:rsidR="007B667C" w:rsidRDefault="00322C11">
            <w:proofErr w:type="spellStart"/>
            <w:r>
              <w:t>Nyval</w:t>
            </w:r>
            <w:proofErr w:type="spellEnd"/>
            <w:r w:rsidR="00DD245D">
              <w:t xml:space="preserve"> 2 </w:t>
            </w:r>
            <w:proofErr w:type="spellStart"/>
            <w:r w:rsidR="00DD245D">
              <w:t>år</w:t>
            </w:r>
            <w:proofErr w:type="spellEnd"/>
          </w:p>
        </w:tc>
      </w:tr>
      <w:tr w:rsidR="007B667C" w14:paraId="77EB9345" w14:textId="77777777" w:rsidTr="00DD245D">
        <w:trPr>
          <w:trHeight w:val="386"/>
        </w:trPr>
        <w:tc>
          <w:tcPr>
            <w:tcW w:w="2789" w:type="dxa"/>
          </w:tcPr>
          <w:p w14:paraId="0FA1A3A3" w14:textId="77777777" w:rsidR="007B667C" w:rsidRDefault="00000000">
            <w:r>
              <w:t>Petrus Özgün</w:t>
            </w:r>
          </w:p>
        </w:tc>
        <w:tc>
          <w:tcPr>
            <w:tcW w:w="2789" w:type="dxa"/>
          </w:tcPr>
          <w:p w14:paraId="470F6105" w14:textId="083D9FE8" w:rsidR="007B667C" w:rsidRDefault="00322C11">
            <w:proofErr w:type="spellStart"/>
            <w:r>
              <w:t>Ledamot</w:t>
            </w:r>
            <w:proofErr w:type="spellEnd"/>
          </w:p>
        </w:tc>
        <w:tc>
          <w:tcPr>
            <w:tcW w:w="2789" w:type="dxa"/>
          </w:tcPr>
          <w:p w14:paraId="3409D2DF" w14:textId="47621556" w:rsidR="007B667C" w:rsidRDefault="00322C11">
            <w:proofErr w:type="spellStart"/>
            <w:r>
              <w:t>Nyval</w:t>
            </w:r>
            <w:proofErr w:type="spellEnd"/>
            <w:r w:rsidR="00DD245D">
              <w:t xml:space="preserve"> 2 </w:t>
            </w:r>
            <w:proofErr w:type="spellStart"/>
            <w:r w:rsidR="00DD245D">
              <w:t>år</w:t>
            </w:r>
            <w:proofErr w:type="spellEnd"/>
          </w:p>
        </w:tc>
      </w:tr>
      <w:tr w:rsidR="007B667C" w14:paraId="7BB5B155" w14:textId="77777777" w:rsidTr="00DD245D">
        <w:trPr>
          <w:trHeight w:val="379"/>
        </w:trPr>
        <w:tc>
          <w:tcPr>
            <w:tcW w:w="2789" w:type="dxa"/>
          </w:tcPr>
          <w:p w14:paraId="237DAB3D" w14:textId="77777777" w:rsidR="007B667C" w:rsidRDefault="00000000">
            <w:r>
              <w:t>Karin Lövstrand</w:t>
            </w:r>
          </w:p>
        </w:tc>
        <w:tc>
          <w:tcPr>
            <w:tcW w:w="2789" w:type="dxa"/>
          </w:tcPr>
          <w:p w14:paraId="271F0FAA" w14:textId="6D921AC9" w:rsidR="007B667C" w:rsidRDefault="00322C11">
            <w:proofErr w:type="spellStart"/>
            <w:r>
              <w:t>Ledamot</w:t>
            </w:r>
            <w:proofErr w:type="spellEnd"/>
          </w:p>
        </w:tc>
        <w:tc>
          <w:tcPr>
            <w:tcW w:w="2789" w:type="dxa"/>
          </w:tcPr>
          <w:p w14:paraId="6DA8B1B0" w14:textId="1C58453B" w:rsidR="007B667C" w:rsidRDefault="00322C11">
            <w:proofErr w:type="spellStart"/>
            <w:r>
              <w:t>Sittande</w:t>
            </w:r>
            <w:proofErr w:type="spellEnd"/>
            <w:r>
              <w:t xml:space="preserve"> </w:t>
            </w:r>
            <w:proofErr w:type="spellStart"/>
            <w:r>
              <w:t>ett</w:t>
            </w:r>
            <w:proofErr w:type="spellEnd"/>
            <w:r>
              <w:t xml:space="preserve"> </w:t>
            </w:r>
            <w:proofErr w:type="spellStart"/>
            <w:r>
              <w:t>år</w:t>
            </w:r>
            <w:proofErr w:type="spellEnd"/>
            <w:r>
              <w:t xml:space="preserve"> till</w:t>
            </w:r>
          </w:p>
        </w:tc>
      </w:tr>
      <w:tr w:rsidR="007B667C" w14:paraId="3391FBD9" w14:textId="77777777" w:rsidTr="00DD245D">
        <w:trPr>
          <w:trHeight w:val="386"/>
        </w:trPr>
        <w:tc>
          <w:tcPr>
            <w:tcW w:w="2789" w:type="dxa"/>
          </w:tcPr>
          <w:p w14:paraId="04610896" w14:textId="77777777" w:rsidR="007B667C" w:rsidRDefault="00000000">
            <w:r>
              <w:t>Sara Lindkvist</w:t>
            </w:r>
          </w:p>
        </w:tc>
        <w:tc>
          <w:tcPr>
            <w:tcW w:w="2789" w:type="dxa"/>
          </w:tcPr>
          <w:p w14:paraId="19931BF7" w14:textId="2C834206" w:rsidR="007B667C" w:rsidRDefault="00322C11">
            <w:proofErr w:type="spellStart"/>
            <w:r>
              <w:t>Ledamot</w:t>
            </w:r>
            <w:proofErr w:type="spellEnd"/>
          </w:p>
        </w:tc>
        <w:tc>
          <w:tcPr>
            <w:tcW w:w="2789" w:type="dxa"/>
          </w:tcPr>
          <w:p w14:paraId="3BA4926C" w14:textId="7F9C1769" w:rsidR="007B667C" w:rsidRDefault="00322C11">
            <w:proofErr w:type="spellStart"/>
            <w:r>
              <w:t>Nyval</w:t>
            </w:r>
            <w:proofErr w:type="spellEnd"/>
            <w:r w:rsidR="00DD245D">
              <w:t xml:space="preserve"> 2 </w:t>
            </w:r>
            <w:proofErr w:type="spellStart"/>
            <w:r w:rsidR="00DD245D">
              <w:t>år</w:t>
            </w:r>
            <w:proofErr w:type="spellEnd"/>
          </w:p>
        </w:tc>
      </w:tr>
      <w:tr w:rsidR="00DD245D" w14:paraId="2D5DD0D3" w14:textId="77777777" w:rsidTr="00DD245D">
        <w:trPr>
          <w:trHeight w:val="386"/>
        </w:trPr>
        <w:tc>
          <w:tcPr>
            <w:tcW w:w="2789" w:type="dxa"/>
          </w:tcPr>
          <w:p w14:paraId="027779AB" w14:textId="3E2FBEBD" w:rsidR="00DD245D" w:rsidRDefault="00DD245D" w:rsidP="00DD245D">
            <w:r>
              <w:t>Michael Arab</w:t>
            </w:r>
          </w:p>
        </w:tc>
        <w:tc>
          <w:tcPr>
            <w:tcW w:w="2789" w:type="dxa"/>
          </w:tcPr>
          <w:p w14:paraId="3C8353B0" w14:textId="5A8C9829" w:rsidR="00DD245D" w:rsidRDefault="00DD245D" w:rsidP="00DD245D">
            <w:proofErr w:type="spellStart"/>
            <w:r>
              <w:t>Ledamot</w:t>
            </w:r>
            <w:proofErr w:type="spellEnd"/>
          </w:p>
        </w:tc>
        <w:tc>
          <w:tcPr>
            <w:tcW w:w="2789" w:type="dxa"/>
          </w:tcPr>
          <w:p w14:paraId="152E541E" w14:textId="3C13207B" w:rsidR="00DD245D" w:rsidRDefault="00DD245D" w:rsidP="00DD245D">
            <w:proofErr w:type="spellStart"/>
            <w:r>
              <w:t>Nyval</w:t>
            </w:r>
            <w:proofErr w:type="spellEnd"/>
            <w:r>
              <w:t xml:space="preserve"> 2 </w:t>
            </w:r>
            <w:proofErr w:type="spellStart"/>
            <w:r>
              <w:t>år</w:t>
            </w:r>
            <w:proofErr w:type="spellEnd"/>
          </w:p>
        </w:tc>
      </w:tr>
      <w:tr w:rsidR="00DD245D" w14:paraId="7DFFE354" w14:textId="77777777" w:rsidTr="00DD245D">
        <w:trPr>
          <w:trHeight w:val="379"/>
        </w:trPr>
        <w:tc>
          <w:tcPr>
            <w:tcW w:w="2789" w:type="dxa"/>
          </w:tcPr>
          <w:p w14:paraId="032104E6" w14:textId="77777777" w:rsidR="00DD245D" w:rsidRDefault="00DD245D" w:rsidP="00DD245D">
            <w:r>
              <w:t>Malin Gjerseth</w:t>
            </w:r>
          </w:p>
        </w:tc>
        <w:tc>
          <w:tcPr>
            <w:tcW w:w="2789" w:type="dxa"/>
          </w:tcPr>
          <w:p w14:paraId="24C5A1A8" w14:textId="67D2A52D" w:rsidR="00DD245D" w:rsidRDefault="00DD245D" w:rsidP="00DD245D">
            <w:proofErr w:type="spellStart"/>
            <w:r>
              <w:t>Ledamot</w:t>
            </w:r>
            <w:proofErr w:type="spellEnd"/>
          </w:p>
        </w:tc>
        <w:tc>
          <w:tcPr>
            <w:tcW w:w="2789" w:type="dxa"/>
          </w:tcPr>
          <w:p w14:paraId="4CD7630E" w14:textId="0DF71452" w:rsidR="00DD245D" w:rsidRDefault="00DD245D" w:rsidP="00DD245D">
            <w:proofErr w:type="spellStart"/>
            <w:r>
              <w:t>Sittande</w:t>
            </w:r>
            <w:proofErr w:type="spellEnd"/>
            <w:r>
              <w:t xml:space="preserve"> </w:t>
            </w:r>
            <w:proofErr w:type="spellStart"/>
            <w:r>
              <w:t>ett</w:t>
            </w:r>
            <w:proofErr w:type="spellEnd"/>
            <w:r>
              <w:t xml:space="preserve"> </w:t>
            </w:r>
            <w:proofErr w:type="spellStart"/>
            <w:r>
              <w:t>år</w:t>
            </w:r>
            <w:proofErr w:type="spellEnd"/>
            <w:r>
              <w:t xml:space="preserve"> till</w:t>
            </w:r>
          </w:p>
        </w:tc>
      </w:tr>
      <w:tr w:rsidR="00DD245D" w14:paraId="76C36FA5" w14:textId="77777777" w:rsidTr="00DD245D">
        <w:trPr>
          <w:trHeight w:val="386"/>
        </w:trPr>
        <w:tc>
          <w:tcPr>
            <w:tcW w:w="2789" w:type="dxa"/>
          </w:tcPr>
          <w:p w14:paraId="5CC10626" w14:textId="77777777" w:rsidR="00DD245D" w:rsidRDefault="00DD245D" w:rsidP="00DD245D">
            <w:r>
              <w:t>Annelie Schiller</w:t>
            </w:r>
          </w:p>
        </w:tc>
        <w:tc>
          <w:tcPr>
            <w:tcW w:w="2789" w:type="dxa"/>
          </w:tcPr>
          <w:p w14:paraId="7415CAB9" w14:textId="15DF04B4" w:rsidR="00DD245D" w:rsidRDefault="00DD245D" w:rsidP="00DD245D">
            <w:proofErr w:type="spellStart"/>
            <w:r>
              <w:t>Ledamot</w:t>
            </w:r>
            <w:proofErr w:type="spellEnd"/>
          </w:p>
        </w:tc>
        <w:tc>
          <w:tcPr>
            <w:tcW w:w="2789" w:type="dxa"/>
          </w:tcPr>
          <w:p w14:paraId="030F2322" w14:textId="5A860C9E" w:rsidR="00DD245D" w:rsidRDefault="00DD245D" w:rsidP="00DD245D">
            <w:proofErr w:type="spellStart"/>
            <w:r>
              <w:t>Nyval</w:t>
            </w:r>
            <w:proofErr w:type="spellEnd"/>
            <w:r>
              <w:t xml:space="preserve"> 2 </w:t>
            </w:r>
            <w:proofErr w:type="spellStart"/>
            <w:r>
              <w:t>år</w:t>
            </w:r>
            <w:proofErr w:type="spellEnd"/>
          </w:p>
        </w:tc>
      </w:tr>
      <w:tr w:rsidR="00DD245D" w14:paraId="6FF571A2" w14:textId="77777777" w:rsidTr="00DD245D">
        <w:trPr>
          <w:trHeight w:val="1152"/>
        </w:trPr>
        <w:tc>
          <w:tcPr>
            <w:tcW w:w="2789" w:type="dxa"/>
          </w:tcPr>
          <w:p w14:paraId="00C68770" w14:textId="77777777" w:rsidR="00DD245D" w:rsidRDefault="00DD245D" w:rsidP="00DD245D">
            <w:r>
              <w:t xml:space="preserve">Håkan </w:t>
            </w:r>
            <w:proofErr w:type="spellStart"/>
            <w:r>
              <w:t>Hammarqvist</w:t>
            </w:r>
            <w:proofErr w:type="spellEnd"/>
          </w:p>
          <w:p w14:paraId="429EF1CC" w14:textId="784D9F59" w:rsidR="00DD245D" w:rsidRDefault="00DD245D" w:rsidP="00DD245D">
            <w:r>
              <w:t>Fredrik Grivans</w:t>
            </w:r>
          </w:p>
        </w:tc>
        <w:tc>
          <w:tcPr>
            <w:tcW w:w="2789" w:type="dxa"/>
          </w:tcPr>
          <w:p w14:paraId="4166A788" w14:textId="77777777" w:rsidR="00DD245D" w:rsidRDefault="00DD245D" w:rsidP="00DD245D">
            <w:proofErr w:type="spellStart"/>
            <w:r>
              <w:t>Suppleant</w:t>
            </w:r>
            <w:proofErr w:type="spellEnd"/>
          </w:p>
          <w:p w14:paraId="66AEFC65" w14:textId="0DB261D7" w:rsidR="00DD245D" w:rsidRDefault="00DD245D" w:rsidP="00DD245D">
            <w:proofErr w:type="spellStart"/>
            <w:r>
              <w:t>Suppleant</w:t>
            </w:r>
            <w:proofErr w:type="spellEnd"/>
          </w:p>
        </w:tc>
        <w:tc>
          <w:tcPr>
            <w:tcW w:w="2789" w:type="dxa"/>
          </w:tcPr>
          <w:p w14:paraId="3C061F4F" w14:textId="46BF3220" w:rsidR="00DD245D" w:rsidRDefault="00DD245D" w:rsidP="00DD245D">
            <w:proofErr w:type="spellStart"/>
            <w:r>
              <w:t>Nyval</w:t>
            </w:r>
            <w:proofErr w:type="spellEnd"/>
            <w:r>
              <w:t xml:space="preserve"> 1 </w:t>
            </w:r>
            <w:proofErr w:type="spellStart"/>
            <w:r>
              <w:t>år</w:t>
            </w:r>
            <w:proofErr w:type="spellEnd"/>
          </w:p>
          <w:p w14:paraId="759D3DD6" w14:textId="1041CCEC" w:rsidR="00DD245D" w:rsidRDefault="00DD245D" w:rsidP="00DD245D">
            <w:proofErr w:type="spellStart"/>
            <w:r>
              <w:t>Nyval</w:t>
            </w:r>
            <w:proofErr w:type="spellEnd"/>
            <w:r>
              <w:t xml:space="preserve"> 1 år</w:t>
            </w:r>
          </w:p>
          <w:p w14:paraId="1EDBB70B" w14:textId="77777777" w:rsidR="00DD245D" w:rsidRDefault="00DD245D" w:rsidP="00DD245D"/>
          <w:p w14:paraId="11AEC155" w14:textId="77777777" w:rsidR="00DD245D" w:rsidRDefault="00DD245D" w:rsidP="00DD245D"/>
          <w:p w14:paraId="62158E00" w14:textId="42E68FEB" w:rsidR="00DD245D" w:rsidRDefault="00DD245D" w:rsidP="00DD245D"/>
        </w:tc>
      </w:tr>
      <w:tr w:rsidR="00DD245D" w14:paraId="51B52303" w14:textId="77777777" w:rsidTr="00DD245D">
        <w:trPr>
          <w:trHeight w:val="386"/>
        </w:trPr>
        <w:tc>
          <w:tcPr>
            <w:tcW w:w="2789" w:type="dxa"/>
          </w:tcPr>
          <w:p w14:paraId="361559AD" w14:textId="28DCDE40" w:rsidR="00DD245D" w:rsidRDefault="00DD245D" w:rsidP="00DD245D"/>
        </w:tc>
        <w:tc>
          <w:tcPr>
            <w:tcW w:w="2789" w:type="dxa"/>
          </w:tcPr>
          <w:p w14:paraId="6C1E0535" w14:textId="43BC462C" w:rsidR="00DD245D" w:rsidRDefault="00DD245D" w:rsidP="00DD245D"/>
        </w:tc>
        <w:tc>
          <w:tcPr>
            <w:tcW w:w="2789" w:type="dxa"/>
          </w:tcPr>
          <w:p w14:paraId="56BAA768" w14:textId="3C87E07F" w:rsidR="00DD245D" w:rsidRDefault="00DD245D" w:rsidP="00DD245D"/>
        </w:tc>
      </w:tr>
    </w:tbl>
    <w:p w14:paraId="0DCE0BBA" w14:textId="77777777" w:rsidR="00322C11" w:rsidRDefault="00322C11"/>
    <w:p w14:paraId="2C1E5E85" w14:textId="1B3500DE" w:rsidR="00322C11" w:rsidRPr="00DD245D" w:rsidRDefault="00322C11">
      <w:pPr>
        <w:rPr>
          <w:b/>
          <w:bCs/>
          <w:lang w:val="sv-SE"/>
        </w:rPr>
      </w:pPr>
      <w:r w:rsidRPr="00DD245D">
        <w:rPr>
          <w:b/>
          <w:bCs/>
          <w:lang w:val="sv-SE"/>
        </w:rPr>
        <w:t>Revisorer:</w:t>
      </w:r>
    </w:p>
    <w:p w14:paraId="4D4B3D1D" w14:textId="140B4069" w:rsidR="00322C11" w:rsidRPr="00322C11" w:rsidRDefault="00322C11">
      <w:pPr>
        <w:rPr>
          <w:lang w:val="sv-SE"/>
        </w:rPr>
      </w:pPr>
      <w:r w:rsidRPr="00322C11">
        <w:rPr>
          <w:lang w:val="sv-SE"/>
        </w:rPr>
        <w:t xml:space="preserve">Samantha </w:t>
      </w:r>
      <w:proofErr w:type="spellStart"/>
      <w:r w:rsidRPr="00322C11">
        <w:rPr>
          <w:lang w:val="sv-SE"/>
        </w:rPr>
        <w:t>Annela</w:t>
      </w:r>
      <w:proofErr w:type="spellEnd"/>
      <w:r w:rsidRPr="00322C11">
        <w:rPr>
          <w:lang w:val="sv-SE"/>
        </w:rPr>
        <w:tab/>
      </w:r>
      <w:r w:rsidRPr="00322C11">
        <w:rPr>
          <w:lang w:val="sv-SE"/>
        </w:rPr>
        <w:tab/>
      </w:r>
      <w:r>
        <w:rPr>
          <w:lang w:val="sv-SE"/>
        </w:rPr>
        <w:t>Ordinarie</w:t>
      </w:r>
      <w:r w:rsidRPr="00322C11">
        <w:rPr>
          <w:lang w:val="sv-SE"/>
        </w:rPr>
        <w:tab/>
      </w:r>
      <w:r w:rsidRPr="00322C11">
        <w:rPr>
          <w:lang w:val="sv-SE"/>
        </w:rPr>
        <w:tab/>
      </w:r>
      <w:r w:rsidRPr="00322C11">
        <w:rPr>
          <w:lang w:val="sv-SE"/>
        </w:rPr>
        <w:tab/>
        <w:t>O</w:t>
      </w:r>
      <w:r>
        <w:rPr>
          <w:lang w:val="sv-SE"/>
        </w:rPr>
        <w:t>mval 1 år</w:t>
      </w:r>
    </w:p>
    <w:p w14:paraId="7015884F" w14:textId="78B0070C" w:rsidR="00322C11" w:rsidRDefault="00322C11">
      <w:pPr>
        <w:rPr>
          <w:lang w:val="sv-SE"/>
        </w:rPr>
      </w:pPr>
      <w:proofErr w:type="spellStart"/>
      <w:r w:rsidRPr="00322C11">
        <w:rPr>
          <w:lang w:val="sv-SE"/>
        </w:rPr>
        <w:t>Sahar</w:t>
      </w:r>
      <w:proofErr w:type="spellEnd"/>
      <w:r w:rsidRPr="00322C11">
        <w:rPr>
          <w:lang w:val="sv-SE"/>
        </w:rPr>
        <w:t xml:space="preserve"> Heidari</w:t>
      </w:r>
      <w:r w:rsidRPr="00322C11"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Ordinarie</w:t>
      </w:r>
      <w:r w:rsidRPr="00322C11">
        <w:rPr>
          <w:lang w:val="sv-SE"/>
        </w:rPr>
        <w:tab/>
      </w:r>
      <w:r w:rsidRPr="00322C11">
        <w:rPr>
          <w:lang w:val="sv-SE"/>
        </w:rPr>
        <w:tab/>
      </w:r>
      <w:r w:rsidRPr="00322C11">
        <w:rPr>
          <w:lang w:val="sv-SE"/>
        </w:rPr>
        <w:tab/>
      </w:r>
      <w:r>
        <w:rPr>
          <w:lang w:val="sv-SE"/>
        </w:rPr>
        <w:t>Omval 1 år</w:t>
      </w:r>
    </w:p>
    <w:p w14:paraId="540F4051" w14:textId="3BD94122" w:rsidR="00322C11" w:rsidRDefault="00322C11">
      <w:pPr>
        <w:rPr>
          <w:lang w:val="sv-SE"/>
        </w:rPr>
      </w:pPr>
      <w:r>
        <w:rPr>
          <w:lang w:val="sv-SE"/>
        </w:rPr>
        <w:t>Glenn Linder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Suppleant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Omval 1 år</w:t>
      </w:r>
    </w:p>
    <w:p w14:paraId="2DDAA9E2" w14:textId="6E102364" w:rsidR="00322C11" w:rsidRPr="00DD245D" w:rsidRDefault="00322C11">
      <w:pPr>
        <w:rPr>
          <w:b/>
          <w:bCs/>
          <w:lang w:val="sv-SE"/>
        </w:rPr>
      </w:pPr>
      <w:r w:rsidRPr="00DD245D">
        <w:rPr>
          <w:b/>
          <w:bCs/>
          <w:lang w:val="sv-SE"/>
        </w:rPr>
        <w:t xml:space="preserve">Valberedning: </w:t>
      </w:r>
    </w:p>
    <w:p w14:paraId="5F0A6429" w14:textId="77777777" w:rsidR="00322C11" w:rsidRDefault="00322C11">
      <w:pPr>
        <w:rPr>
          <w:lang w:val="sv-SE"/>
        </w:rPr>
      </w:pPr>
      <w:r>
        <w:rPr>
          <w:lang w:val="sv-SE"/>
        </w:rPr>
        <w:t>Anders Hannu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proofErr w:type="spellStart"/>
      <w:r>
        <w:rPr>
          <w:lang w:val="sv-SE"/>
        </w:rPr>
        <w:t>Ordf</w:t>
      </w:r>
      <w:proofErr w:type="spellEnd"/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Omval 1 år</w:t>
      </w:r>
    </w:p>
    <w:p w14:paraId="1BB277E3" w14:textId="77777777" w:rsidR="00DD245D" w:rsidRDefault="00DD245D">
      <w:pPr>
        <w:rPr>
          <w:lang w:val="sv-SE"/>
        </w:rPr>
      </w:pPr>
      <w:proofErr w:type="spellStart"/>
      <w:r>
        <w:rPr>
          <w:lang w:val="sv-SE"/>
        </w:rPr>
        <w:t>Giridar</w:t>
      </w:r>
      <w:proofErr w:type="spellEnd"/>
      <w:r>
        <w:rPr>
          <w:lang w:val="sv-SE"/>
        </w:rPr>
        <w:t xml:space="preserve"> Annela</w:t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Omval 1 år</w:t>
      </w:r>
    </w:p>
    <w:p w14:paraId="0DC033F3" w14:textId="060D2225" w:rsidR="00322C11" w:rsidRDefault="00DD245D">
      <w:pPr>
        <w:rPr>
          <w:lang w:val="sv-SE"/>
        </w:rPr>
      </w:pPr>
      <w:r>
        <w:rPr>
          <w:lang w:val="sv-SE"/>
        </w:rPr>
        <w:t xml:space="preserve">Juan </w:t>
      </w:r>
      <w:proofErr w:type="spellStart"/>
      <w:r>
        <w:rPr>
          <w:lang w:val="sv-SE"/>
        </w:rPr>
        <w:t>Zuega</w:t>
      </w:r>
      <w:proofErr w:type="spellEnd"/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>Omval 1 år</w:t>
      </w:r>
      <w:r w:rsidR="00322C11">
        <w:rPr>
          <w:lang w:val="sv-SE"/>
        </w:rPr>
        <w:tab/>
      </w:r>
      <w:r w:rsidR="00322C11">
        <w:rPr>
          <w:lang w:val="sv-SE"/>
        </w:rPr>
        <w:tab/>
      </w:r>
      <w:r w:rsidR="00322C11">
        <w:rPr>
          <w:lang w:val="sv-SE"/>
        </w:rPr>
        <w:tab/>
      </w:r>
      <w:r w:rsidR="00322C11">
        <w:rPr>
          <w:lang w:val="sv-SE"/>
        </w:rPr>
        <w:tab/>
      </w:r>
    </w:p>
    <w:p w14:paraId="11F715A3" w14:textId="77777777" w:rsidR="00322C11" w:rsidRPr="00322C11" w:rsidRDefault="00322C11">
      <w:pPr>
        <w:rPr>
          <w:lang w:val="sv-SE"/>
        </w:rPr>
      </w:pPr>
    </w:p>
    <w:sectPr w:rsidR="00322C11" w:rsidRPr="00322C1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8794954">
    <w:abstractNumId w:val="8"/>
  </w:num>
  <w:num w:numId="2" w16cid:durableId="767695869">
    <w:abstractNumId w:val="6"/>
  </w:num>
  <w:num w:numId="3" w16cid:durableId="1025405266">
    <w:abstractNumId w:val="5"/>
  </w:num>
  <w:num w:numId="4" w16cid:durableId="969164196">
    <w:abstractNumId w:val="4"/>
  </w:num>
  <w:num w:numId="5" w16cid:durableId="1342319245">
    <w:abstractNumId w:val="7"/>
  </w:num>
  <w:num w:numId="6" w16cid:durableId="1198615277">
    <w:abstractNumId w:val="3"/>
  </w:num>
  <w:num w:numId="7" w16cid:durableId="1301573823">
    <w:abstractNumId w:val="2"/>
  </w:num>
  <w:num w:numId="8" w16cid:durableId="1919052485">
    <w:abstractNumId w:val="1"/>
  </w:num>
  <w:num w:numId="9" w16cid:durableId="1790204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2C11"/>
    <w:rsid w:val="00326F90"/>
    <w:rsid w:val="007B667C"/>
    <w:rsid w:val="007C662E"/>
    <w:rsid w:val="00AA1D8D"/>
    <w:rsid w:val="00B47730"/>
    <w:rsid w:val="00CB0664"/>
    <w:rsid w:val="00CE5893"/>
    <w:rsid w:val="00D818D1"/>
    <w:rsid w:val="00DD245D"/>
    <w:rsid w:val="00FC693F"/>
    <w:rsid w:val="00FD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61A3BA"/>
  <w14:defaultImageDpi w14:val="300"/>
  <w15:docId w15:val="{82DB5FB1-EB11-4545-8C4E-1848D8BF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Fredrik Grivans</cp:lastModifiedBy>
  <cp:revision>2</cp:revision>
  <dcterms:created xsi:type="dcterms:W3CDTF">2026-04-15T11:05:00Z</dcterms:created>
  <dcterms:modified xsi:type="dcterms:W3CDTF">2026-04-15T11:05:00Z</dcterms:modified>
  <cp:category/>
</cp:coreProperties>
</file>