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55"/>
        <w:gridCol w:w="5355"/>
      </w:tblGrid>
      <w:tr w:rsidR="00960E57" w14:paraId="04FE166B" w14:textId="77777777">
        <w:trPr>
          <w:jc w:val="center"/>
        </w:trPr>
        <w:tc>
          <w:tcPr>
            <w:tcW w:w="53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698AF" w14:textId="77777777" w:rsidR="00960E57" w:rsidRDefault="00000000">
            <w:r>
              <w:rPr>
                <w:b/>
                <w:color w:val="191919"/>
                <w:sz w:val="36"/>
              </w:rPr>
              <w:t>SPELARREGISTRERING</w:t>
            </w:r>
            <w:r>
              <w:rPr>
                <w:sz w:val="18"/>
              </w:rPr>
              <w:br/>
              <w:t>Uppgifter för föreningsregister och kommunikation</w:t>
            </w:r>
          </w:p>
        </w:tc>
        <w:tc>
          <w:tcPr>
            <w:tcW w:w="53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C498B" w14:textId="709C0516" w:rsidR="00960E57" w:rsidRDefault="00960E57">
            <w:pPr>
              <w:jc w:val="right"/>
            </w:pPr>
          </w:p>
        </w:tc>
      </w:tr>
    </w:tbl>
    <w:p w14:paraId="22AEADD6" w14:textId="2C7C1F25" w:rsidR="00960E57" w:rsidRDefault="00404691">
      <w:pPr>
        <w:spacing w:before="40" w:after="100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0B4F463" wp14:editId="13CD0E73">
            <wp:simplePos x="0" y="0"/>
            <wp:positionH relativeFrom="column">
              <wp:posOffset>3075854</wp:posOffset>
            </wp:positionH>
            <wp:positionV relativeFrom="paragraph">
              <wp:posOffset>-925219</wp:posOffset>
            </wp:positionV>
            <wp:extent cx="1292536" cy="1292536"/>
            <wp:effectExtent l="0" t="0" r="3175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ik logo.jpe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92536" cy="12925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4FAF9A" w14:textId="77777777" w:rsidR="00960E57" w:rsidRDefault="00000000">
      <w:pPr>
        <w:spacing w:after="60"/>
      </w:pPr>
      <w:r>
        <w:rPr>
          <w:b/>
          <w:sz w:val="22"/>
        </w:rPr>
        <w:t>SPELARE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55"/>
        <w:gridCol w:w="5355"/>
      </w:tblGrid>
      <w:tr w:rsidR="00960E57" w14:paraId="3AA7C1BD" w14:textId="77777777">
        <w:trPr>
          <w:jc w:val="center"/>
        </w:trPr>
        <w:tc>
          <w:tcPr>
            <w:tcW w:w="5355" w:type="dxa"/>
            <w:shd w:val="clear" w:color="auto" w:fill="F0C400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66107E03" w14:textId="77777777" w:rsidR="00960E57" w:rsidRDefault="00000000">
            <w:r>
              <w:rPr>
                <w:b/>
                <w:sz w:val="18"/>
              </w:rPr>
              <w:t>Namn</w:t>
            </w:r>
          </w:p>
        </w:tc>
        <w:tc>
          <w:tcPr>
            <w:tcW w:w="5355" w:type="dxa"/>
            <w:shd w:val="clear" w:color="auto" w:fill="F0C400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21BF157B" w14:textId="43F75E31" w:rsidR="00960E57" w:rsidRDefault="00000000">
            <w:r>
              <w:rPr>
                <w:b/>
                <w:sz w:val="18"/>
              </w:rPr>
              <w:t xml:space="preserve">Hela </w:t>
            </w:r>
            <w:proofErr w:type="spellStart"/>
            <w:r>
              <w:rPr>
                <w:b/>
                <w:sz w:val="18"/>
              </w:rPr>
              <w:t>personnumret</w:t>
            </w:r>
            <w:proofErr w:type="spellEnd"/>
          </w:p>
        </w:tc>
      </w:tr>
      <w:tr w:rsidR="00960E57" w14:paraId="140D1F8D" w14:textId="77777777">
        <w:trPr>
          <w:jc w:val="center"/>
        </w:trPr>
        <w:tc>
          <w:tcPr>
            <w:tcW w:w="5355" w:type="dxa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50C03006" w14:textId="70A73659" w:rsidR="00960E57" w:rsidRDefault="00000000">
            <w:r>
              <w:rPr>
                <w:sz w:val="10"/>
              </w:rPr>
              <w:br/>
            </w:r>
            <w:r>
              <w:t>________________________________________________</w:t>
            </w:r>
          </w:p>
        </w:tc>
        <w:tc>
          <w:tcPr>
            <w:tcW w:w="5355" w:type="dxa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77FF3124" w14:textId="2484341C" w:rsidR="00960E57" w:rsidRDefault="00000000">
            <w:proofErr w:type="spellStart"/>
            <w:r>
              <w:rPr>
                <w:sz w:val="22"/>
              </w:rPr>
              <w:t>ÅÅMMDD</w:t>
            </w:r>
            <w:proofErr w:type="spellEnd"/>
            <w:r>
              <w:rPr>
                <w:sz w:val="22"/>
              </w:rPr>
              <w:t>-</w:t>
            </w:r>
            <w:r w:rsidR="002A6796">
              <w:rPr>
                <w:sz w:val="22"/>
              </w:rPr>
              <w:t>XXXX</w:t>
            </w:r>
            <w:r>
              <w:rPr>
                <w:sz w:val="22"/>
              </w:rPr>
              <w:t>____</w:t>
            </w:r>
            <w:r w:rsidR="002A6796">
              <w:rPr>
                <w:sz w:val="22"/>
              </w:rPr>
              <w:t>___________-_______</w:t>
            </w:r>
          </w:p>
        </w:tc>
      </w:tr>
    </w:tbl>
    <w:p w14:paraId="5680263C" w14:textId="77777777" w:rsidR="00960E57" w:rsidRDefault="00000000">
      <w:pPr>
        <w:spacing w:before="120" w:after="60"/>
      </w:pPr>
      <w:r>
        <w:rPr>
          <w:b/>
          <w:sz w:val="22"/>
        </w:rPr>
        <w:t>VÅRDNADSHAVARE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27"/>
        <w:gridCol w:w="4252"/>
        <w:gridCol w:w="4331"/>
      </w:tblGrid>
      <w:tr w:rsidR="00960E57" w14:paraId="6633E26B" w14:textId="77777777" w:rsidTr="002A6796">
        <w:trPr>
          <w:jc w:val="center"/>
        </w:trPr>
        <w:tc>
          <w:tcPr>
            <w:tcW w:w="2127" w:type="dxa"/>
            <w:shd w:val="clear" w:color="auto" w:fill="F0C400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0D47A69D" w14:textId="77777777" w:rsidR="00960E57" w:rsidRDefault="00960E57"/>
        </w:tc>
        <w:tc>
          <w:tcPr>
            <w:tcW w:w="4252" w:type="dxa"/>
            <w:shd w:val="clear" w:color="auto" w:fill="F0C400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10CF8E35" w14:textId="77777777" w:rsidR="00960E57" w:rsidRDefault="00000000">
            <w:r>
              <w:rPr>
                <w:b/>
                <w:sz w:val="18"/>
              </w:rPr>
              <w:t>Vårdnadshavare 1</w:t>
            </w:r>
          </w:p>
        </w:tc>
        <w:tc>
          <w:tcPr>
            <w:tcW w:w="4331" w:type="dxa"/>
            <w:shd w:val="clear" w:color="auto" w:fill="F0C400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058F5170" w14:textId="77777777" w:rsidR="00960E57" w:rsidRDefault="00000000">
            <w:r>
              <w:rPr>
                <w:b/>
                <w:sz w:val="18"/>
              </w:rPr>
              <w:t>Vårdnadshavare 2</w:t>
            </w:r>
          </w:p>
        </w:tc>
      </w:tr>
      <w:tr w:rsidR="00960E57" w14:paraId="493CB8B9" w14:textId="77777777" w:rsidTr="002A6796">
        <w:trPr>
          <w:jc w:val="center"/>
        </w:trPr>
        <w:tc>
          <w:tcPr>
            <w:tcW w:w="212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C04AAC2" w14:textId="77777777" w:rsidR="002A6796" w:rsidRDefault="002A6796">
            <w:pPr>
              <w:rPr>
                <w:b/>
                <w:sz w:val="17"/>
              </w:rPr>
            </w:pPr>
          </w:p>
          <w:p w14:paraId="6F820D91" w14:textId="4DB1E0AA" w:rsidR="00960E57" w:rsidRDefault="00000000">
            <w:proofErr w:type="spellStart"/>
            <w:r>
              <w:rPr>
                <w:b/>
                <w:sz w:val="17"/>
              </w:rPr>
              <w:t>Namn</w:t>
            </w:r>
            <w:proofErr w:type="spellEnd"/>
          </w:p>
        </w:tc>
        <w:tc>
          <w:tcPr>
            <w:tcW w:w="425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B4F66B0" w14:textId="22C851A8" w:rsidR="00960E57" w:rsidRDefault="00000000">
            <w:r>
              <w:rPr>
                <w:sz w:val="17"/>
              </w:rPr>
              <w:t>___________________________________</w:t>
            </w:r>
            <w:r w:rsidR="00C613A1">
              <w:rPr>
                <w:sz w:val="17"/>
              </w:rPr>
              <w:t>_____</w:t>
            </w:r>
          </w:p>
        </w:tc>
        <w:tc>
          <w:tcPr>
            <w:tcW w:w="4331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023673F" w14:textId="715CF767" w:rsidR="00960E57" w:rsidRDefault="00000000">
            <w:r>
              <w:rPr>
                <w:sz w:val="17"/>
              </w:rPr>
              <w:t>___________________________________</w:t>
            </w:r>
            <w:r w:rsidR="00C613A1">
              <w:rPr>
                <w:sz w:val="17"/>
              </w:rPr>
              <w:t>________</w:t>
            </w:r>
          </w:p>
        </w:tc>
      </w:tr>
      <w:tr w:rsidR="00960E57" w14:paraId="6564284F" w14:textId="77777777" w:rsidTr="002A6796">
        <w:trPr>
          <w:jc w:val="center"/>
        </w:trPr>
        <w:tc>
          <w:tcPr>
            <w:tcW w:w="212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9876D12" w14:textId="77777777" w:rsidR="00960E57" w:rsidRDefault="00000000">
            <w:r>
              <w:rPr>
                <w:b/>
                <w:sz w:val="17"/>
              </w:rPr>
              <w:t>Telefonnummer</w:t>
            </w:r>
          </w:p>
        </w:tc>
        <w:tc>
          <w:tcPr>
            <w:tcW w:w="425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B70198B" w14:textId="4A290364" w:rsidR="00960E57" w:rsidRDefault="00000000">
            <w:r>
              <w:rPr>
                <w:sz w:val="17"/>
              </w:rPr>
              <w:t>___________________________________</w:t>
            </w:r>
            <w:r w:rsidR="00C613A1">
              <w:rPr>
                <w:sz w:val="17"/>
              </w:rPr>
              <w:t>_____</w:t>
            </w:r>
          </w:p>
        </w:tc>
        <w:tc>
          <w:tcPr>
            <w:tcW w:w="4331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690A058" w14:textId="009DB8AD" w:rsidR="00960E57" w:rsidRDefault="00000000">
            <w:r>
              <w:rPr>
                <w:sz w:val="17"/>
              </w:rPr>
              <w:t>___________________________________</w:t>
            </w:r>
            <w:r w:rsidR="00C613A1">
              <w:rPr>
                <w:sz w:val="17"/>
              </w:rPr>
              <w:t>________</w:t>
            </w:r>
          </w:p>
        </w:tc>
      </w:tr>
      <w:tr w:rsidR="00960E57" w14:paraId="38BBE651" w14:textId="77777777" w:rsidTr="002A6796">
        <w:trPr>
          <w:jc w:val="center"/>
        </w:trPr>
        <w:tc>
          <w:tcPr>
            <w:tcW w:w="212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E6B3E75" w14:textId="77777777" w:rsidR="00960E57" w:rsidRDefault="00000000">
            <w:r>
              <w:rPr>
                <w:b/>
                <w:sz w:val="17"/>
              </w:rPr>
              <w:t>Adress</w:t>
            </w:r>
          </w:p>
        </w:tc>
        <w:tc>
          <w:tcPr>
            <w:tcW w:w="425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699187F" w14:textId="0BEB9A64" w:rsidR="00404691" w:rsidRDefault="00000000">
            <w:pPr>
              <w:rPr>
                <w:sz w:val="17"/>
              </w:rPr>
            </w:pPr>
            <w:r>
              <w:rPr>
                <w:sz w:val="17"/>
              </w:rPr>
              <w:br/>
            </w:r>
          </w:p>
          <w:p w14:paraId="5709F85A" w14:textId="3489694A" w:rsidR="00404691" w:rsidRDefault="00000000">
            <w:pPr>
              <w:rPr>
                <w:sz w:val="17"/>
              </w:rPr>
            </w:pPr>
            <w:r>
              <w:rPr>
                <w:sz w:val="17"/>
              </w:rPr>
              <w:t>_________________________________________</w:t>
            </w:r>
          </w:p>
          <w:p w14:paraId="0347ED98" w14:textId="32123F59" w:rsidR="00960E57" w:rsidRDefault="00000000">
            <w:r>
              <w:rPr>
                <w:sz w:val="17"/>
              </w:rPr>
              <w:t>__</w:t>
            </w:r>
            <w:r w:rsidR="00404691">
              <w:rPr>
                <w:sz w:val="17"/>
              </w:rPr>
              <w:t>_______________________________________</w:t>
            </w:r>
          </w:p>
        </w:tc>
        <w:tc>
          <w:tcPr>
            <w:tcW w:w="4331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D6874DF" w14:textId="587897FE" w:rsidR="00404691" w:rsidRDefault="00000000">
            <w:pPr>
              <w:rPr>
                <w:sz w:val="17"/>
              </w:rPr>
            </w:pPr>
            <w:r>
              <w:rPr>
                <w:sz w:val="17"/>
              </w:rPr>
              <w:br/>
            </w:r>
          </w:p>
          <w:p w14:paraId="3F04C85D" w14:textId="77777777" w:rsidR="00960E57" w:rsidRDefault="00000000">
            <w:pPr>
              <w:rPr>
                <w:sz w:val="17"/>
              </w:rPr>
            </w:pPr>
            <w:r>
              <w:rPr>
                <w:sz w:val="17"/>
              </w:rPr>
              <w:t>___________________________________________</w:t>
            </w:r>
          </w:p>
          <w:p w14:paraId="79728096" w14:textId="4BC65531" w:rsidR="00404691" w:rsidRDefault="00404691">
            <w:r>
              <w:t>______________________________________</w:t>
            </w:r>
          </w:p>
        </w:tc>
      </w:tr>
      <w:tr w:rsidR="00960E57" w14:paraId="5C88F1E6" w14:textId="77777777" w:rsidTr="002A6796">
        <w:trPr>
          <w:jc w:val="center"/>
        </w:trPr>
        <w:tc>
          <w:tcPr>
            <w:tcW w:w="212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23C3DCB" w14:textId="77777777" w:rsidR="00404691" w:rsidRDefault="00404691">
            <w:pPr>
              <w:rPr>
                <w:b/>
                <w:sz w:val="17"/>
              </w:rPr>
            </w:pPr>
          </w:p>
          <w:p w14:paraId="1B7F8A85" w14:textId="256BC39E" w:rsidR="00960E57" w:rsidRDefault="00000000">
            <w:r>
              <w:rPr>
                <w:b/>
                <w:sz w:val="17"/>
              </w:rPr>
              <w:t>E-post</w:t>
            </w:r>
          </w:p>
        </w:tc>
        <w:tc>
          <w:tcPr>
            <w:tcW w:w="425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6F1C2AC" w14:textId="5FDC5003" w:rsidR="00960E57" w:rsidRDefault="00000000">
            <w:r>
              <w:rPr>
                <w:sz w:val="17"/>
              </w:rPr>
              <w:t>___________________________________</w:t>
            </w:r>
            <w:r w:rsidR="002A6796">
              <w:rPr>
                <w:sz w:val="17"/>
              </w:rPr>
              <w:t>______</w:t>
            </w:r>
          </w:p>
        </w:tc>
        <w:tc>
          <w:tcPr>
            <w:tcW w:w="4331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3C5F65D" w14:textId="5C97C295" w:rsidR="00960E57" w:rsidRDefault="00000000">
            <w:r>
              <w:rPr>
                <w:sz w:val="17"/>
              </w:rPr>
              <w:t>___________________________________</w:t>
            </w:r>
            <w:r w:rsidR="002A6796">
              <w:rPr>
                <w:sz w:val="17"/>
              </w:rPr>
              <w:t>________</w:t>
            </w:r>
          </w:p>
        </w:tc>
      </w:tr>
    </w:tbl>
    <w:p w14:paraId="6B40312D" w14:textId="77777777" w:rsidR="002A6796" w:rsidRDefault="002A6796">
      <w:pPr>
        <w:spacing w:before="140" w:after="60"/>
        <w:rPr>
          <w:b/>
          <w:sz w:val="22"/>
        </w:rPr>
      </w:pPr>
    </w:p>
    <w:p w14:paraId="039D6572" w14:textId="77777777" w:rsidR="002A6796" w:rsidRDefault="002A6796">
      <w:pPr>
        <w:spacing w:before="140" w:after="60"/>
        <w:rPr>
          <w:b/>
          <w:sz w:val="22"/>
        </w:rPr>
      </w:pPr>
    </w:p>
    <w:p w14:paraId="0CB4F387" w14:textId="18AB6DBB" w:rsidR="00960E57" w:rsidRDefault="00000000">
      <w:pPr>
        <w:spacing w:before="140" w:after="60"/>
      </w:pPr>
      <w:r>
        <w:rPr>
          <w:b/>
          <w:sz w:val="22"/>
        </w:rPr>
        <w:t xml:space="preserve">INFORMATION OCH </w:t>
      </w:r>
      <w:proofErr w:type="spellStart"/>
      <w:r>
        <w:rPr>
          <w:b/>
          <w:sz w:val="22"/>
        </w:rPr>
        <w:t>GODKÄNNANDE</w:t>
      </w:r>
      <w:proofErr w:type="spell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710"/>
      </w:tblGrid>
      <w:tr w:rsidR="00960E57" w14:paraId="09C5C037" w14:textId="77777777">
        <w:trPr>
          <w:jc w:val="center"/>
        </w:trPr>
        <w:tc>
          <w:tcPr>
            <w:tcW w:w="10710" w:type="dxa"/>
            <w:shd w:val="clear" w:color="auto" w:fill="FFF7CC"/>
            <w:tcMar>
              <w:top w:w="105" w:type="dxa"/>
              <w:left w:w="130" w:type="dxa"/>
              <w:bottom w:w="105" w:type="dxa"/>
              <w:right w:w="130" w:type="dxa"/>
            </w:tcMar>
          </w:tcPr>
          <w:p w14:paraId="14EF35E5" w14:textId="77777777" w:rsidR="00960E57" w:rsidRDefault="00000000">
            <w:pPr>
              <w:spacing w:after="80"/>
            </w:pPr>
            <w:r>
              <w:rPr>
                <w:b/>
                <w:sz w:val="18"/>
              </w:rPr>
              <w:t xml:space="preserve">Era uppgifter läggs in i föreningsregistret. </w:t>
            </w:r>
            <w:r>
              <w:rPr>
                <w:sz w:val="18"/>
              </w:rPr>
              <w:t>E-postadresserna används även på lagets hemsida samt i appen Sportadmin för kommunikation.</w:t>
            </w:r>
          </w:p>
          <w:p w14:paraId="37F36058" w14:textId="77777777" w:rsidR="00960E57" w:rsidRDefault="00000000">
            <w:pPr>
              <w:spacing w:after="40"/>
            </w:pPr>
            <w:r>
              <w:rPr>
                <w:b/>
                <w:sz w:val="18"/>
              </w:rPr>
              <w:t>Jag godkänner att mitt barn kan finnas med på föreningens webbsidor och ev. annan media (t.ex. lokaltidning).</w:t>
            </w:r>
          </w:p>
          <w:p w14:paraId="0EC3D4C2" w14:textId="77777777" w:rsidR="00960E57" w:rsidRDefault="00000000">
            <w:pPr>
              <w:spacing w:after="0"/>
            </w:pPr>
            <w:r>
              <w:rPr>
                <w:b/>
                <w:sz w:val="22"/>
              </w:rPr>
              <w:t>JA  ☐        NEJ  ☐</w:t>
            </w:r>
          </w:p>
        </w:tc>
      </w:tr>
    </w:tbl>
    <w:p w14:paraId="08FC7F5E" w14:textId="77777777" w:rsidR="002A6796" w:rsidRDefault="002A6796">
      <w:pPr>
        <w:spacing w:before="140" w:after="40"/>
        <w:rPr>
          <w:b/>
          <w:sz w:val="22"/>
        </w:rPr>
      </w:pPr>
    </w:p>
    <w:p w14:paraId="026BB821" w14:textId="581717E5" w:rsidR="00960E57" w:rsidRDefault="00000000">
      <w:pPr>
        <w:spacing w:before="140" w:after="40"/>
      </w:pPr>
      <w:proofErr w:type="spellStart"/>
      <w:r>
        <w:rPr>
          <w:b/>
          <w:sz w:val="22"/>
        </w:rPr>
        <w:t>UNDERSKRIFT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55"/>
        <w:gridCol w:w="5355"/>
      </w:tblGrid>
      <w:tr w:rsidR="00960E57" w14:paraId="69E213DB" w14:textId="77777777">
        <w:trPr>
          <w:jc w:val="center"/>
        </w:trPr>
        <w:tc>
          <w:tcPr>
            <w:tcW w:w="5355" w:type="dxa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79837BAA" w14:textId="77777777" w:rsidR="00960E57" w:rsidRDefault="00000000">
            <w:r>
              <w:rPr>
                <w:b/>
              </w:rPr>
              <w:t>Vårdnadshavare 1 – underskrift</w:t>
            </w:r>
          </w:p>
        </w:tc>
        <w:tc>
          <w:tcPr>
            <w:tcW w:w="5355" w:type="dxa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442C1302" w14:textId="77777777" w:rsidR="00960E57" w:rsidRDefault="00000000">
            <w:r>
              <w:rPr>
                <w:b/>
              </w:rPr>
              <w:t>Vårdnadshavare 2 – underskrift</w:t>
            </w:r>
          </w:p>
        </w:tc>
      </w:tr>
      <w:tr w:rsidR="00960E57" w14:paraId="11BE1878" w14:textId="77777777">
        <w:trPr>
          <w:jc w:val="center"/>
        </w:trPr>
        <w:tc>
          <w:tcPr>
            <w:tcW w:w="5355" w:type="dxa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5437791C" w14:textId="77777777" w:rsidR="00404691" w:rsidRDefault="00000000">
            <w:pPr>
              <w:rPr>
                <w:sz w:val="17"/>
              </w:rPr>
            </w:pPr>
            <w:r>
              <w:rPr>
                <w:sz w:val="17"/>
              </w:rPr>
              <w:t>________________________________________</w:t>
            </w:r>
            <w:r>
              <w:rPr>
                <w:sz w:val="17"/>
              </w:rPr>
              <w:br/>
            </w:r>
          </w:p>
          <w:p w14:paraId="2120BA7D" w14:textId="6F2E12FE" w:rsidR="00960E57" w:rsidRDefault="00960E57"/>
        </w:tc>
        <w:tc>
          <w:tcPr>
            <w:tcW w:w="5355" w:type="dxa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7F9EFF89" w14:textId="454779A4" w:rsidR="00960E57" w:rsidRDefault="00000000">
            <w:r>
              <w:rPr>
                <w:sz w:val="17"/>
              </w:rPr>
              <w:t>________________________________________</w:t>
            </w:r>
            <w:r>
              <w:rPr>
                <w:sz w:val="17"/>
              </w:rPr>
              <w:br/>
            </w:r>
          </w:p>
        </w:tc>
      </w:tr>
    </w:tbl>
    <w:p w14:paraId="44BD6413" w14:textId="77777777" w:rsidR="00960E57" w:rsidRDefault="00000000">
      <w:pPr>
        <w:spacing w:before="80"/>
        <w:jc w:val="center"/>
      </w:pPr>
      <w:r>
        <w:rPr>
          <w:i/>
          <w:sz w:val="16"/>
        </w:rPr>
        <w:t>Tack för att ni fyller i uppgifterna tydligt och kontrollerar att e-postadressen är korrekt.</w:t>
      </w:r>
    </w:p>
    <w:sectPr w:rsidR="00960E57" w:rsidSect="00034616">
      <w:pgSz w:w="12240" w:h="15840"/>
      <w:pgMar w:top="624" w:right="765" w:bottom="567" w:left="7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74363165">
    <w:abstractNumId w:val="8"/>
  </w:num>
  <w:num w:numId="2" w16cid:durableId="778646530">
    <w:abstractNumId w:val="6"/>
  </w:num>
  <w:num w:numId="3" w16cid:durableId="1272861463">
    <w:abstractNumId w:val="5"/>
  </w:num>
  <w:num w:numId="4" w16cid:durableId="2069567066">
    <w:abstractNumId w:val="4"/>
  </w:num>
  <w:num w:numId="5" w16cid:durableId="1735271596">
    <w:abstractNumId w:val="7"/>
  </w:num>
  <w:num w:numId="6" w16cid:durableId="820536537">
    <w:abstractNumId w:val="3"/>
  </w:num>
  <w:num w:numId="7" w16cid:durableId="529153018">
    <w:abstractNumId w:val="2"/>
  </w:num>
  <w:num w:numId="8" w16cid:durableId="597106781">
    <w:abstractNumId w:val="1"/>
  </w:num>
  <w:num w:numId="9" w16cid:durableId="128989769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5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3568"/>
    <w:rsid w:val="0015074B"/>
    <w:rsid w:val="0029639D"/>
    <w:rsid w:val="002A6796"/>
    <w:rsid w:val="00326F90"/>
    <w:rsid w:val="00404691"/>
    <w:rsid w:val="00960E57"/>
    <w:rsid w:val="00AA1D8D"/>
    <w:rsid w:val="00B47730"/>
    <w:rsid w:val="00C613A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2A2F1C"/>
  <w14:defaultImageDpi w14:val="300"/>
  <w15:docId w15:val="{4DF9AC18-91F8-334C-AD53-018F9F613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Rubrik1">
    <w:name w:val="heading 1"/>
    <w:basedOn w:val="Normal"/>
    <w:next w:val="Normal"/>
    <w:link w:val="Rubri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18BF"/>
  </w:style>
  <w:style w:type="paragraph" w:styleId="Sidfot">
    <w:name w:val="footer"/>
    <w:basedOn w:val="Normal"/>
    <w:link w:val="Sidfo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618BF"/>
  </w:style>
  <w:style w:type="paragraph" w:styleId="Ingetavstnd">
    <w:name w:val="No Spacing"/>
    <w:uiPriority w:val="1"/>
    <w:qFormat/>
    <w:rsid w:val="00FC693F"/>
    <w:pPr>
      <w:spacing w:after="0" w:line="240" w:lineRule="auto"/>
    </w:pPr>
  </w:style>
  <w:style w:type="character" w:customStyle="1" w:styleId="Rubrik1Char">
    <w:name w:val="Rubrik 1 Char"/>
    <w:basedOn w:val="Standardstycketeckensnitt"/>
    <w:link w:val="Rubri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">
    <w:name w:val="Title"/>
    <w:basedOn w:val="Normal"/>
    <w:next w:val="Normal"/>
    <w:link w:val="Rubrik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styck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xt">
    <w:name w:val="Body Text"/>
    <w:basedOn w:val="Normal"/>
    <w:link w:val="BrdtextChar"/>
    <w:uiPriority w:val="99"/>
    <w:unhideWhenUsed/>
    <w:rsid w:val="00AA1D8D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AA1D8D"/>
  </w:style>
  <w:style w:type="paragraph" w:styleId="Brdtext2">
    <w:name w:val="Body Text 2"/>
    <w:basedOn w:val="Normal"/>
    <w:link w:val="Brdtext2Char"/>
    <w:uiPriority w:val="99"/>
    <w:unhideWhenUsed/>
    <w:rsid w:val="00AA1D8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rsid w:val="00AA1D8D"/>
  </w:style>
  <w:style w:type="paragraph" w:styleId="Brdtext3">
    <w:name w:val="Body Text 3"/>
    <w:basedOn w:val="Normal"/>
    <w:link w:val="Brd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a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a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a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reradlist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reradlist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fortst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FC693F"/>
    <w:rPr>
      <w:i/>
      <w:iCs/>
      <w:color w:val="000000" w:themeColor="text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ark">
    <w:name w:val="Strong"/>
    <w:basedOn w:val="Standardstycketeckensnitt"/>
    <w:uiPriority w:val="22"/>
    <w:qFormat/>
    <w:rsid w:val="00FC693F"/>
    <w:rPr>
      <w:b/>
      <w:bCs/>
    </w:rPr>
  </w:style>
  <w:style w:type="character" w:styleId="Betoning">
    <w:name w:val="Emphasis"/>
    <w:basedOn w:val="Standardstycketeckensnitt"/>
    <w:uiPriority w:val="20"/>
    <w:qFormat/>
    <w:rsid w:val="00FC693F"/>
    <w:rPr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C693F"/>
    <w:rPr>
      <w:b/>
      <w:bCs/>
      <w:i/>
      <w:iCs/>
      <w:color w:val="4F81BD" w:themeColor="accent1"/>
    </w:rPr>
  </w:style>
  <w:style w:type="character" w:styleId="Diskretbetoning">
    <w:name w:val="Subtle Emphasis"/>
    <w:basedOn w:val="Standardstycketeckensnitt"/>
    <w:uiPriority w:val="19"/>
    <w:qFormat/>
    <w:rsid w:val="00FC693F"/>
    <w:rPr>
      <w:i/>
      <w:iCs/>
      <w:color w:val="808080" w:themeColor="text1" w:themeTint="7F"/>
    </w:rPr>
  </w:style>
  <w:style w:type="character" w:styleId="Starkbetoning">
    <w:name w:val="Intense Emphasis"/>
    <w:basedOn w:val="Standardstycketeckensnitt"/>
    <w:uiPriority w:val="21"/>
    <w:qFormat/>
    <w:rsid w:val="00FC693F"/>
    <w:rPr>
      <w:b/>
      <w:bCs/>
      <w:i/>
      <w:iCs/>
      <w:color w:val="4F81BD" w:themeColor="accent1"/>
    </w:rPr>
  </w:style>
  <w:style w:type="character" w:styleId="Diskretreferens">
    <w:name w:val="Subtle Reference"/>
    <w:basedOn w:val="Standardstycketeckensnitt"/>
    <w:uiPriority w:val="31"/>
    <w:qFormat/>
    <w:rsid w:val="00FC693F"/>
    <w:rPr>
      <w:smallCaps/>
      <w:color w:val="C0504D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qFormat/>
    <w:rsid w:val="00FC693F"/>
    <w:rPr>
      <w:b/>
      <w:b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FC693F"/>
    <w:pPr>
      <w:outlineLvl w:val="9"/>
    </w:pPr>
  </w:style>
  <w:style w:type="table" w:styleId="Tabellrutnt">
    <w:name w:val="Table Grid"/>
    <w:basedOn w:val="Normal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skuggning">
    <w:name w:val="Light Shading"/>
    <w:basedOn w:val="Normal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lista">
    <w:name w:val="Light List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trutnt">
    <w:name w:val="Light Grid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llanmrkskuggning1">
    <w:name w:val="Medium Shading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lista1">
    <w:name w:val="Medium Lis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trutnt1">
    <w:name w:val="Medium Grid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a">
    <w:name w:val="Dark List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rgadskuggning">
    <w:name w:val="Colorful Shading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lista">
    <w:name w:val="Colorful List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trutnt">
    <w:name w:val="Colorful Grid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200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Hellberg Pär</cp:lastModifiedBy>
  <cp:revision>4</cp:revision>
  <dcterms:created xsi:type="dcterms:W3CDTF">2013-12-23T23:15:00Z</dcterms:created>
  <dcterms:modified xsi:type="dcterms:W3CDTF">2026-10-05T06:37:00Z</dcterms:modified>
  <cp:category/>
</cp:coreProperties>
</file>