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2B3C" w14:textId="34C372DA" w:rsidR="00437F22" w:rsidRDefault="00FD7D3B">
      <w:pPr>
        <w:pStyle w:val="Rubrik1"/>
      </w:pPr>
      <w:r>
        <w:t>Information om Cafeterian –</w:t>
      </w:r>
    </w:p>
    <w:p w14:paraId="2EDD5106" w14:textId="77777777" w:rsidR="00437F22" w:rsidRDefault="00FD7D3B">
      <w:r>
        <w:t>Hej!</w:t>
      </w:r>
    </w:p>
    <w:p w14:paraId="7B7A1DCE" w14:textId="07799862" w:rsidR="00437F22" w:rsidRDefault="00FD7D3B">
      <w:proofErr w:type="spellStart"/>
      <w:r>
        <w:t>Här</w:t>
      </w:r>
      <w:proofErr w:type="spellEnd"/>
      <w:r>
        <w:t xml:space="preserve"> </w:t>
      </w:r>
      <w:proofErr w:type="spellStart"/>
      <w:r>
        <w:t>kommer</w:t>
      </w:r>
      <w:proofErr w:type="spellEnd"/>
      <w:r>
        <w:t xml:space="preserve"> lite </w:t>
      </w:r>
      <w:proofErr w:type="spellStart"/>
      <w:r>
        <w:t>samlad</w:t>
      </w:r>
      <w:proofErr w:type="spellEnd"/>
      <w:r>
        <w:t xml:space="preserve"> information </w:t>
      </w:r>
      <w:proofErr w:type="spellStart"/>
      <w:r w:rsidR="008F77B8">
        <w:t>från</w:t>
      </w:r>
      <w:proofErr w:type="spellEnd"/>
      <w:r w:rsidR="008F77B8">
        <w:t xml:space="preserve"> </w:t>
      </w:r>
      <w:proofErr w:type="spellStart"/>
      <w:r w:rsidR="008F77B8">
        <w:t>uppstartsmötet</w:t>
      </w:r>
      <w:proofErr w:type="spellEnd"/>
      <w:r w:rsidR="008F77B8">
        <w:t xml:space="preserve"> </w:t>
      </w:r>
      <w:proofErr w:type="spellStart"/>
      <w:r>
        <w:t>inför</w:t>
      </w:r>
      <w:proofErr w:type="spellEnd"/>
      <w:r>
        <w:t xml:space="preserve"> </w:t>
      </w:r>
      <w:proofErr w:type="spellStart"/>
      <w:r>
        <w:t>säsongen</w:t>
      </w:r>
      <w:proofErr w:type="spellEnd"/>
      <w:r>
        <w:t xml:space="preserve"> </w:t>
      </w:r>
      <w:proofErr w:type="spellStart"/>
      <w:r>
        <w:t>kring</w:t>
      </w:r>
      <w:proofErr w:type="spellEnd"/>
      <w:r>
        <w:t xml:space="preserve"> </w:t>
      </w:r>
      <w:proofErr w:type="spellStart"/>
      <w:r>
        <w:t>cafeterian</w:t>
      </w:r>
      <w:proofErr w:type="spellEnd"/>
      <w:r>
        <w:t xml:space="preserve"> och </w:t>
      </w:r>
      <w:proofErr w:type="spellStart"/>
      <w:r>
        <w:t>föreningens</w:t>
      </w:r>
      <w:proofErr w:type="spellEnd"/>
      <w:r>
        <w:t xml:space="preserve"> </w:t>
      </w:r>
      <w:proofErr w:type="spellStart"/>
      <w:r>
        <w:t>planerade</w:t>
      </w:r>
      <w:proofErr w:type="spellEnd"/>
      <w:r>
        <w:t xml:space="preserve"> </w:t>
      </w:r>
      <w:proofErr w:type="spellStart"/>
      <w:r>
        <w:t>aktiviteter</w:t>
      </w:r>
      <w:proofErr w:type="spellEnd"/>
      <w:r>
        <w:t>.</w:t>
      </w:r>
      <w:r>
        <w:br/>
      </w:r>
    </w:p>
    <w:p w14:paraId="16D6703F" w14:textId="77777777" w:rsidR="00437F22" w:rsidRDefault="00FD7D3B">
      <w:r>
        <w:rPr>
          <w:b/>
        </w:rPr>
        <w:t>Cafeterians öppettider och säsongens start</w:t>
      </w:r>
    </w:p>
    <w:p w14:paraId="3B9CDB42" w14:textId="77777777" w:rsidR="00437F22" w:rsidRDefault="00FD7D3B">
      <w:r>
        <w:t>- Cafeterian planeras att öppna vecka 35 och håller öppet fram till 19 december.</w:t>
      </w:r>
      <w:r>
        <w:br/>
        <w:t>- Schema för bemanning kommer att skickas ut separat.</w:t>
      </w:r>
      <w:r>
        <w:br/>
      </w:r>
    </w:p>
    <w:p w14:paraId="0B943990" w14:textId="77777777" w:rsidR="00437F22" w:rsidRDefault="00FD7D3B">
      <w:r>
        <w:rPr>
          <w:b/>
        </w:rPr>
        <w:t>Ordinarie öppettider (kan komma att justeras):</w:t>
      </w:r>
    </w:p>
    <w:p w14:paraId="7B87338D" w14:textId="77777777" w:rsidR="00B014D3" w:rsidRDefault="00FD7D3B">
      <w:r>
        <w:t xml:space="preserve">- </w:t>
      </w:r>
      <w:proofErr w:type="spellStart"/>
      <w:r>
        <w:t>Måndag</w:t>
      </w:r>
      <w:proofErr w:type="spellEnd"/>
      <w:r>
        <w:t xml:space="preserve"> &amp; Onsdag: 17.00–20.00</w:t>
      </w:r>
      <w:r>
        <w:br/>
        <w:t xml:space="preserve">- </w:t>
      </w:r>
      <w:proofErr w:type="spellStart"/>
      <w:r>
        <w:t>Lördag</w:t>
      </w:r>
      <w:proofErr w:type="spellEnd"/>
      <w:r>
        <w:t xml:space="preserve">: 09.00–20.00 </w:t>
      </w:r>
      <w:proofErr w:type="spellStart"/>
      <w:r>
        <w:t>eller</w:t>
      </w:r>
      <w:proofErr w:type="spellEnd"/>
      <w:r>
        <w:t xml:space="preserve"> </w:t>
      </w:r>
      <w:proofErr w:type="spellStart"/>
      <w:r>
        <w:t>så</w:t>
      </w:r>
      <w:proofErr w:type="spellEnd"/>
      <w:r>
        <w:t xml:space="preserve"> länge matcher spelas</w:t>
      </w:r>
      <w:r>
        <w:br/>
        <w:t xml:space="preserve">- </w:t>
      </w:r>
      <w:proofErr w:type="spellStart"/>
      <w:r>
        <w:t>Söndag</w:t>
      </w:r>
      <w:proofErr w:type="spellEnd"/>
      <w:r>
        <w:t>: 08.00–14.30</w:t>
      </w:r>
    </w:p>
    <w:p w14:paraId="507100D5" w14:textId="7B2B2C6C" w:rsidR="00437F22" w:rsidRDefault="00FD7D3B">
      <w:r>
        <w:br/>
      </w:r>
    </w:p>
    <w:p w14:paraId="1A39DC13" w14:textId="77777777" w:rsidR="00437F22" w:rsidRDefault="00FD7D3B">
      <w:r>
        <w:rPr>
          <w:b/>
        </w:rPr>
        <w:t>Bemanning av cafeterian</w:t>
      </w:r>
    </w:p>
    <w:p w14:paraId="045B3584" w14:textId="4FC4160D" w:rsidR="00561880" w:rsidRDefault="00FD7D3B">
      <w:r>
        <w:t>- Poolspel (U9–U12): Det egna laget ansvarar för cafeterian.</w:t>
      </w:r>
      <w:r>
        <w:br/>
        <w:t>- Matcher för U13 och uppåt: Det lag som har cafeteriavecka bemannar.</w:t>
      </w:r>
      <w:r>
        <w:br/>
        <w:t>- Träningsmatcher (alla åldrar): Det egna laget ansvarar för bemanning.</w:t>
      </w:r>
      <w:r>
        <w:br/>
        <w:t xml:space="preserve">- Matcher på tisdagar eller torsdagar (normalt </w:t>
      </w:r>
      <w:proofErr w:type="spellStart"/>
      <w:r>
        <w:t>stängda</w:t>
      </w:r>
      <w:proofErr w:type="spellEnd"/>
      <w:r>
        <w:t xml:space="preserve">): Det </w:t>
      </w:r>
      <w:proofErr w:type="spellStart"/>
      <w:r>
        <w:t>egna</w:t>
      </w:r>
      <w:proofErr w:type="spellEnd"/>
      <w:r>
        <w:t xml:space="preserve"> </w:t>
      </w:r>
      <w:proofErr w:type="spellStart"/>
      <w:r>
        <w:t>laget</w:t>
      </w:r>
      <w:proofErr w:type="spellEnd"/>
      <w:r>
        <w:t xml:space="preserve"> </w:t>
      </w:r>
      <w:proofErr w:type="spellStart"/>
      <w:r>
        <w:t>bemannar</w:t>
      </w:r>
      <w:proofErr w:type="spellEnd"/>
      <w:r>
        <w:t xml:space="preserve"> vid </w:t>
      </w:r>
      <w:proofErr w:type="spellStart"/>
      <w:r>
        <w:t>behov</w:t>
      </w:r>
      <w:proofErr w:type="spellEnd"/>
      <w:r>
        <w:t>.</w:t>
      </w:r>
      <w:r w:rsidR="007F00D6">
        <w:t xml:space="preserve"> Om A-</w:t>
      </w:r>
      <w:proofErr w:type="spellStart"/>
      <w:r w:rsidR="007F00D6">
        <w:t>laget</w:t>
      </w:r>
      <w:proofErr w:type="spellEnd"/>
      <w:r w:rsidR="007F00D6">
        <w:t xml:space="preserve"> </w:t>
      </w:r>
      <w:proofErr w:type="spellStart"/>
      <w:r w:rsidR="007F00D6">
        <w:t>har</w:t>
      </w:r>
      <w:proofErr w:type="spellEnd"/>
      <w:r w:rsidR="007F00D6">
        <w:t xml:space="preserve"> match </w:t>
      </w:r>
      <w:proofErr w:type="spellStart"/>
      <w:r w:rsidR="007F00D6">
        <w:t>bema</w:t>
      </w:r>
      <w:r w:rsidR="00EA23FB">
        <w:t>nnar</w:t>
      </w:r>
      <w:proofErr w:type="spellEnd"/>
      <w:r w:rsidR="00EA23FB">
        <w:t xml:space="preserve"> </w:t>
      </w:r>
      <w:proofErr w:type="spellStart"/>
      <w:r w:rsidR="00EA23FB">
        <w:t>laget</w:t>
      </w:r>
      <w:proofErr w:type="spellEnd"/>
      <w:r w:rsidR="00EA23FB">
        <w:t xml:space="preserve"> </w:t>
      </w:r>
      <w:proofErr w:type="spellStart"/>
      <w:r w:rsidR="00EA23FB">
        <w:t>som</w:t>
      </w:r>
      <w:proofErr w:type="spellEnd"/>
      <w:r w:rsidR="00EA23FB">
        <w:t xml:space="preserve"> </w:t>
      </w:r>
      <w:proofErr w:type="spellStart"/>
      <w:r w:rsidR="00EA23FB">
        <w:t>har</w:t>
      </w:r>
      <w:proofErr w:type="spellEnd"/>
      <w:r w:rsidR="00EA23FB">
        <w:t xml:space="preserve"> </w:t>
      </w:r>
      <w:proofErr w:type="spellStart"/>
      <w:r w:rsidR="00EA23FB">
        <w:t>cafteriavecka</w:t>
      </w:r>
      <w:proofErr w:type="spellEnd"/>
      <w:r w:rsidR="00EA23FB">
        <w:t>.</w:t>
      </w:r>
      <w:r w:rsidR="001D301D">
        <w:t xml:space="preserve"> Har U-14 </w:t>
      </w:r>
      <w:proofErr w:type="spellStart"/>
      <w:r w:rsidR="0066154D">
        <w:t>eller</w:t>
      </w:r>
      <w:proofErr w:type="spellEnd"/>
      <w:r w:rsidR="0066154D">
        <w:t xml:space="preserve"> lag </w:t>
      </w:r>
      <w:proofErr w:type="spellStart"/>
      <w:proofErr w:type="gramStart"/>
      <w:r w:rsidR="0066154D">
        <w:t>uppåt</w:t>
      </w:r>
      <w:proofErr w:type="spellEnd"/>
      <w:r w:rsidR="0066154D">
        <w:t xml:space="preserve"> </w:t>
      </w:r>
      <w:r w:rsidR="001D301D">
        <w:t xml:space="preserve"> match</w:t>
      </w:r>
      <w:proofErr w:type="gramEnd"/>
      <w:r w:rsidR="001D301D">
        <w:t xml:space="preserve"> </w:t>
      </w:r>
      <w:proofErr w:type="spellStart"/>
      <w:r w:rsidR="001D301D">
        <w:t>tisdag</w:t>
      </w:r>
      <w:proofErr w:type="spellEnd"/>
      <w:r w:rsidR="001D301D">
        <w:t xml:space="preserve"> och </w:t>
      </w:r>
      <w:proofErr w:type="spellStart"/>
      <w:r w:rsidR="001D301D">
        <w:t>torsdag</w:t>
      </w:r>
      <w:proofErr w:type="spellEnd"/>
      <w:r w:rsidR="001D301D">
        <w:t xml:space="preserve"> </w:t>
      </w:r>
      <w:proofErr w:type="spellStart"/>
      <w:r w:rsidR="001D301D">
        <w:t>bemmanar</w:t>
      </w:r>
      <w:proofErr w:type="spellEnd"/>
      <w:r w:rsidR="001D301D">
        <w:t xml:space="preserve"> </w:t>
      </w:r>
      <w:proofErr w:type="spellStart"/>
      <w:r w:rsidR="001D301D">
        <w:t>laget</w:t>
      </w:r>
      <w:proofErr w:type="spellEnd"/>
      <w:r w:rsidR="001D301D">
        <w:t xml:space="preserve"> </w:t>
      </w:r>
      <w:proofErr w:type="spellStart"/>
      <w:r w:rsidR="001D301D">
        <w:t>själv</w:t>
      </w:r>
      <w:proofErr w:type="spellEnd"/>
      <w:r w:rsidR="001D301D">
        <w:t>.</w:t>
      </w:r>
      <w:r>
        <w:br/>
        <w:t>- A-</w:t>
      </w:r>
      <w:proofErr w:type="spellStart"/>
      <w:r>
        <w:t>lagsmatcher</w:t>
      </w:r>
      <w:proofErr w:type="spellEnd"/>
      <w:r>
        <w:t xml:space="preserve">: </w:t>
      </w:r>
      <w:proofErr w:type="spellStart"/>
      <w:r>
        <w:t>Minst</w:t>
      </w:r>
      <w:proofErr w:type="spellEnd"/>
      <w:r>
        <w:t xml:space="preserve"> 3 </w:t>
      </w:r>
      <w:proofErr w:type="spellStart"/>
      <w:r>
        <w:t>personer</w:t>
      </w:r>
      <w:proofErr w:type="spellEnd"/>
      <w:r>
        <w:t xml:space="preserve"> behövs. Vid extra aktiviteter (t.ex. grill eller våfflor) kan fler krävas. </w:t>
      </w:r>
      <w:proofErr w:type="spellStart"/>
      <w:r>
        <w:t>Styre</w:t>
      </w:r>
      <w:r w:rsidR="006B2EF3">
        <w:t>lsen</w:t>
      </w:r>
      <w:proofErr w:type="spellEnd"/>
      <w:r>
        <w:t xml:space="preserve"> </w:t>
      </w:r>
      <w:proofErr w:type="spellStart"/>
      <w:r>
        <w:t>informerar</w:t>
      </w:r>
      <w:proofErr w:type="spellEnd"/>
      <w:r>
        <w:t>.</w:t>
      </w:r>
    </w:p>
    <w:p w14:paraId="3276E67F" w14:textId="613094BF" w:rsidR="00437F22" w:rsidRDefault="00FD7D3B">
      <w:r>
        <w:br/>
      </w:r>
      <w:proofErr w:type="spellStart"/>
      <w:r>
        <w:rPr>
          <w:b/>
        </w:rPr>
        <w:t>Viktigt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att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tänka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på</w:t>
      </w:r>
      <w:proofErr w:type="spellEnd"/>
      <w:r>
        <w:rPr>
          <w:b/>
        </w:rPr>
        <w:t>:</w:t>
      </w:r>
    </w:p>
    <w:p w14:paraId="1675638A" w14:textId="6C7B72A2" w:rsidR="00437F22" w:rsidRDefault="00FD7D3B">
      <w:r>
        <w:t>- Barn får inte stå i kassan, särskilt inte under tider med mycket folk.</w:t>
      </w:r>
      <w:r>
        <w:br/>
        <w:t>- Pärmen i cafeterian är uppdaterad med all nödvändig information.</w:t>
      </w:r>
      <w:r>
        <w:br/>
        <w:t>- Om något saknas eller håller på att ta slut – skriv upp det på listan i cafeterian.</w:t>
      </w:r>
      <w:r>
        <w:br/>
        <w:t xml:space="preserve">- Koden till </w:t>
      </w:r>
      <w:proofErr w:type="spellStart"/>
      <w:r>
        <w:t>cafeterian</w:t>
      </w:r>
      <w:proofErr w:type="spellEnd"/>
      <w:r>
        <w:t xml:space="preserve"> </w:t>
      </w:r>
      <w:proofErr w:type="spellStart"/>
      <w:r>
        <w:t>får</w:t>
      </w:r>
      <w:proofErr w:type="spellEnd"/>
      <w:r>
        <w:t xml:space="preserve"> </w:t>
      </w:r>
      <w:proofErr w:type="spellStart"/>
      <w:r>
        <w:t>endast</w:t>
      </w:r>
      <w:proofErr w:type="spellEnd"/>
      <w:r>
        <w:t xml:space="preserve"> delas med </w:t>
      </w:r>
      <w:proofErr w:type="spellStart"/>
      <w:r>
        <w:t>vuxna</w:t>
      </w:r>
      <w:proofErr w:type="spellEnd"/>
      <w:r>
        <w:t>.</w:t>
      </w:r>
      <w:r w:rsidR="00500BF1">
        <w:t xml:space="preserve"> Koden just nu </w:t>
      </w:r>
      <w:proofErr w:type="spellStart"/>
      <w:r w:rsidR="00500BF1">
        <w:t>är</w:t>
      </w:r>
      <w:proofErr w:type="spellEnd"/>
      <w:r w:rsidR="00500BF1">
        <w:t xml:space="preserve"> 0224.</w:t>
      </w:r>
      <w:r>
        <w:br/>
      </w:r>
    </w:p>
    <w:p w14:paraId="5C37AEE8" w14:textId="77777777" w:rsidR="00500BF1" w:rsidRDefault="00500BF1">
      <w:pPr>
        <w:rPr>
          <w:b/>
        </w:rPr>
      </w:pPr>
    </w:p>
    <w:p w14:paraId="633E8C94" w14:textId="77777777" w:rsidR="00500BF1" w:rsidRDefault="00500BF1">
      <w:pPr>
        <w:rPr>
          <w:b/>
        </w:rPr>
      </w:pPr>
    </w:p>
    <w:p w14:paraId="307870F6" w14:textId="5F3DDC70" w:rsidR="00437F22" w:rsidRDefault="00FD7D3B">
      <w:proofErr w:type="spellStart"/>
      <w:r>
        <w:rPr>
          <w:b/>
        </w:rPr>
        <w:lastRenderedPageBreak/>
        <w:t>Påminnelse</w:t>
      </w:r>
      <w:proofErr w:type="spellEnd"/>
      <w:r>
        <w:rPr>
          <w:b/>
        </w:rPr>
        <w:t xml:space="preserve"> till </w:t>
      </w:r>
      <w:proofErr w:type="spellStart"/>
      <w:r>
        <w:rPr>
          <w:b/>
        </w:rPr>
        <w:t>föräldragruppen</w:t>
      </w:r>
      <w:proofErr w:type="spellEnd"/>
    </w:p>
    <w:p w14:paraId="17926051" w14:textId="77777777" w:rsidR="00437F22" w:rsidRDefault="00FD7D3B">
      <w:r>
        <w:t>Vid föräldramöten – påminn om vikten av att alla hjälps åt. Försäljningen i cafeterian bidrar starkt till att vi kan hålla medlemsavgifterna nere.</w:t>
      </w:r>
    </w:p>
    <w:p w14:paraId="6585B9D2" w14:textId="77777777" w:rsidR="00437F22" w:rsidRDefault="00FD7D3B">
      <w:r>
        <w:rPr>
          <w:b/>
        </w:rPr>
        <w:t>Lagens ansvarsområden 25/26</w:t>
      </w:r>
    </w:p>
    <w:p w14:paraId="5636A88C" w14:textId="2AE6BE61" w:rsidR="00437F22" w:rsidRDefault="00FD7D3B">
      <w:r>
        <w:t xml:space="preserve">- U9: </w:t>
      </w:r>
      <w:proofErr w:type="spellStart"/>
      <w:r>
        <w:t>Lära</w:t>
      </w:r>
      <w:proofErr w:type="spellEnd"/>
      <w:r>
        <w:t xml:space="preserve"> sig </w:t>
      </w:r>
      <w:r w:rsidR="00EA23FB">
        <w:t xml:space="preserve">cafeteria disco </w:t>
      </w:r>
      <w:proofErr w:type="spellStart"/>
      <w:r w:rsidR="00EA23FB">
        <w:t>våren</w:t>
      </w:r>
      <w:proofErr w:type="spellEnd"/>
      <w:r w:rsidR="00EA23FB">
        <w:t xml:space="preserve"> </w:t>
      </w:r>
      <w:r w:rsidR="00613A5B">
        <w:t xml:space="preserve">(6000 till </w:t>
      </w:r>
      <w:proofErr w:type="spellStart"/>
      <w:r w:rsidR="00613A5B">
        <w:t>lagkassan</w:t>
      </w:r>
      <w:proofErr w:type="spellEnd"/>
      <w:r w:rsidR="00613A5B">
        <w:t>)</w:t>
      </w:r>
      <w:r>
        <w:br/>
        <w:t xml:space="preserve">- U10: Ansvar för </w:t>
      </w:r>
      <w:proofErr w:type="spellStart"/>
      <w:r>
        <w:t>köp</w:t>
      </w:r>
      <w:proofErr w:type="spellEnd"/>
      <w:r>
        <w:t>-/</w:t>
      </w:r>
      <w:proofErr w:type="spellStart"/>
      <w:r>
        <w:t>säljhylla</w:t>
      </w:r>
      <w:proofErr w:type="spellEnd"/>
      <w:r>
        <w:t xml:space="preserve"> och disco</w:t>
      </w:r>
      <w:r w:rsidR="00A13D07">
        <w:t xml:space="preserve"> </w:t>
      </w:r>
      <w:proofErr w:type="spellStart"/>
      <w:r w:rsidR="00A13D07">
        <w:t>på</w:t>
      </w:r>
      <w:proofErr w:type="spellEnd"/>
      <w:r w:rsidR="00A13D07">
        <w:t xml:space="preserve"> </w:t>
      </w:r>
      <w:proofErr w:type="spellStart"/>
      <w:r w:rsidR="00A13D07">
        <w:t>hösten</w:t>
      </w:r>
      <w:proofErr w:type="spellEnd"/>
      <w:r w:rsidR="00A13D07">
        <w:t xml:space="preserve"> (6000 till </w:t>
      </w:r>
      <w:proofErr w:type="spellStart"/>
      <w:r w:rsidR="00A13D07">
        <w:t>lagkassn</w:t>
      </w:r>
      <w:proofErr w:type="spellEnd"/>
      <w:r w:rsidR="00A13D07">
        <w:t>)</w:t>
      </w:r>
      <w:r>
        <w:br/>
        <w:t>- U11: Toast</w:t>
      </w:r>
      <w:r>
        <w:br/>
        <w:t>- U1</w:t>
      </w:r>
      <w:r w:rsidR="00613A5B">
        <w:t>2</w:t>
      </w:r>
      <w:r>
        <w:t>: Hantera papp/återvinning</w:t>
      </w:r>
      <w:r>
        <w:br/>
        <w:t>- U14: Städning av läktaren</w:t>
      </w:r>
      <w:r>
        <w:br/>
        <w:t>- U16: Cafeteriaschema</w:t>
      </w:r>
      <w:r>
        <w:br/>
        <w:t xml:space="preserve">- </w:t>
      </w:r>
      <w:proofErr w:type="spellStart"/>
      <w:r>
        <w:t>Tjejlaget</w:t>
      </w:r>
      <w:proofErr w:type="spellEnd"/>
      <w:r>
        <w:t xml:space="preserve">: </w:t>
      </w:r>
      <w:proofErr w:type="spellStart"/>
      <w:r>
        <w:t>Storstädning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cafeterian</w:t>
      </w:r>
      <w:proofErr w:type="spellEnd"/>
      <w:r>
        <w:t xml:space="preserve"> 1 </w:t>
      </w:r>
      <w:proofErr w:type="spellStart"/>
      <w:r>
        <w:t>gång</w:t>
      </w:r>
      <w:proofErr w:type="spellEnd"/>
      <w:r>
        <w:t>/</w:t>
      </w:r>
      <w:proofErr w:type="spellStart"/>
      <w:r>
        <w:t>månad</w:t>
      </w:r>
      <w:proofErr w:type="spellEnd"/>
      <w:r>
        <w:br/>
      </w:r>
    </w:p>
    <w:p w14:paraId="09ECD4FC" w14:textId="77777777" w:rsidR="00437F22" w:rsidRDefault="00FD7D3B">
      <w:r>
        <w:rPr>
          <w:b/>
        </w:rPr>
        <w:t>Planerade aktiviteter framåt</w:t>
      </w:r>
    </w:p>
    <w:p w14:paraId="5DB37E05" w14:textId="0C2B60C8" w:rsidR="00437F22" w:rsidRDefault="00FD7D3B">
      <w:r>
        <w:t>Följande evenemang är planerade, där hela föreningen förväntas delta:</w:t>
      </w:r>
      <w:r>
        <w:br/>
        <w:t>- Classic: 21–23 augusti</w:t>
      </w:r>
      <w:r>
        <w:br/>
        <w:t>- Skate In: 30 augusti</w:t>
      </w:r>
      <w:r>
        <w:br/>
        <w:t xml:space="preserve">- </w:t>
      </w:r>
      <w:proofErr w:type="spellStart"/>
      <w:r>
        <w:t>Enkronamatchen</w:t>
      </w:r>
      <w:proofErr w:type="spellEnd"/>
      <w:r w:rsidR="00613A5B">
        <w:t xml:space="preserve"> </w:t>
      </w:r>
      <w:r w:rsidR="00134549">
        <w:t xml:space="preserve">14 </w:t>
      </w:r>
      <w:proofErr w:type="spellStart"/>
      <w:r w:rsidR="00134549">
        <w:t>november</w:t>
      </w:r>
      <w:proofErr w:type="spellEnd"/>
      <w:r>
        <w:br/>
        <w:t>- Park Cup</w:t>
      </w:r>
      <w:r w:rsidR="00BE0ABE">
        <w:t xml:space="preserve">, </w:t>
      </w:r>
      <w:r w:rsidR="00613A5B">
        <w:t>mars</w:t>
      </w:r>
      <w:r w:rsidR="00BE0ABE">
        <w:t xml:space="preserve"> </w:t>
      </w:r>
      <w:proofErr w:type="spellStart"/>
      <w:r w:rsidR="00BE0ABE">
        <w:t>månad</w:t>
      </w:r>
      <w:proofErr w:type="spellEnd"/>
      <w:r>
        <w:br/>
      </w:r>
    </w:p>
    <w:p w14:paraId="0C0E1E37" w14:textId="2C6D41B5" w:rsidR="00437F22" w:rsidRDefault="00FD7D3B">
      <w:r>
        <w:rPr>
          <w:b/>
        </w:rPr>
        <w:t>Tack för ert engagemang!</w:t>
      </w:r>
    </w:p>
    <w:sectPr w:rsidR="00437F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721807">
    <w:abstractNumId w:val="8"/>
  </w:num>
  <w:num w:numId="2" w16cid:durableId="1288774273">
    <w:abstractNumId w:val="6"/>
  </w:num>
  <w:num w:numId="3" w16cid:durableId="1157306141">
    <w:abstractNumId w:val="5"/>
  </w:num>
  <w:num w:numId="4" w16cid:durableId="1105151622">
    <w:abstractNumId w:val="4"/>
  </w:num>
  <w:num w:numId="5" w16cid:durableId="2006007364">
    <w:abstractNumId w:val="7"/>
  </w:num>
  <w:num w:numId="6" w16cid:durableId="657267970">
    <w:abstractNumId w:val="3"/>
  </w:num>
  <w:num w:numId="7" w16cid:durableId="1987082256">
    <w:abstractNumId w:val="2"/>
  </w:num>
  <w:num w:numId="8" w16cid:durableId="1360857159">
    <w:abstractNumId w:val="1"/>
  </w:num>
  <w:num w:numId="9" w16cid:durableId="600455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549"/>
    <w:rsid w:val="0015074B"/>
    <w:rsid w:val="001D301D"/>
    <w:rsid w:val="00216259"/>
    <w:rsid w:val="002217E9"/>
    <w:rsid w:val="00227EE6"/>
    <w:rsid w:val="0029639D"/>
    <w:rsid w:val="002B5D4D"/>
    <w:rsid w:val="00326F90"/>
    <w:rsid w:val="00437F22"/>
    <w:rsid w:val="00500BF1"/>
    <w:rsid w:val="00561880"/>
    <w:rsid w:val="00613A5B"/>
    <w:rsid w:val="0066154D"/>
    <w:rsid w:val="006B2EF3"/>
    <w:rsid w:val="007F00D6"/>
    <w:rsid w:val="008537F3"/>
    <w:rsid w:val="008F77B8"/>
    <w:rsid w:val="00981441"/>
    <w:rsid w:val="009F5463"/>
    <w:rsid w:val="00A13D07"/>
    <w:rsid w:val="00AA1D8D"/>
    <w:rsid w:val="00AB37DD"/>
    <w:rsid w:val="00B014D3"/>
    <w:rsid w:val="00B03D52"/>
    <w:rsid w:val="00B47730"/>
    <w:rsid w:val="00BE0ABE"/>
    <w:rsid w:val="00CB0664"/>
    <w:rsid w:val="00E74A2F"/>
    <w:rsid w:val="00E8476E"/>
    <w:rsid w:val="00EA23FB"/>
    <w:rsid w:val="00FA6129"/>
    <w:rsid w:val="00FC693F"/>
    <w:rsid w:val="00FD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AAF203"/>
  <w14:defaultImageDpi w14:val="300"/>
  <w15:docId w15:val="{4EE21227-5F4A-4D1C-828F-673C5BFC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7615</TotalTime>
  <Pages>2</Pages>
  <Words>335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josefine Olofsson</cp:lastModifiedBy>
  <cp:revision>26</cp:revision>
  <dcterms:created xsi:type="dcterms:W3CDTF">2025-08-05T13:34:00Z</dcterms:created>
  <dcterms:modified xsi:type="dcterms:W3CDTF">2026-07-07T20:30:00Z</dcterms:modified>
  <cp:category/>
</cp:coreProperties>
</file>