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5DA68" w14:textId="77777777" w:rsidR="0056567E" w:rsidRDefault="00000000">
      <w:pPr>
        <w:jc w:val="center"/>
      </w:pPr>
      <w:r>
        <w:rPr>
          <w:noProof/>
        </w:rPr>
        <w:drawing>
          <wp:inline distT="0" distB="0" distL="0" distR="0" wp14:anchorId="46C3F245" wp14:editId="663208D9">
            <wp:extent cx="1188720" cy="1188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viksik-logo-blue-transp-300px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A78FA" w14:textId="675F1C0C" w:rsidR="0056567E" w:rsidRPr="00337D02" w:rsidRDefault="00000000" w:rsidP="00337D02">
      <w:pPr>
        <w:jc w:val="center"/>
        <w:rPr>
          <w:lang w:val="sv-SE"/>
        </w:rPr>
      </w:pPr>
      <w:r w:rsidRPr="00337D02">
        <w:rPr>
          <w:b/>
          <w:sz w:val="36"/>
          <w:lang w:val="sv-SE"/>
        </w:rPr>
        <w:t>ALVIKS IK</w:t>
      </w:r>
      <w:r w:rsidRPr="00337D02">
        <w:rPr>
          <w:b/>
          <w:sz w:val="36"/>
          <w:lang w:val="sv-SE"/>
        </w:rPr>
        <w:br/>
        <w:t>TEMPERATURJOURNAL – LIKO ARENA</w:t>
      </w:r>
    </w:p>
    <w:p w14:paraId="75AFD852" w14:textId="77777777" w:rsidR="0056567E" w:rsidRPr="00337D02" w:rsidRDefault="00000000">
      <w:pPr>
        <w:rPr>
          <w:lang w:val="sv-SE"/>
        </w:rPr>
      </w:pPr>
      <w:r w:rsidRPr="00337D02">
        <w:rPr>
          <w:b/>
          <w:lang w:val="sv-SE"/>
        </w:rPr>
        <w:t>Temperaturkrav</w:t>
      </w:r>
      <w:r w:rsidRPr="00337D02">
        <w:rPr>
          <w:b/>
          <w:lang w:val="sv-SE"/>
        </w:rPr>
        <w:br/>
      </w:r>
      <w:r w:rsidRPr="00337D02">
        <w:rPr>
          <w:lang w:val="sv-SE"/>
        </w:rPr>
        <w:t>• Kyl: högst +8°C</w:t>
      </w:r>
      <w:r w:rsidRPr="00337D02">
        <w:rPr>
          <w:lang w:val="sv-SE"/>
        </w:rPr>
        <w:br/>
        <w:t>• Frys: -18°C eller kallare</w:t>
      </w:r>
      <w:r w:rsidRPr="00337D02">
        <w:rPr>
          <w:lang w:val="sv-SE"/>
        </w:rPr>
        <w:br/>
        <w:t>• Målvärde kyl: +4°C till +6°C</w:t>
      </w:r>
      <w:r w:rsidRPr="00337D02">
        <w:rPr>
          <w:lang w:val="sv-SE"/>
        </w:rPr>
        <w:br/>
        <w:t>• Temperaturerna ska kontrolleras minst två gånger per vecka</w:t>
      </w:r>
      <w:r w:rsidRPr="00337D02">
        <w:rPr>
          <w:lang w:val="sv-SE"/>
        </w:rPr>
        <w:br/>
      </w:r>
    </w:p>
    <w:tbl>
      <w:tblPr>
        <w:tblStyle w:val="Tabellrutnt"/>
        <w:tblW w:w="9039" w:type="dxa"/>
        <w:tblLook w:val="04A0" w:firstRow="1" w:lastRow="0" w:firstColumn="1" w:lastColumn="0" w:noHBand="0" w:noVBand="1"/>
      </w:tblPr>
      <w:tblGrid>
        <w:gridCol w:w="1005"/>
        <w:gridCol w:w="901"/>
        <w:gridCol w:w="900"/>
        <w:gridCol w:w="1070"/>
        <w:gridCol w:w="1070"/>
        <w:gridCol w:w="891"/>
        <w:gridCol w:w="930"/>
        <w:gridCol w:w="2272"/>
      </w:tblGrid>
      <w:tr w:rsidR="0056567E" w14:paraId="35549673" w14:textId="77777777" w:rsidTr="00F53636">
        <w:tc>
          <w:tcPr>
            <w:tcW w:w="1005" w:type="dxa"/>
          </w:tcPr>
          <w:p w14:paraId="760AC942" w14:textId="77777777" w:rsidR="0056567E" w:rsidRDefault="00000000">
            <w:r>
              <w:t>Datum</w:t>
            </w:r>
          </w:p>
        </w:tc>
        <w:tc>
          <w:tcPr>
            <w:tcW w:w="901" w:type="dxa"/>
          </w:tcPr>
          <w:p w14:paraId="16D7D267" w14:textId="77777777" w:rsidR="0056567E" w:rsidRDefault="00000000">
            <w:r>
              <w:t>Tid</w:t>
            </w:r>
          </w:p>
        </w:tc>
        <w:tc>
          <w:tcPr>
            <w:tcW w:w="900" w:type="dxa"/>
          </w:tcPr>
          <w:p w14:paraId="70AF82C5" w14:textId="77777777" w:rsidR="0056567E" w:rsidRDefault="00000000">
            <w:r>
              <w:t>Kyl</w:t>
            </w:r>
          </w:p>
        </w:tc>
        <w:tc>
          <w:tcPr>
            <w:tcW w:w="1070" w:type="dxa"/>
          </w:tcPr>
          <w:p w14:paraId="1838B91A" w14:textId="77777777" w:rsidR="0056567E" w:rsidRDefault="00000000">
            <w:r>
              <w:t>Kyl/Frys</w:t>
            </w:r>
            <w:r>
              <w:br/>
              <w:t>(Kyl)</w:t>
            </w:r>
          </w:p>
        </w:tc>
        <w:tc>
          <w:tcPr>
            <w:tcW w:w="1070" w:type="dxa"/>
          </w:tcPr>
          <w:p w14:paraId="5321E5E6" w14:textId="77777777" w:rsidR="0056567E" w:rsidRDefault="00000000">
            <w:r>
              <w:t>Kyl/Frys</w:t>
            </w:r>
            <w:r>
              <w:br/>
              <w:t>(Frys)</w:t>
            </w:r>
          </w:p>
        </w:tc>
        <w:tc>
          <w:tcPr>
            <w:tcW w:w="891" w:type="dxa"/>
          </w:tcPr>
          <w:p w14:paraId="567D7F05" w14:textId="77777777" w:rsidR="0056567E" w:rsidRDefault="00000000">
            <w:r>
              <w:t>OK</w:t>
            </w:r>
          </w:p>
        </w:tc>
        <w:tc>
          <w:tcPr>
            <w:tcW w:w="930" w:type="dxa"/>
          </w:tcPr>
          <w:p w14:paraId="277ED42F" w14:textId="77777777" w:rsidR="0056567E" w:rsidRDefault="00000000">
            <w:r>
              <w:t>Sign</w:t>
            </w:r>
          </w:p>
        </w:tc>
        <w:tc>
          <w:tcPr>
            <w:tcW w:w="2272" w:type="dxa"/>
          </w:tcPr>
          <w:p w14:paraId="479EE218" w14:textId="77777777" w:rsidR="0056567E" w:rsidRDefault="00000000">
            <w:r>
              <w:t>Kommentar/Åtgärd</w:t>
            </w:r>
          </w:p>
        </w:tc>
      </w:tr>
      <w:tr w:rsidR="0056567E" w14:paraId="374F5B66" w14:textId="77777777" w:rsidTr="00F53636">
        <w:tc>
          <w:tcPr>
            <w:tcW w:w="1005" w:type="dxa"/>
          </w:tcPr>
          <w:p w14:paraId="091C8A8E" w14:textId="77777777" w:rsidR="0056567E" w:rsidRDefault="0056567E"/>
        </w:tc>
        <w:tc>
          <w:tcPr>
            <w:tcW w:w="901" w:type="dxa"/>
          </w:tcPr>
          <w:p w14:paraId="26FC15B8" w14:textId="77777777" w:rsidR="0056567E" w:rsidRDefault="0056567E"/>
        </w:tc>
        <w:tc>
          <w:tcPr>
            <w:tcW w:w="900" w:type="dxa"/>
          </w:tcPr>
          <w:p w14:paraId="2FDA0D29" w14:textId="77777777" w:rsidR="0056567E" w:rsidRDefault="0056567E"/>
        </w:tc>
        <w:tc>
          <w:tcPr>
            <w:tcW w:w="1070" w:type="dxa"/>
          </w:tcPr>
          <w:p w14:paraId="5B37A526" w14:textId="77777777" w:rsidR="0056567E" w:rsidRDefault="0056567E"/>
        </w:tc>
        <w:tc>
          <w:tcPr>
            <w:tcW w:w="1070" w:type="dxa"/>
          </w:tcPr>
          <w:p w14:paraId="00C7990C" w14:textId="77777777" w:rsidR="0056567E" w:rsidRDefault="0056567E"/>
        </w:tc>
        <w:tc>
          <w:tcPr>
            <w:tcW w:w="891" w:type="dxa"/>
          </w:tcPr>
          <w:p w14:paraId="0447069A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33D4FFFD" w14:textId="77777777" w:rsidR="0056567E" w:rsidRDefault="0056567E"/>
        </w:tc>
        <w:tc>
          <w:tcPr>
            <w:tcW w:w="2272" w:type="dxa"/>
          </w:tcPr>
          <w:p w14:paraId="0D6D5B2C" w14:textId="77777777" w:rsidR="0056567E" w:rsidRDefault="0056567E"/>
        </w:tc>
      </w:tr>
      <w:tr w:rsidR="0056567E" w14:paraId="2B126302" w14:textId="77777777" w:rsidTr="00F53636">
        <w:tc>
          <w:tcPr>
            <w:tcW w:w="1005" w:type="dxa"/>
          </w:tcPr>
          <w:p w14:paraId="7A7220EB" w14:textId="77777777" w:rsidR="0056567E" w:rsidRDefault="0056567E"/>
        </w:tc>
        <w:tc>
          <w:tcPr>
            <w:tcW w:w="901" w:type="dxa"/>
          </w:tcPr>
          <w:p w14:paraId="0765DD32" w14:textId="77777777" w:rsidR="0056567E" w:rsidRDefault="0056567E"/>
        </w:tc>
        <w:tc>
          <w:tcPr>
            <w:tcW w:w="900" w:type="dxa"/>
          </w:tcPr>
          <w:p w14:paraId="69E38A86" w14:textId="77777777" w:rsidR="0056567E" w:rsidRDefault="0056567E"/>
        </w:tc>
        <w:tc>
          <w:tcPr>
            <w:tcW w:w="1070" w:type="dxa"/>
          </w:tcPr>
          <w:p w14:paraId="59461BD5" w14:textId="77777777" w:rsidR="0056567E" w:rsidRDefault="0056567E"/>
        </w:tc>
        <w:tc>
          <w:tcPr>
            <w:tcW w:w="1070" w:type="dxa"/>
          </w:tcPr>
          <w:p w14:paraId="71A69C75" w14:textId="77777777" w:rsidR="0056567E" w:rsidRDefault="0056567E"/>
        </w:tc>
        <w:tc>
          <w:tcPr>
            <w:tcW w:w="891" w:type="dxa"/>
          </w:tcPr>
          <w:p w14:paraId="1FCD2BCB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1D15C4D1" w14:textId="77777777" w:rsidR="0056567E" w:rsidRDefault="0056567E"/>
        </w:tc>
        <w:tc>
          <w:tcPr>
            <w:tcW w:w="2272" w:type="dxa"/>
          </w:tcPr>
          <w:p w14:paraId="672C56FF" w14:textId="77777777" w:rsidR="0056567E" w:rsidRDefault="0056567E"/>
        </w:tc>
      </w:tr>
      <w:tr w:rsidR="0056567E" w14:paraId="55BD9088" w14:textId="77777777" w:rsidTr="00F53636">
        <w:tc>
          <w:tcPr>
            <w:tcW w:w="1005" w:type="dxa"/>
          </w:tcPr>
          <w:p w14:paraId="7B6D0C8E" w14:textId="77777777" w:rsidR="0056567E" w:rsidRDefault="0056567E"/>
        </w:tc>
        <w:tc>
          <w:tcPr>
            <w:tcW w:w="901" w:type="dxa"/>
          </w:tcPr>
          <w:p w14:paraId="218792B5" w14:textId="77777777" w:rsidR="0056567E" w:rsidRDefault="0056567E"/>
        </w:tc>
        <w:tc>
          <w:tcPr>
            <w:tcW w:w="900" w:type="dxa"/>
          </w:tcPr>
          <w:p w14:paraId="6913EB9D" w14:textId="77777777" w:rsidR="0056567E" w:rsidRDefault="0056567E"/>
        </w:tc>
        <w:tc>
          <w:tcPr>
            <w:tcW w:w="1070" w:type="dxa"/>
          </w:tcPr>
          <w:p w14:paraId="3C42D947" w14:textId="77777777" w:rsidR="0056567E" w:rsidRDefault="0056567E"/>
        </w:tc>
        <w:tc>
          <w:tcPr>
            <w:tcW w:w="1070" w:type="dxa"/>
          </w:tcPr>
          <w:p w14:paraId="6B963A34" w14:textId="77777777" w:rsidR="0056567E" w:rsidRDefault="0056567E"/>
        </w:tc>
        <w:tc>
          <w:tcPr>
            <w:tcW w:w="891" w:type="dxa"/>
          </w:tcPr>
          <w:p w14:paraId="7D43CCAE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2D102FB7" w14:textId="77777777" w:rsidR="0056567E" w:rsidRDefault="0056567E"/>
        </w:tc>
        <w:tc>
          <w:tcPr>
            <w:tcW w:w="2272" w:type="dxa"/>
          </w:tcPr>
          <w:p w14:paraId="610346BC" w14:textId="77777777" w:rsidR="0056567E" w:rsidRDefault="0056567E"/>
        </w:tc>
      </w:tr>
      <w:tr w:rsidR="0056567E" w14:paraId="01C069D2" w14:textId="77777777" w:rsidTr="00F53636">
        <w:tc>
          <w:tcPr>
            <w:tcW w:w="1005" w:type="dxa"/>
          </w:tcPr>
          <w:p w14:paraId="645EA35F" w14:textId="77777777" w:rsidR="0056567E" w:rsidRDefault="0056567E"/>
        </w:tc>
        <w:tc>
          <w:tcPr>
            <w:tcW w:w="901" w:type="dxa"/>
          </w:tcPr>
          <w:p w14:paraId="1DAE57EB" w14:textId="77777777" w:rsidR="0056567E" w:rsidRDefault="0056567E"/>
        </w:tc>
        <w:tc>
          <w:tcPr>
            <w:tcW w:w="900" w:type="dxa"/>
          </w:tcPr>
          <w:p w14:paraId="446F9522" w14:textId="77777777" w:rsidR="0056567E" w:rsidRDefault="0056567E"/>
        </w:tc>
        <w:tc>
          <w:tcPr>
            <w:tcW w:w="1070" w:type="dxa"/>
          </w:tcPr>
          <w:p w14:paraId="07B90D20" w14:textId="77777777" w:rsidR="0056567E" w:rsidRDefault="0056567E"/>
        </w:tc>
        <w:tc>
          <w:tcPr>
            <w:tcW w:w="1070" w:type="dxa"/>
          </w:tcPr>
          <w:p w14:paraId="61393AF2" w14:textId="77777777" w:rsidR="0056567E" w:rsidRDefault="0056567E"/>
        </w:tc>
        <w:tc>
          <w:tcPr>
            <w:tcW w:w="891" w:type="dxa"/>
          </w:tcPr>
          <w:p w14:paraId="6B974A33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26068323" w14:textId="77777777" w:rsidR="0056567E" w:rsidRDefault="0056567E"/>
        </w:tc>
        <w:tc>
          <w:tcPr>
            <w:tcW w:w="2272" w:type="dxa"/>
          </w:tcPr>
          <w:p w14:paraId="62E18BE3" w14:textId="77777777" w:rsidR="0056567E" w:rsidRDefault="0056567E"/>
        </w:tc>
      </w:tr>
      <w:tr w:rsidR="0056567E" w14:paraId="07D77078" w14:textId="77777777" w:rsidTr="00F53636">
        <w:tc>
          <w:tcPr>
            <w:tcW w:w="1005" w:type="dxa"/>
          </w:tcPr>
          <w:p w14:paraId="4DA85569" w14:textId="77777777" w:rsidR="0056567E" w:rsidRDefault="0056567E"/>
        </w:tc>
        <w:tc>
          <w:tcPr>
            <w:tcW w:w="901" w:type="dxa"/>
          </w:tcPr>
          <w:p w14:paraId="4DE178DC" w14:textId="77777777" w:rsidR="0056567E" w:rsidRDefault="0056567E"/>
        </w:tc>
        <w:tc>
          <w:tcPr>
            <w:tcW w:w="900" w:type="dxa"/>
          </w:tcPr>
          <w:p w14:paraId="5DE666FD" w14:textId="77777777" w:rsidR="0056567E" w:rsidRDefault="0056567E"/>
        </w:tc>
        <w:tc>
          <w:tcPr>
            <w:tcW w:w="1070" w:type="dxa"/>
          </w:tcPr>
          <w:p w14:paraId="6B09D44B" w14:textId="77777777" w:rsidR="0056567E" w:rsidRDefault="0056567E"/>
        </w:tc>
        <w:tc>
          <w:tcPr>
            <w:tcW w:w="1070" w:type="dxa"/>
          </w:tcPr>
          <w:p w14:paraId="73224006" w14:textId="77777777" w:rsidR="0056567E" w:rsidRDefault="0056567E"/>
        </w:tc>
        <w:tc>
          <w:tcPr>
            <w:tcW w:w="891" w:type="dxa"/>
          </w:tcPr>
          <w:p w14:paraId="03FF0CE9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6A9EFB51" w14:textId="77777777" w:rsidR="0056567E" w:rsidRDefault="0056567E"/>
        </w:tc>
        <w:tc>
          <w:tcPr>
            <w:tcW w:w="2272" w:type="dxa"/>
          </w:tcPr>
          <w:p w14:paraId="701C46DD" w14:textId="77777777" w:rsidR="0056567E" w:rsidRDefault="0056567E"/>
        </w:tc>
      </w:tr>
      <w:tr w:rsidR="0056567E" w14:paraId="6F2751B4" w14:textId="77777777" w:rsidTr="00F53636">
        <w:tc>
          <w:tcPr>
            <w:tcW w:w="1005" w:type="dxa"/>
          </w:tcPr>
          <w:p w14:paraId="6F025986" w14:textId="77777777" w:rsidR="0056567E" w:rsidRDefault="0056567E"/>
        </w:tc>
        <w:tc>
          <w:tcPr>
            <w:tcW w:w="901" w:type="dxa"/>
          </w:tcPr>
          <w:p w14:paraId="483150C8" w14:textId="77777777" w:rsidR="0056567E" w:rsidRDefault="0056567E"/>
        </w:tc>
        <w:tc>
          <w:tcPr>
            <w:tcW w:w="900" w:type="dxa"/>
          </w:tcPr>
          <w:p w14:paraId="26F4E019" w14:textId="77777777" w:rsidR="0056567E" w:rsidRDefault="0056567E"/>
        </w:tc>
        <w:tc>
          <w:tcPr>
            <w:tcW w:w="1070" w:type="dxa"/>
          </w:tcPr>
          <w:p w14:paraId="1B45F7F3" w14:textId="77777777" w:rsidR="0056567E" w:rsidRDefault="0056567E"/>
        </w:tc>
        <w:tc>
          <w:tcPr>
            <w:tcW w:w="1070" w:type="dxa"/>
          </w:tcPr>
          <w:p w14:paraId="6645E916" w14:textId="77777777" w:rsidR="0056567E" w:rsidRDefault="0056567E"/>
        </w:tc>
        <w:tc>
          <w:tcPr>
            <w:tcW w:w="891" w:type="dxa"/>
          </w:tcPr>
          <w:p w14:paraId="230BD998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18A76594" w14:textId="77777777" w:rsidR="0056567E" w:rsidRDefault="0056567E"/>
        </w:tc>
        <w:tc>
          <w:tcPr>
            <w:tcW w:w="2272" w:type="dxa"/>
          </w:tcPr>
          <w:p w14:paraId="68F08B92" w14:textId="77777777" w:rsidR="0056567E" w:rsidRDefault="0056567E"/>
        </w:tc>
      </w:tr>
      <w:tr w:rsidR="0056567E" w14:paraId="2F98BF8B" w14:textId="77777777" w:rsidTr="00F53636">
        <w:tc>
          <w:tcPr>
            <w:tcW w:w="1005" w:type="dxa"/>
          </w:tcPr>
          <w:p w14:paraId="52765549" w14:textId="77777777" w:rsidR="0056567E" w:rsidRDefault="0056567E"/>
        </w:tc>
        <w:tc>
          <w:tcPr>
            <w:tcW w:w="901" w:type="dxa"/>
          </w:tcPr>
          <w:p w14:paraId="20B2A4C4" w14:textId="77777777" w:rsidR="0056567E" w:rsidRDefault="0056567E"/>
        </w:tc>
        <w:tc>
          <w:tcPr>
            <w:tcW w:w="900" w:type="dxa"/>
          </w:tcPr>
          <w:p w14:paraId="0067C57B" w14:textId="77777777" w:rsidR="0056567E" w:rsidRDefault="0056567E"/>
        </w:tc>
        <w:tc>
          <w:tcPr>
            <w:tcW w:w="1070" w:type="dxa"/>
          </w:tcPr>
          <w:p w14:paraId="280F9DBB" w14:textId="77777777" w:rsidR="0056567E" w:rsidRDefault="0056567E"/>
        </w:tc>
        <w:tc>
          <w:tcPr>
            <w:tcW w:w="1070" w:type="dxa"/>
          </w:tcPr>
          <w:p w14:paraId="7A22E28D" w14:textId="77777777" w:rsidR="0056567E" w:rsidRDefault="0056567E"/>
        </w:tc>
        <w:tc>
          <w:tcPr>
            <w:tcW w:w="891" w:type="dxa"/>
          </w:tcPr>
          <w:p w14:paraId="275A3EB9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4C2510A7" w14:textId="77777777" w:rsidR="0056567E" w:rsidRDefault="0056567E"/>
        </w:tc>
        <w:tc>
          <w:tcPr>
            <w:tcW w:w="2272" w:type="dxa"/>
          </w:tcPr>
          <w:p w14:paraId="44FCC184" w14:textId="77777777" w:rsidR="0056567E" w:rsidRDefault="0056567E"/>
        </w:tc>
      </w:tr>
      <w:tr w:rsidR="0056567E" w14:paraId="0B782A20" w14:textId="77777777" w:rsidTr="00F53636">
        <w:tc>
          <w:tcPr>
            <w:tcW w:w="1005" w:type="dxa"/>
          </w:tcPr>
          <w:p w14:paraId="11F90221" w14:textId="77777777" w:rsidR="0056567E" w:rsidRDefault="0056567E"/>
        </w:tc>
        <w:tc>
          <w:tcPr>
            <w:tcW w:w="901" w:type="dxa"/>
          </w:tcPr>
          <w:p w14:paraId="18D35C2B" w14:textId="77777777" w:rsidR="0056567E" w:rsidRDefault="0056567E"/>
        </w:tc>
        <w:tc>
          <w:tcPr>
            <w:tcW w:w="900" w:type="dxa"/>
          </w:tcPr>
          <w:p w14:paraId="7F83AF97" w14:textId="77777777" w:rsidR="0056567E" w:rsidRDefault="0056567E"/>
        </w:tc>
        <w:tc>
          <w:tcPr>
            <w:tcW w:w="1070" w:type="dxa"/>
          </w:tcPr>
          <w:p w14:paraId="79F4291D" w14:textId="77777777" w:rsidR="0056567E" w:rsidRDefault="0056567E"/>
        </w:tc>
        <w:tc>
          <w:tcPr>
            <w:tcW w:w="1070" w:type="dxa"/>
          </w:tcPr>
          <w:p w14:paraId="26DA4814" w14:textId="77777777" w:rsidR="0056567E" w:rsidRDefault="0056567E"/>
        </w:tc>
        <w:tc>
          <w:tcPr>
            <w:tcW w:w="891" w:type="dxa"/>
          </w:tcPr>
          <w:p w14:paraId="1F0BFB90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29BE840D" w14:textId="77777777" w:rsidR="0056567E" w:rsidRDefault="0056567E"/>
        </w:tc>
        <w:tc>
          <w:tcPr>
            <w:tcW w:w="2272" w:type="dxa"/>
          </w:tcPr>
          <w:p w14:paraId="0CDCBE2B" w14:textId="77777777" w:rsidR="0056567E" w:rsidRDefault="0056567E"/>
        </w:tc>
      </w:tr>
      <w:tr w:rsidR="0056567E" w14:paraId="1A506464" w14:textId="77777777" w:rsidTr="00F53636">
        <w:tc>
          <w:tcPr>
            <w:tcW w:w="1005" w:type="dxa"/>
          </w:tcPr>
          <w:p w14:paraId="1BF4D170" w14:textId="77777777" w:rsidR="0056567E" w:rsidRDefault="0056567E"/>
        </w:tc>
        <w:tc>
          <w:tcPr>
            <w:tcW w:w="901" w:type="dxa"/>
          </w:tcPr>
          <w:p w14:paraId="1A1377ED" w14:textId="77777777" w:rsidR="0056567E" w:rsidRDefault="0056567E"/>
        </w:tc>
        <w:tc>
          <w:tcPr>
            <w:tcW w:w="900" w:type="dxa"/>
          </w:tcPr>
          <w:p w14:paraId="77EC8873" w14:textId="77777777" w:rsidR="0056567E" w:rsidRDefault="0056567E"/>
        </w:tc>
        <w:tc>
          <w:tcPr>
            <w:tcW w:w="1070" w:type="dxa"/>
          </w:tcPr>
          <w:p w14:paraId="483B9D50" w14:textId="77777777" w:rsidR="0056567E" w:rsidRDefault="0056567E"/>
        </w:tc>
        <w:tc>
          <w:tcPr>
            <w:tcW w:w="1070" w:type="dxa"/>
          </w:tcPr>
          <w:p w14:paraId="320ED184" w14:textId="77777777" w:rsidR="0056567E" w:rsidRDefault="0056567E"/>
        </w:tc>
        <w:tc>
          <w:tcPr>
            <w:tcW w:w="891" w:type="dxa"/>
          </w:tcPr>
          <w:p w14:paraId="7D888B6B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7A59793C" w14:textId="77777777" w:rsidR="0056567E" w:rsidRDefault="0056567E"/>
        </w:tc>
        <w:tc>
          <w:tcPr>
            <w:tcW w:w="2272" w:type="dxa"/>
          </w:tcPr>
          <w:p w14:paraId="558CEC41" w14:textId="77777777" w:rsidR="0056567E" w:rsidRDefault="0056567E"/>
        </w:tc>
      </w:tr>
      <w:tr w:rsidR="0056567E" w14:paraId="61F03780" w14:textId="77777777" w:rsidTr="00F53636">
        <w:tc>
          <w:tcPr>
            <w:tcW w:w="1005" w:type="dxa"/>
          </w:tcPr>
          <w:p w14:paraId="1927FD96" w14:textId="77777777" w:rsidR="0056567E" w:rsidRDefault="0056567E"/>
        </w:tc>
        <w:tc>
          <w:tcPr>
            <w:tcW w:w="901" w:type="dxa"/>
          </w:tcPr>
          <w:p w14:paraId="2E38323E" w14:textId="77777777" w:rsidR="0056567E" w:rsidRDefault="0056567E"/>
        </w:tc>
        <w:tc>
          <w:tcPr>
            <w:tcW w:w="900" w:type="dxa"/>
          </w:tcPr>
          <w:p w14:paraId="3CEC4AB1" w14:textId="77777777" w:rsidR="0056567E" w:rsidRDefault="0056567E"/>
        </w:tc>
        <w:tc>
          <w:tcPr>
            <w:tcW w:w="1070" w:type="dxa"/>
          </w:tcPr>
          <w:p w14:paraId="4FFA3DCB" w14:textId="77777777" w:rsidR="0056567E" w:rsidRDefault="0056567E"/>
        </w:tc>
        <w:tc>
          <w:tcPr>
            <w:tcW w:w="1070" w:type="dxa"/>
          </w:tcPr>
          <w:p w14:paraId="4E217840" w14:textId="77777777" w:rsidR="0056567E" w:rsidRDefault="0056567E"/>
        </w:tc>
        <w:tc>
          <w:tcPr>
            <w:tcW w:w="891" w:type="dxa"/>
          </w:tcPr>
          <w:p w14:paraId="750F117A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5E1E7A8B" w14:textId="77777777" w:rsidR="0056567E" w:rsidRDefault="0056567E"/>
        </w:tc>
        <w:tc>
          <w:tcPr>
            <w:tcW w:w="2272" w:type="dxa"/>
          </w:tcPr>
          <w:p w14:paraId="524FFED6" w14:textId="77777777" w:rsidR="0056567E" w:rsidRDefault="0056567E"/>
        </w:tc>
      </w:tr>
      <w:tr w:rsidR="0056567E" w14:paraId="75385EE4" w14:textId="77777777" w:rsidTr="00F53636">
        <w:tc>
          <w:tcPr>
            <w:tcW w:w="1005" w:type="dxa"/>
          </w:tcPr>
          <w:p w14:paraId="578E0895" w14:textId="77777777" w:rsidR="0056567E" w:rsidRDefault="0056567E"/>
        </w:tc>
        <w:tc>
          <w:tcPr>
            <w:tcW w:w="901" w:type="dxa"/>
          </w:tcPr>
          <w:p w14:paraId="7EEC2939" w14:textId="77777777" w:rsidR="0056567E" w:rsidRDefault="0056567E"/>
        </w:tc>
        <w:tc>
          <w:tcPr>
            <w:tcW w:w="900" w:type="dxa"/>
          </w:tcPr>
          <w:p w14:paraId="44F65B87" w14:textId="77777777" w:rsidR="0056567E" w:rsidRDefault="0056567E"/>
        </w:tc>
        <w:tc>
          <w:tcPr>
            <w:tcW w:w="1070" w:type="dxa"/>
          </w:tcPr>
          <w:p w14:paraId="3A223292" w14:textId="77777777" w:rsidR="0056567E" w:rsidRDefault="0056567E"/>
        </w:tc>
        <w:tc>
          <w:tcPr>
            <w:tcW w:w="1070" w:type="dxa"/>
          </w:tcPr>
          <w:p w14:paraId="4CFACD6D" w14:textId="77777777" w:rsidR="0056567E" w:rsidRDefault="0056567E"/>
        </w:tc>
        <w:tc>
          <w:tcPr>
            <w:tcW w:w="891" w:type="dxa"/>
          </w:tcPr>
          <w:p w14:paraId="4CA7A5E3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5693E6C1" w14:textId="77777777" w:rsidR="0056567E" w:rsidRDefault="0056567E"/>
        </w:tc>
        <w:tc>
          <w:tcPr>
            <w:tcW w:w="2272" w:type="dxa"/>
          </w:tcPr>
          <w:p w14:paraId="03086C88" w14:textId="77777777" w:rsidR="0056567E" w:rsidRDefault="0056567E"/>
        </w:tc>
      </w:tr>
      <w:tr w:rsidR="0056567E" w14:paraId="737B2936" w14:textId="77777777" w:rsidTr="00F53636">
        <w:tc>
          <w:tcPr>
            <w:tcW w:w="1005" w:type="dxa"/>
          </w:tcPr>
          <w:p w14:paraId="0E9D4798" w14:textId="77777777" w:rsidR="0056567E" w:rsidRDefault="0056567E"/>
        </w:tc>
        <w:tc>
          <w:tcPr>
            <w:tcW w:w="901" w:type="dxa"/>
          </w:tcPr>
          <w:p w14:paraId="42D058E0" w14:textId="77777777" w:rsidR="0056567E" w:rsidRDefault="0056567E"/>
        </w:tc>
        <w:tc>
          <w:tcPr>
            <w:tcW w:w="900" w:type="dxa"/>
          </w:tcPr>
          <w:p w14:paraId="4DEE6E3A" w14:textId="77777777" w:rsidR="0056567E" w:rsidRDefault="0056567E"/>
        </w:tc>
        <w:tc>
          <w:tcPr>
            <w:tcW w:w="1070" w:type="dxa"/>
          </w:tcPr>
          <w:p w14:paraId="4F0793A4" w14:textId="77777777" w:rsidR="0056567E" w:rsidRDefault="0056567E"/>
        </w:tc>
        <w:tc>
          <w:tcPr>
            <w:tcW w:w="1070" w:type="dxa"/>
          </w:tcPr>
          <w:p w14:paraId="70B7DBFB" w14:textId="77777777" w:rsidR="0056567E" w:rsidRDefault="0056567E"/>
        </w:tc>
        <w:tc>
          <w:tcPr>
            <w:tcW w:w="891" w:type="dxa"/>
          </w:tcPr>
          <w:p w14:paraId="587F317B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229A1AEB" w14:textId="77777777" w:rsidR="0056567E" w:rsidRDefault="0056567E"/>
        </w:tc>
        <w:tc>
          <w:tcPr>
            <w:tcW w:w="2272" w:type="dxa"/>
          </w:tcPr>
          <w:p w14:paraId="0D077E0B" w14:textId="77777777" w:rsidR="0056567E" w:rsidRDefault="0056567E"/>
        </w:tc>
      </w:tr>
      <w:tr w:rsidR="0056567E" w14:paraId="477D6090" w14:textId="77777777" w:rsidTr="00F53636">
        <w:tc>
          <w:tcPr>
            <w:tcW w:w="1005" w:type="dxa"/>
          </w:tcPr>
          <w:p w14:paraId="56E8E5D1" w14:textId="77777777" w:rsidR="0056567E" w:rsidRDefault="0056567E"/>
        </w:tc>
        <w:tc>
          <w:tcPr>
            <w:tcW w:w="901" w:type="dxa"/>
          </w:tcPr>
          <w:p w14:paraId="3FC55DAA" w14:textId="77777777" w:rsidR="0056567E" w:rsidRDefault="0056567E"/>
        </w:tc>
        <w:tc>
          <w:tcPr>
            <w:tcW w:w="900" w:type="dxa"/>
          </w:tcPr>
          <w:p w14:paraId="11A71B54" w14:textId="77777777" w:rsidR="0056567E" w:rsidRDefault="0056567E"/>
        </w:tc>
        <w:tc>
          <w:tcPr>
            <w:tcW w:w="1070" w:type="dxa"/>
          </w:tcPr>
          <w:p w14:paraId="52D00D74" w14:textId="77777777" w:rsidR="0056567E" w:rsidRDefault="0056567E"/>
        </w:tc>
        <w:tc>
          <w:tcPr>
            <w:tcW w:w="1070" w:type="dxa"/>
          </w:tcPr>
          <w:p w14:paraId="12A0EDDD" w14:textId="77777777" w:rsidR="0056567E" w:rsidRDefault="0056567E"/>
        </w:tc>
        <w:tc>
          <w:tcPr>
            <w:tcW w:w="891" w:type="dxa"/>
          </w:tcPr>
          <w:p w14:paraId="42D1FF24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0D35E957" w14:textId="77777777" w:rsidR="0056567E" w:rsidRDefault="0056567E"/>
        </w:tc>
        <w:tc>
          <w:tcPr>
            <w:tcW w:w="2272" w:type="dxa"/>
          </w:tcPr>
          <w:p w14:paraId="6845593D" w14:textId="77777777" w:rsidR="0056567E" w:rsidRDefault="0056567E"/>
        </w:tc>
      </w:tr>
      <w:tr w:rsidR="0056567E" w14:paraId="2E4BBE01" w14:textId="77777777" w:rsidTr="00F53636">
        <w:trPr>
          <w:trHeight w:val="341"/>
        </w:trPr>
        <w:tc>
          <w:tcPr>
            <w:tcW w:w="1005" w:type="dxa"/>
          </w:tcPr>
          <w:p w14:paraId="2FEE4144" w14:textId="77777777" w:rsidR="0056567E" w:rsidRDefault="0056567E"/>
        </w:tc>
        <w:tc>
          <w:tcPr>
            <w:tcW w:w="901" w:type="dxa"/>
          </w:tcPr>
          <w:p w14:paraId="624A9615" w14:textId="77777777" w:rsidR="0056567E" w:rsidRDefault="0056567E"/>
        </w:tc>
        <w:tc>
          <w:tcPr>
            <w:tcW w:w="900" w:type="dxa"/>
          </w:tcPr>
          <w:p w14:paraId="626C8F4D" w14:textId="77777777" w:rsidR="0056567E" w:rsidRDefault="0056567E"/>
        </w:tc>
        <w:tc>
          <w:tcPr>
            <w:tcW w:w="1070" w:type="dxa"/>
          </w:tcPr>
          <w:p w14:paraId="79C2577C" w14:textId="77777777" w:rsidR="0056567E" w:rsidRDefault="0056567E"/>
        </w:tc>
        <w:tc>
          <w:tcPr>
            <w:tcW w:w="1070" w:type="dxa"/>
          </w:tcPr>
          <w:p w14:paraId="2FA31A12" w14:textId="77777777" w:rsidR="0056567E" w:rsidRDefault="0056567E"/>
        </w:tc>
        <w:tc>
          <w:tcPr>
            <w:tcW w:w="891" w:type="dxa"/>
          </w:tcPr>
          <w:p w14:paraId="1F2BFF48" w14:textId="77777777" w:rsidR="0056567E" w:rsidRDefault="00000000">
            <w:r>
              <w:t>☐</w:t>
            </w:r>
          </w:p>
        </w:tc>
        <w:tc>
          <w:tcPr>
            <w:tcW w:w="930" w:type="dxa"/>
          </w:tcPr>
          <w:p w14:paraId="75ED1F5B" w14:textId="77777777" w:rsidR="0056567E" w:rsidRDefault="0056567E"/>
        </w:tc>
        <w:tc>
          <w:tcPr>
            <w:tcW w:w="2272" w:type="dxa"/>
          </w:tcPr>
          <w:p w14:paraId="24D8DAB9" w14:textId="77777777" w:rsidR="0056567E" w:rsidRDefault="0056567E"/>
        </w:tc>
      </w:tr>
      <w:tr w:rsidR="00F53636" w14:paraId="4116D834" w14:textId="77777777" w:rsidTr="00F53636">
        <w:tc>
          <w:tcPr>
            <w:tcW w:w="1005" w:type="dxa"/>
          </w:tcPr>
          <w:p w14:paraId="2EF8A222" w14:textId="77777777" w:rsidR="00F53636" w:rsidRDefault="00F53636" w:rsidP="000B5C1C"/>
        </w:tc>
        <w:tc>
          <w:tcPr>
            <w:tcW w:w="901" w:type="dxa"/>
          </w:tcPr>
          <w:p w14:paraId="1370C36D" w14:textId="77777777" w:rsidR="00F53636" w:rsidRDefault="00F53636" w:rsidP="000B5C1C"/>
        </w:tc>
        <w:tc>
          <w:tcPr>
            <w:tcW w:w="900" w:type="dxa"/>
          </w:tcPr>
          <w:p w14:paraId="6805F49A" w14:textId="77777777" w:rsidR="00F53636" w:rsidRDefault="00F53636" w:rsidP="000B5C1C"/>
        </w:tc>
        <w:tc>
          <w:tcPr>
            <w:tcW w:w="1070" w:type="dxa"/>
          </w:tcPr>
          <w:p w14:paraId="4785A724" w14:textId="77777777" w:rsidR="00F53636" w:rsidRDefault="00F53636" w:rsidP="000B5C1C"/>
        </w:tc>
        <w:tc>
          <w:tcPr>
            <w:tcW w:w="1070" w:type="dxa"/>
          </w:tcPr>
          <w:p w14:paraId="6D69D8D5" w14:textId="77777777" w:rsidR="00F53636" w:rsidRDefault="00F53636" w:rsidP="000B5C1C"/>
        </w:tc>
        <w:tc>
          <w:tcPr>
            <w:tcW w:w="891" w:type="dxa"/>
          </w:tcPr>
          <w:p w14:paraId="10B04B88" w14:textId="77777777" w:rsidR="00F53636" w:rsidRDefault="00F53636" w:rsidP="000B5C1C">
            <w:r>
              <w:t>☐</w:t>
            </w:r>
          </w:p>
        </w:tc>
        <w:tc>
          <w:tcPr>
            <w:tcW w:w="930" w:type="dxa"/>
          </w:tcPr>
          <w:p w14:paraId="564E6677" w14:textId="77777777" w:rsidR="00F53636" w:rsidRDefault="00F53636" w:rsidP="000B5C1C"/>
        </w:tc>
        <w:tc>
          <w:tcPr>
            <w:tcW w:w="2272" w:type="dxa"/>
          </w:tcPr>
          <w:p w14:paraId="18BDB6B4" w14:textId="77777777" w:rsidR="00F53636" w:rsidRDefault="00F53636" w:rsidP="000B5C1C"/>
        </w:tc>
      </w:tr>
      <w:tr w:rsidR="00F53636" w14:paraId="27DAA976" w14:textId="77777777" w:rsidTr="00F53636">
        <w:tc>
          <w:tcPr>
            <w:tcW w:w="1005" w:type="dxa"/>
          </w:tcPr>
          <w:p w14:paraId="2471214D" w14:textId="77777777" w:rsidR="00F53636" w:rsidRDefault="00F53636" w:rsidP="000B5C1C"/>
        </w:tc>
        <w:tc>
          <w:tcPr>
            <w:tcW w:w="901" w:type="dxa"/>
          </w:tcPr>
          <w:p w14:paraId="23175BB8" w14:textId="77777777" w:rsidR="00F53636" w:rsidRDefault="00F53636" w:rsidP="000B5C1C"/>
        </w:tc>
        <w:tc>
          <w:tcPr>
            <w:tcW w:w="900" w:type="dxa"/>
          </w:tcPr>
          <w:p w14:paraId="52266607" w14:textId="77777777" w:rsidR="00F53636" w:rsidRDefault="00F53636" w:rsidP="000B5C1C"/>
        </w:tc>
        <w:tc>
          <w:tcPr>
            <w:tcW w:w="1070" w:type="dxa"/>
          </w:tcPr>
          <w:p w14:paraId="2624FFA0" w14:textId="77777777" w:rsidR="00F53636" w:rsidRDefault="00F53636" w:rsidP="000B5C1C"/>
        </w:tc>
        <w:tc>
          <w:tcPr>
            <w:tcW w:w="1070" w:type="dxa"/>
          </w:tcPr>
          <w:p w14:paraId="746F51DF" w14:textId="77777777" w:rsidR="00F53636" w:rsidRDefault="00F53636" w:rsidP="000B5C1C"/>
        </w:tc>
        <w:tc>
          <w:tcPr>
            <w:tcW w:w="891" w:type="dxa"/>
          </w:tcPr>
          <w:p w14:paraId="6DA4D36B" w14:textId="77777777" w:rsidR="00F53636" w:rsidRDefault="00F53636" w:rsidP="000B5C1C">
            <w:r>
              <w:t>☐</w:t>
            </w:r>
          </w:p>
        </w:tc>
        <w:tc>
          <w:tcPr>
            <w:tcW w:w="930" w:type="dxa"/>
          </w:tcPr>
          <w:p w14:paraId="674F9001" w14:textId="77777777" w:rsidR="00F53636" w:rsidRDefault="00F53636" w:rsidP="000B5C1C"/>
        </w:tc>
        <w:tc>
          <w:tcPr>
            <w:tcW w:w="2272" w:type="dxa"/>
          </w:tcPr>
          <w:p w14:paraId="725451FF" w14:textId="77777777" w:rsidR="00F53636" w:rsidRDefault="00F53636" w:rsidP="000B5C1C"/>
        </w:tc>
      </w:tr>
      <w:tr w:rsidR="00F53636" w14:paraId="71C3AFE8" w14:textId="77777777" w:rsidTr="00F53636">
        <w:tc>
          <w:tcPr>
            <w:tcW w:w="1005" w:type="dxa"/>
          </w:tcPr>
          <w:p w14:paraId="0AA3D73B" w14:textId="77777777" w:rsidR="00F53636" w:rsidRDefault="00F53636" w:rsidP="000B5C1C"/>
        </w:tc>
        <w:tc>
          <w:tcPr>
            <w:tcW w:w="901" w:type="dxa"/>
          </w:tcPr>
          <w:p w14:paraId="4A84B139" w14:textId="77777777" w:rsidR="00F53636" w:rsidRDefault="00F53636" w:rsidP="000B5C1C"/>
        </w:tc>
        <w:tc>
          <w:tcPr>
            <w:tcW w:w="900" w:type="dxa"/>
          </w:tcPr>
          <w:p w14:paraId="5F8FB9C9" w14:textId="77777777" w:rsidR="00F53636" w:rsidRDefault="00F53636" w:rsidP="000B5C1C"/>
        </w:tc>
        <w:tc>
          <w:tcPr>
            <w:tcW w:w="1070" w:type="dxa"/>
          </w:tcPr>
          <w:p w14:paraId="27D74B4F" w14:textId="77777777" w:rsidR="00F53636" w:rsidRDefault="00F53636" w:rsidP="000B5C1C"/>
        </w:tc>
        <w:tc>
          <w:tcPr>
            <w:tcW w:w="1070" w:type="dxa"/>
          </w:tcPr>
          <w:p w14:paraId="0970CFC6" w14:textId="77777777" w:rsidR="00F53636" w:rsidRDefault="00F53636" w:rsidP="000B5C1C"/>
        </w:tc>
        <w:tc>
          <w:tcPr>
            <w:tcW w:w="891" w:type="dxa"/>
          </w:tcPr>
          <w:p w14:paraId="47DF89A3" w14:textId="77777777" w:rsidR="00F53636" w:rsidRDefault="00F53636" w:rsidP="000B5C1C">
            <w:r>
              <w:t>☐</w:t>
            </w:r>
          </w:p>
        </w:tc>
        <w:tc>
          <w:tcPr>
            <w:tcW w:w="930" w:type="dxa"/>
          </w:tcPr>
          <w:p w14:paraId="65B02095" w14:textId="77777777" w:rsidR="00F53636" w:rsidRDefault="00F53636" w:rsidP="000B5C1C"/>
        </w:tc>
        <w:tc>
          <w:tcPr>
            <w:tcW w:w="2272" w:type="dxa"/>
          </w:tcPr>
          <w:p w14:paraId="30DEE353" w14:textId="77777777" w:rsidR="00F53636" w:rsidRDefault="00F53636" w:rsidP="000B5C1C"/>
        </w:tc>
      </w:tr>
      <w:tr w:rsidR="00F53636" w14:paraId="768CA136" w14:textId="77777777" w:rsidTr="00F53636">
        <w:trPr>
          <w:trHeight w:val="341"/>
        </w:trPr>
        <w:tc>
          <w:tcPr>
            <w:tcW w:w="1005" w:type="dxa"/>
          </w:tcPr>
          <w:p w14:paraId="7B403F6E" w14:textId="77777777" w:rsidR="00F53636" w:rsidRDefault="00F53636" w:rsidP="000B5C1C"/>
        </w:tc>
        <w:tc>
          <w:tcPr>
            <w:tcW w:w="901" w:type="dxa"/>
          </w:tcPr>
          <w:p w14:paraId="6ACE4B61" w14:textId="77777777" w:rsidR="00F53636" w:rsidRDefault="00F53636" w:rsidP="000B5C1C"/>
        </w:tc>
        <w:tc>
          <w:tcPr>
            <w:tcW w:w="900" w:type="dxa"/>
          </w:tcPr>
          <w:p w14:paraId="072EC227" w14:textId="77777777" w:rsidR="00F53636" w:rsidRDefault="00F53636" w:rsidP="000B5C1C"/>
        </w:tc>
        <w:tc>
          <w:tcPr>
            <w:tcW w:w="1070" w:type="dxa"/>
          </w:tcPr>
          <w:p w14:paraId="27DAF3AA" w14:textId="77777777" w:rsidR="00F53636" w:rsidRDefault="00F53636" w:rsidP="000B5C1C"/>
        </w:tc>
        <w:tc>
          <w:tcPr>
            <w:tcW w:w="1070" w:type="dxa"/>
          </w:tcPr>
          <w:p w14:paraId="15C27BA8" w14:textId="77777777" w:rsidR="00F53636" w:rsidRDefault="00F53636" w:rsidP="000B5C1C"/>
        </w:tc>
        <w:tc>
          <w:tcPr>
            <w:tcW w:w="891" w:type="dxa"/>
          </w:tcPr>
          <w:p w14:paraId="610E86AA" w14:textId="77777777" w:rsidR="00F53636" w:rsidRDefault="00F53636" w:rsidP="000B5C1C">
            <w:r>
              <w:t>☐</w:t>
            </w:r>
          </w:p>
        </w:tc>
        <w:tc>
          <w:tcPr>
            <w:tcW w:w="930" w:type="dxa"/>
          </w:tcPr>
          <w:p w14:paraId="05510F2A" w14:textId="77777777" w:rsidR="00F53636" w:rsidRDefault="00F53636" w:rsidP="000B5C1C"/>
        </w:tc>
        <w:tc>
          <w:tcPr>
            <w:tcW w:w="2272" w:type="dxa"/>
          </w:tcPr>
          <w:p w14:paraId="11BF64D9" w14:textId="77777777" w:rsidR="00F53636" w:rsidRDefault="00F53636" w:rsidP="000B5C1C"/>
        </w:tc>
      </w:tr>
      <w:tr w:rsidR="00174B52" w14:paraId="0097FB32" w14:textId="77777777" w:rsidTr="00174B52">
        <w:tc>
          <w:tcPr>
            <w:tcW w:w="1005" w:type="dxa"/>
          </w:tcPr>
          <w:p w14:paraId="6301D36F" w14:textId="77777777" w:rsidR="00174B52" w:rsidRDefault="00174B52" w:rsidP="000B5C1C"/>
        </w:tc>
        <w:tc>
          <w:tcPr>
            <w:tcW w:w="901" w:type="dxa"/>
          </w:tcPr>
          <w:p w14:paraId="58193F7C" w14:textId="77777777" w:rsidR="00174B52" w:rsidRDefault="00174B52" w:rsidP="000B5C1C"/>
        </w:tc>
        <w:tc>
          <w:tcPr>
            <w:tcW w:w="900" w:type="dxa"/>
          </w:tcPr>
          <w:p w14:paraId="5BA5630B" w14:textId="77777777" w:rsidR="00174B52" w:rsidRDefault="00174B52" w:rsidP="000B5C1C"/>
        </w:tc>
        <w:tc>
          <w:tcPr>
            <w:tcW w:w="1070" w:type="dxa"/>
          </w:tcPr>
          <w:p w14:paraId="72D58585" w14:textId="77777777" w:rsidR="00174B52" w:rsidRDefault="00174B52" w:rsidP="000B5C1C"/>
        </w:tc>
        <w:tc>
          <w:tcPr>
            <w:tcW w:w="1070" w:type="dxa"/>
          </w:tcPr>
          <w:p w14:paraId="04702812" w14:textId="77777777" w:rsidR="00174B52" w:rsidRDefault="00174B52" w:rsidP="000B5C1C"/>
        </w:tc>
        <w:tc>
          <w:tcPr>
            <w:tcW w:w="891" w:type="dxa"/>
          </w:tcPr>
          <w:p w14:paraId="5DBDEB9E" w14:textId="77777777" w:rsidR="00174B52" w:rsidRDefault="00174B52" w:rsidP="000B5C1C">
            <w:r>
              <w:t>☐</w:t>
            </w:r>
          </w:p>
        </w:tc>
        <w:tc>
          <w:tcPr>
            <w:tcW w:w="930" w:type="dxa"/>
          </w:tcPr>
          <w:p w14:paraId="5A04E543" w14:textId="77777777" w:rsidR="00174B52" w:rsidRDefault="00174B52" w:rsidP="000B5C1C"/>
        </w:tc>
        <w:tc>
          <w:tcPr>
            <w:tcW w:w="2272" w:type="dxa"/>
          </w:tcPr>
          <w:p w14:paraId="08DC2584" w14:textId="77777777" w:rsidR="00174B52" w:rsidRDefault="00174B52" w:rsidP="000B5C1C"/>
        </w:tc>
      </w:tr>
      <w:tr w:rsidR="00174B52" w14:paraId="4D7347AD" w14:textId="77777777" w:rsidTr="00174B52">
        <w:tc>
          <w:tcPr>
            <w:tcW w:w="1005" w:type="dxa"/>
          </w:tcPr>
          <w:p w14:paraId="618C5027" w14:textId="77777777" w:rsidR="00174B52" w:rsidRDefault="00174B52" w:rsidP="000B5C1C"/>
        </w:tc>
        <w:tc>
          <w:tcPr>
            <w:tcW w:w="901" w:type="dxa"/>
          </w:tcPr>
          <w:p w14:paraId="5EEBE1B4" w14:textId="77777777" w:rsidR="00174B52" w:rsidRDefault="00174B52" w:rsidP="000B5C1C"/>
        </w:tc>
        <w:tc>
          <w:tcPr>
            <w:tcW w:w="900" w:type="dxa"/>
          </w:tcPr>
          <w:p w14:paraId="1A3E8D29" w14:textId="77777777" w:rsidR="00174B52" w:rsidRDefault="00174B52" w:rsidP="000B5C1C"/>
        </w:tc>
        <w:tc>
          <w:tcPr>
            <w:tcW w:w="1070" w:type="dxa"/>
          </w:tcPr>
          <w:p w14:paraId="6CBA1E68" w14:textId="77777777" w:rsidR="00174B52" w:rsidRDefault="00174B52" w:rsidP="000B5C1C"/>
        </w:tc>
        <w:tc>
          <w:tcPr>
            <w:tcW w:w="1070" w:type="dxa"/>
          </w:tcPr>
          <w:p w14:paraId="3B2D64AE" w14:textId="77777777" w:rsidR="00174B52" w:rsidRDefault="00174B52" w:rsidP="000B5C1C"/>
        </w:tc>
        <w:tc>
          <w:tcPr>
            <w:tcW w:w="891" w:type="dxa"/>
          </w:tcPr>
          <w:p w14:paraId="577C4C70" w14:textId="77777777" w:rsidR="00174B52" w:rsidRDefault="00174B52" w:rsidP="000B5C1C">
            <w:r>
              <w:t>☐</w:t>
            </w:r>
          </w:p>
        </w:tc>
        <w:tc>
          <w:tcPr>
            <w:tcW w:w="930" w:type="dxa"/>
          </w:tcPr>
          <w:p w14:paraId="568D4DBC" w14:textId="77777777" w:rsidR="00174B52" w:rsidRDefault="00174B52" w:rsidP="000B5C1C"/>
        </w:tc>
        <w:tc>
          <w:tcPr>
            <w:tcW w:w="2272" w:type="dxa"/>
          </w:tcPr>
          <w:p w14:paraId="05EC1877" w14:textId="77777777" w:rsidR="00174B52" w:rsidRDefault="00174B52" w:rsidP="000B5C1C"/>
        </w:tc>
      </w:tr>
      <w:tr w:rsidR="00174B52" w14:paraId="6DC060EB" w14:textId="77777777" w:rsidTr="00174B52">
        <w:tc>
          <w:tcPr>
            <w:tcW w:w="1005" w:type="dxa"/>
          </w:tcPr>
          <w:p w14:paraId="5A918566" w14:textId="77777777" w:rsidR="00174B52" w:rsidRDefault="00174B52" w:rsidP="000B5C1C"/>
        </w:tc>
        <w:tc>
          <w:tcPr>
            <w:tcW w:w="901" w:type="dxa"/>
          </w:tcPr>
          <w:p w14:paraId="1BB773D2" w14:textId="77777777" w:rsidR="00174B52" w:rsidRDefault="00174B52" w:rsidP="000B5C1C"/>
        </w:tc>
        <w:tc>
          <w:tcPr>
            <w:tcW w:w="900" w:type="dxa"/>
          </w:tcPr>
          <w:p w14:paraId="67E309FE" w14:textId="77777777" w:rsidR="00174B52" w:rsidRDefault="00174B52" w:rsidP="000B5C1C"/>
        </w:tc>
        <w:tc>
          <w:tcPr>
            <w:tcW w:w="1070" w:type="dxa"/>
          </w:tcPr>
          <w:p w14:paraId="0C0332CA" w14:textId="77777777" w:rsidR="00174B52" w:rsidRDefault="00174B52" w:rsidP="000B5C1C"/>
        </w:tc>
        <w:tc>
          <w:tcPr>
            <w:tcW w:w="1070" w:type="dxa"/>
          </w:tcPr>
          <w:p w14:paraId="71C016DE" w14:textId="77777777" w:rsidR="00174B52" w:rsidRDefault="00174B52" w:rsidP="000B5C1C"/>
        </w:tc>
        <w:tc>
          <w:tcPr>
            <w:tcW w:w="891" w:type="dxa"/>
          </w:tcPr>
          <w:p w14:paraId="713A3848" w14:textId="77777777" w:rsidR="00174B52" w:rsidRDefault="00174B52" w:rsidP="000B5C1C">
            <w:r>
              <w:t>☐</w:t>
            </w:r>
          </w:p>
        </w:tc>
        <w:tc>
          <w:tcPr>
            <w:tcW w:w="930" w:type="dxa"/>
          </w:tcPr>
          <w:p w14:paraId="618E2940" w14:textId="77777777" w:rsidR="00174B52" w:rsidRDefault="00174B52" w:rsidP="000B5C1C"/>
        </w:tc>
        <w:tc>
          <w:tcPr>
            <w:tcW w:w="2272" w:type="dxa"/>
          </w:tcPr>
          <w:p w14:paraId="25D16946" w14:textId="77777777" w:rsidR="00174B52" w:rsidRDefault="00174B52" w:rsidP="000B5C1C"/>
        </w:tc>
      </w:tr>
      <w:tr w:rsidR="00174B52" w14:paraId="21481DC5" w14:textId="77777777" w:rsidTr="00174B52">
        <w:trPr>
          <w:trHeight w:val="341"/>
        </w:trPr>
        <w:tc>
          <w:tcPr>
            <w:tcW w:w="1005" w:type="dxa"/>
          </w:tcPr>
          <w:p w14:paraId="085303F2" w14:textId="77777777" w:rsidR="00174B52" w:rsidRDefault="00174B52" w:rsidP="000B5C1C"/>
        </w:tc>
        <w:tc>
          <w:tcPr>
            <w:tcW w:w="901" w:type="dxa"/>
          </w:tcPr>
          <w:p w14:paraId="73CB1608" w14:textId="77777777" w:rsidR="00174B52" w:rsidRDefault="00174B52" w:rsidP="000B5C1C"/>
        </w:tc>
        <w:tc>
          <w:tcPr>
            <w:tcW w:w="900" w:type="dxa"/>
          </w:tcPr>
          <w:p w14:paraId="511916CF" w14:textId="77777777" w:rsidR="00174B52" w:rsidRDefault="00174B52" w:rsidP="000B5C1C"/>
        </w:tc>
        <w:tc>
          <w:tcPr>
            <w:tcW w:w="1070" w:type="dxa"/>
          </w:tcPr>
          <w:p w14:paraId="4A8CDE3D" w14:textId="77777777" w:rsidR="00174B52" w:rsidRDefault="00174B52" w:rsidP="000B5C1C"/>
        </w:tc>
        <w:tc>
          <w:tcPr>
            <w:tcW w:w="1070" w:type="dxa"/>
          </w:tcPr>
          <w:p w14:paraId="1936983D" w14:textId="77777777" w:rsidR="00174B52" w:rsidRDefault="00174B52" w:rsidP="000B5C1C"/>
        </w:tc>
        <w:tc>
          <w:tcPr>
            <w:tcW w:w="891" w:type="dxa"/>
          </w:tcPr>
          <w:p w14:paraId="5E7B19F9" w14:textId="77777777" w:rsidR="00174B52" w:rsidRDefault="00174B52" w:rsidP="000B5C1C">
            <w:r>
              <w:t>☐</w:t>
            </w:r>
          </w:p>
        </w:tc>
        <w:tc>
          <w:tcPr>
            <w:tcW w:w="930" w:type="dxa"/>
          </w:tcPr>
          <w:p w14:paraId="33A0600A" w14:textId="77777777" w:rsidR="00174B52" w:rsidRDefault="00174B52" w:rsidP="000B5C1C"/>
        </w:tc>
        <w:tc>
          <w:tcPr>
            <w:tcW w:w="2272" w:type="dxa"/>
          </w:tcPr>
          <w:p w14:paraId="2A913FC4" w14:textId="77777777" w:rsidR="00174B52" w:rsidRDefault="00174B52" w:rsidP="000B5C1C"/>
        </w:tc>
      </w:tr>
    </w:tbl>
    <w:p w14:paraId="7EF077E5" w14:textId="644C6D16" w:rsidR="0056567E" w:rsidRDefault="0056567E"/>
    <w:sectPr w:rsidR="0056567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3191126">
    <w:abstractNumId w:val="8"/>
  </w:num>
  <w:num w:numId="2" w16cid:durableId="373888569">
    <w:abstractNumId w:val="6"/>
  </w:num>
  <w:num w:numId="3" w16cid:durableId="2065522642">
    <w:abstractNumId w:val="5"/>
  </w:num>
  <w:num w:numId="4" w16cid:durableId="1150245963">
    <w:abstractNumId w:val="4"/>
  </w:num>
  <w:num w:numId="5" w16cid:durableId="393311269">
    <w:abstractNumId w:val="7"/>
  </w:num>
  <w:num w:numId="6" w16cid:durableId="30963160">
    <w:abstractNumId w:val="3"/>
  </w:num>
  <w:num w:numId="7" w16cid:durableId="567964028">
    <w:abstractNumId w:val="2"/>
  </w:num>
  <w:num w:numId="8" w16cid:durableId="1018197713">
    <w:abstractNumId w:val="1"/>
  </w:num>
  <w:num w:numId="9" w16cid:durableId="88206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B52"/>
    <w:rsid w:val="001E6FB6"/>
    <w:rsid w:val="0029639D"/>
    <w:rsid w:val="00326F90"/>
    <w:rsid w:val="00337D02"/>
    <w:rsid w:val="0056567E"/>
    <w:rsid w:val="00AA1D8D"/>
    <w:rsid w:val="00B47730"/>
    <w:rsid w:val="00C95301"/>
    <w:rsid w:val="00CB0664"/>
    <w:rsid w:val="00F536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B29D043-C2C6-45AD-ABC4-EF1998634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D613424AD73148A608FA4A84E2DFE9" ma:contentTypeVersion="15" ma:contentTypeDescription="Create a new document." ma:contentTypeScope="" ma:versionID="92c2e3fffd2ec320f2f54fd8a4e5d5da">
  <xsd:schema xmlns:xsd="http://www.w3.org/2001/XMLSchema" xmlns:xs="http://www.w3.org/2001/XMLSchema" xmlns:p="http://schemas.microsoft.com/office/2006/metadata/properties" xmlns:ns2="c0a79cf1-c7e8-4706-be11-a4f2014773d1" xmlns:ns3="ddad6dd6-999c-45a7-8723-a4d0add0a9dc" targetNamespace="http://schemas.microsoft.com/office/2006/metadata/properties" ma:root="true" ma:fieldsID="64a55ebb3629360f6b429fbd4e9cd3ec" ns2:_="" ns3:_="">
    <xsd:import namespace="c0a79cf1-c7e8-4706-be11-a4f2014773d1"/>
    <xsd:import namespace="ddad6dd6-999c-45a7-8723-a4d0add0a9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79cf1-c7e8-4706-be11-a4f201477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0f9c396-4bf0-4a36-86a4-12d549deb1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d6dd6-999c-45a7-8723-a4d0add0a9d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c42732b-1e4e-43ff-a970-55b90c78ce8b}" ma:internalName="TaxCatchAll" ma:showField="CatchAllData" ma:web="ddad6dd6-999c-45a7-8723-a4d0add0a9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ad6dd6-999c-45a7-8723-a4d0add0a9dc" xsi:nil="true"/>
    <lcf76f155ced4ddcb4097134ff3c332f xmlns="c0a79cf1-c7e8-4706-be11-a4f2014773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887010-AA20-441F-99D5-7656D99C581E}"/>
</file>

<file path=customXml/itemProps3.xml><?xml version="1.0" encoding="utf-8"?>
<ds:datastoreItem xmlns:ds="http://schemas.openxmlformats.org/officeDocument/2006/customXml" ds:itemID="{038611B1-A4D5-41D7-BE98-545AB72356D2}"/>
</file>

<file path=customXml/itemProps4.xml><?xml version="1.0" encoding="utf-8"?>
<ds:datastoreItem xmlns:ds="http://schemas.openxmlformats.org/officeDocument/2006/customXml" ds:itemID="{BEF83D31-124F-4196-B46B-A5113145CD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Hedman - Alviks IK</cp:lastModifiedBy>
  <cp:revision>5</cp:revision>
  <dcterms:created xsi:type="dcterms:W3CDTF">2013-12-23T23:15:00Z</dcterms:created>
  <dcterms:modified xsi:type="dcterms:W3CDTF">2026-06-09T11:59:00Z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0x010100A9D613424AD73148A608FA4A84E2DFE9</vt:lpwstr>
  </property>
</Properties>
</file>