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comments+xml" PartName="/word/comments.xml"/>
  <Override ContentType="application/vnd.openxmlformats-officedocument.wordprocessingml.commentsExtended+xml" PartName="/word/commentsExtended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r w:rsidDel="00000000" w:rsidR="00000000" w:rsidRPr="00000000">
        <w:rPr>
          <w:rtl w:val="0"/>
        </w:rPr>
        <w:t xml:space="preserve">Modul 1 – Föreningen &amp; Organisation</w:t>
      </w:r>
    </w:p>
    <w:p w:rsidR="00000000" w:rsidDel="00000000" w:rsidP="00000000" w:rsidRDefault="00000000" w:rsidRPr="00000000" w14:paraId="00000002">
      <w:pPr>
        <w:pStyle w:val="Heading2"/>
        <w:rPr/>
      </w:pPr>
      <w:r w:rsidDel="00000000" w:rsidR="00000000" w:rsidRPr="00000000">
        <w:rPr>
          <w:rtl w:val="0"/>
        </w:rPr>
        <w:t xml:space="preserve">1.1 ÅS IF:s plats i fotbollens värld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ÅS IF är en breddförening med ambitionen att erbjuda fotboll för alla, oavsett ålder, kön, bakgrund eller ambition. Vår roll är att skapa en trygg och inkluderande miljö där glädje, gemenskap och utveckling står i centrum.</w:t>
      </w:r>
    </w:p>
    <w:p w:rsidR="00000000" w:rsidDel="00000000" w:rsidP="00000000" w:rsidRDefault="00000000" w:rsidRPr="00000000" w14:paraId="00000004">
      <w:pPr>
        <w:pStyle w:val="Heading2"/>
        <w:rPr/>
      </w:pPr>
      <w:r w:rsidDel="00000000" w:rsidR="00000000" w:rsidRPr="00000000">
        <w:rPr>
          <w:rtl w:val="0"/>
        </w:rPr>
        <w:t xml:space="preserve">1.2 Vision &amp; värdegrund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Vi följer Svenska Fotbollförbundets riktlinjer för barn- och ungdomsfotboll och Riksidrottsförbundets värdegrund.</w:t>
        <w:br w:type="textWrapping"/>
        <w:br w:type="textWrapping"/>
        <w:t xml:space="preserve">Vår vision är att:</w:t>
        <w:br w:type="textWrapping"/>
        <w:t xml:space="preserve">- så många som möjligt ska spela fotboll i ÅS IF</w:t>
        <w:br w:type="textWrapping"/>
        <w:t xml:space="preserve">- så länge som möjligt</w:t>
        <w:br w:type="textWrapping"/>
        <w:t xml:space="preserve">- i en så bra verksamhet som möjligt</w:t>
        <w:br w:type="textWrapping"/>
        <w:br w:type="textWrapping"/>
      </w:r>
      <w:sdt>
        <w:sdtPr>
          <w:id w:val="-613576665"/>
          <w:tag w:val="goog_rdk_0"/>
        </w:sdtPr>
        <w:sdtContent>
          <w:commentRangeStart w:id="0"/>
        </w:sdtContent>
      </w:sdt>
      <w:r w:rsidDel="00000000" w:rsidR="00000000" w:rsidRPr="00000000">
        <w:rPr>
          <w:rtl w:val="0"/>
        </w:rPr>
        <w:t xml:space="preserve">Vår</w:t>
      </w:r>
      <w:commentRangeEnd w:id="0"/>
      <w:r w:rsidDel="00000000" w:rsidR="00000000" w:rsidRPr="00000000">
        <w:commentReference w:id="0"/>
      </w:r>
      <w:r w:rsidDel="00000000" w:rsidR="00000000" w:rsidRPr="00000000">
        <w:rPr>
          <w:rtl w:val="0"/>
        </w:rPr>
        <w:t xml:space="preserve"> värdegrund vilar på fyra principer:</w:t>
        <w:br w:type="textWrapping"/>
        <w:t xml:space="preserve">1. Glädje – Fotboll ska vara roligt.</w:t>
        <w:br w:type="textWrapping"/>
        <w:t xml:space="preserve">2. Gemenskap – Alla ska känna sig välkomna och delaktiga.</w:t>
        <w:br w:type="textWrapping"/>
        <w:t xml:space="preserve">3. Utveckling – Alla ska få möjlighet att utvecklas utifrån sina egna förutsättningar.</w:t>
        <w:br w:type="textWrapping"/>
        <w:t xml:space="preserve">4. Trygghet – En miljö fri från kränkningar och osunda krav.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Vår fotbollsfilosofi är att alla spelare ska få en trygg fotbollsgrund att stå på.</w:t>
      </w:r>
    </w:p>
    <w:p w:rsidR="00000000" w:rsidDel="00000000" w:rsidP="00000000" w:rsidRDefault="00000000" w:rsidRPr="00000000" w14:paraId="00000007">
      <w:pPr>
        <w:pStyle w:val="Heading2"/>
        <w:rPr/>
      </w:pPr>
      <w:r w:rsidDel="00000000" w:rsidR="00000000" w:rsidRPr="00000000">
        <w:rPr>
          <w:rtl w:val="0"/>
        </w:rPr>
        <w:t xml:space="preserve">1.3 Organisation &amp; roller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ÅS IF:s organisation bygger på delaktighet och samarbete:</w:t>
        <w:br w:type="textWrapping"/>
        <w:t xml:space="preserve">- Styrelsen – Har det övergripande ansvaret för hela föreningen</w:t>
        <w:br w:type="textWrapping"/>
        <w:t xml:space="preserve">- Fotbollssektionen – Leder och utvecklar fotbollsverksamheten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-Fotbollsverksamheten drivs ideellt av föräldrar och andra intresserade</w:t>
        <w:br w:type="textWrapping"/>
      </w:r>
      <w:r w:rsidDel="00000000" w:rsidR="00000000" w:rsidRPr="00000000">
        <w:rPr>
          <w:rtl w:val="0"/>
        </w:rPr>
        <w:t xml:space="preserve">-Forum där ledare i olika funktioner träffas, delar erfarenheter och stöttar varandra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2"/>
        <w:rPr/>
      </w:pPr>
      <w:r w:rsidDel="00000000" w:rsidR="00000000" w:rsidRPr="00000000">
        <w:rPr>
          <w:rtl w:val="0"/>
        </w:rPr>
        <w:t xml:space="preserve">1.4 Demokrati &amp; kultur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ÅS IF är en ideell förening och bygger på allas engagemang:</w:t>
        <w:br w:type="textWrapping"/>
        <w:t xml:space="preserve">- Viktiga beslut tas demokratiskt i styrelsen och på årsmötet</w:t>
        <w:br w:type="textWrapping"/>
        <w:t xml:space="preserve">- Alla medlemmar har rätt att delta, påverka och bidra</w:t>
        <w:br w:type="textWrapping"/>
        <w:t xml:space="preserve">- Vi värnar en kultur där engagemang är roligt och där vi uppskattar alla insatser – stora som små</w:t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comments.xml><?xml version="1.0" encoding="utf-8"?>
<w:comme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comment w:author="ÅS IF Fotboll" w:id="0" w:date="2025-08-28T14:33:42Z"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Dokumentet "Summering" beskriver inte samma fyra ord. Ensning för tydlighet :)</w:t>
      </w:r>
    </w:p>
  </w:comment>
</w:comments>
</file>

<file path=word/commentsExtended.xml><?xml version="1.0" encoding="utf-8"?>
<w15:commentsEx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15:commentEx w15:paraId="0000000C" w15:done="0"/>
</w15:commentsEx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comments" Target="comments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Jn0PTQ6AqZYv2XIioVAqn8l29g==">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