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B5568" w14:textId="77777777" w:rsidR="00655086" w:rsidRPr="001D5FC7" w:rsidRDefault="00000000" w:rsidP="00F63E2D">
      <w:pPr>
        <w:pStyle w:val="Title"/>
        <w:rPr>
          <w:lang w:val="sv-SE"/>
        </w:rPr>
      </w:pPr>
      <w:r w:rsidRPr="001D5FC7">
        <w:rPr>
          <w:lang w:val="sv-SE"/>
        </w:rPr>
        <w:t>Rutin för domartillsättning</w:t>
      </w:r>
      <w:r>
        <w:rPr>
          <w:lang w:val="sv-SE"/>
        </w:rPr>
        <w:t>, Matchledare</w:t>
      </w:r>
      <w:r w:rsidRPr="001D5FC7">
        <w:rPr>
          <w:lang w:val="sv-SE"/>
        </w:rPr>
        <w:t xml:space="preserve"> och </w:t>
      </w:r>
      <w:r w:rsidR="00F63E2D" w:rsidRPr="00F63E2D">
        <w:rPr>
          <w:lang w:val="sv-SE"/>
        </w:rPr>
        <w:t>arvode</w:t>
      </w:r>
    </w:p>
    <w:p w14:paraId="2B7791FA" w14:textId="77777777" w:rsidR="00D144A4" w:rsidRPr="001D5FC7" w:rsidRDefault="00000000">
      <w:pPr>
        <w:rPr>
          <w:lang w:val="sv-SE"/>
        </w:rPr>
      </w:pPr>
      <w:r w:rsidRPr="001D5FC7">
        <w:rPr>
          <w:b/>
          <w:lang w:val="sv-SE"/>
        </w:rPr>
        <w:t>Mälarö Hockeyförening</w:t>
      </w:r>
    </w:p>
    <w:p w14:paraId="2527FA37" w14:textId="77777777" w:rsidR="00D144A4" w:rsidRPr="001D5FC7" w:rsidRDefault="00000000">
      <w:pPr>
        <w:rPr>
          <w:lang w:val="sv-SE"/>
        </w:rPr>
      </w:pPr>
      <w:r w:rsidRPr="001D5FC7">
        <w:rPr>
          <w:lang w:val="sv-SE"/>
        </w:rPr>
        <w:t>Rutinen gäller för helplansmatcher och poolspel under försäsong, ordinarie säsong och cuper. Tillsättning, registrering, godkännande och utbetalning sker enligt samma rutin oavsett när matcherna spelas.</w:t>
      </w:r>
    </w:p>
    <w:p w14:paraId="780FC248" w14:textId="77777777" w:rsidR="00655086" w:rsidRPr="001D5FC7" w:rsidRDefault="00000000" w:rsidP="001A067E">
      <w:pPr>
        <w:rPr>
          <w:lang w:val="sv-SE"/>
        </w:rPr>
      </w:pPr>
      <w:r w:rsidRPr="001D5FC7">
        <w:rPr>
          <w:b/>
          <w:lang w:val="sv-SE"/>
        </w:rPr>
        <w:t xml:space="preserve">Vid försäsong och cuper belastar domar- och </w:t>
      </w:r>
      <w:r w:rsidR="005D7E28" w:rsidRPr="005D7E28">
        <w:rPr>
          <w:b/>
          <w:bCs/>
          <w:lang w:val="sv-SE"/>
        </w:rPr>
        <w:t>matchledararvodena</w:t>
      </w:r>
      <w:r w:rsidRPr="001D5FC7">
        <w:rPr>
          <w:b/>
          <w:lang w:val="sv-SE"/>
        </w:rPr>
        <w:t xml:space="preserve"> respektive lagkassa. </w:t>
      </w:r>
      <w:r w:rsidRPr="001D5FC7">
        <w:rPr>
          <w:lang w:val="sv-SE"/>
        </w:rPr>
        <w:t>Föreningens ekonomiansvariga hanterar fortfarande utbetalningen.</w:t>
      </w:r>
    </w:p>
    <w:p w14:paraId="45F07498" w14:textId="77777777" w:rsidR="00D144A4" w:rsidRPr="001D5FC7" w:rsidRDefault="00000000">
      <w:pPr>
        <w:pStyle w:val="Heading1"/>
        <w:rPr>
          <w:lang w:val="sv-SE"/>
        </w:rPr>
      </w:pPr>
      <w:r w:rsidRPr="001D5FC7">
        <w:rPr>
          <w:lang w:val="sv-SE"/>
        </w:rPr>
        <w:t>Helplansmatcher</w:t>
      </w:r>
    </w:p>
    <w:p w14:paraId="34B5CE93" w14:textId="650AE7AA" w:rsidR="00D144A4" w:rsidRPr="003850E7" w:rsidRDefault="00000000" w:rsidP="003850E7">
      <w:pPr>
        <w:pStyle w:val="ListParagraph"/>
        <w:numPr>
          <w:ilvl w:val="0"/>
          <w:numId w:val="12"/>
        </w:numPr>
        <w:rPr>
          <w:lang w:val="sv-SE"/>
        </w:rPr>
      </w:pPr>
      <w:r w:rsidRPr="003850E7">
        <w:rPr>
          <w:b/>
          <w:lang w:val="sv-SE"/>
        </w:rPr>
        <w:t xml:space="preserve">Tillsättning och registrering </w:t>
      </w:r>
      <w:r w:rsidRPr="003850E7">
        <w:rPr>
          <w:lang w:val="sv-SE"/>
        </w:rPr>
        <w:t xml:space="preserve">Föreningens domaransvariga </w:t>
      </w:r>
      <w:r w:rsidR="005B4B9A">
        <w:rPr>
          <w:lang w:val="sv-SE"/>
        </w:rPr>
        <w:t xml:space="preserve">(DAIF) </w:t>
      </w:r>
      <w:r w:rsidRPr="003850E7">
        <w:rPr>
          <w:lang w:val="sv-SE"/>
        </w:rPr>
        <w:t>ansvarar för att seriematcherna importeras till TSM och att domare tillsätts. Vid försäsong och cuper lämnar lagledaren matchuppgifter till domaransvariga för registrering och tillsättning i TSM.</w:t>
      </w:r>
      <w:r w:rsidR="003850E7">
        <w:rPr>
          <w:lang w:val="sv-SE"/>
        </w:rPr>
        <w:br/>
      </w:r>
    </w:p>
    <w:p w14:paraId="690445BF" w14:textId="3CFEFF15" w:rsidR="008905C2" w:rsidRDefault="00000000" w:rsidP="008905C2">
      <w:pPr>
        <w:pStyle w:val="ListParagraph"/>
        <w:numPr>
          <w:ilvl w:val="0"/>
          <w:numId w:val="12"/>
        </w:numPr>
        <w:rPr>
          <w:lang w:val="sv-SE"/>
        </w:rPr>
      </w:pPr>
      <w:r w:rsidRPr="003850E7">
        <w:rPr>
          <w:b/>
          <w:lang w:val="sv-SE"/>
        </w:rPr>
        <w:t xml:space="preserve">Registrering av </w:t>
      </w:r>
      <w:r w:rsidR="003850E7">
        <w:rPr>
          <w:b/>
          <w:bCs/>
          <w:lang w:val="sv-SE"/>
        </w:rPr>
        <w:t>domararvode</w:t>
      </w:r>
      <w:r w:rsidR="00663596" w:rsidRPr="003850E7">
        <w:rPr>
          <w:b/>
          <w:bCs/>
          <w:lang w:val="sv-SE"/>
        </w:rPr>
        <w:t xml:space="preserve"> </w:t>
      </w:r>
      <w:r w:rsidRPr="003850E7">
        <w:rPr>
          <w:lang w:val="sv-SE"/>
        </w:rPr>
        <w:t>Efter genomförd match registrerar domarna si</w:t>
      </w:r>
      <w:r w:rsidR="00666008">
        <w:rPr>
          <w:lang w:val="sv-SE"/>
        </w:rPr>
        <w:t>tt arvode</w:t>
      </w:r>
      <w:r w:rsidRPr="003850E7">
        <w:rPr>
          <w:lang w:val="sv-SE"/>
        </w:rPr>
        <w:t xml:space="preserve"> i Clever Service.</w:t>
      </w:r>
      <w:r w:rsidR="00F64D4D" w:rsidRPr="003850E7">
        <w:rPr>
          <w:lang w:val="sv-SE"/>
        </w:rPr>
        <w:t xml:space="preserve"> </w:t>
      </w:r>
      <w:r w:rsidR="008905C2">
        <w:rPr>
          <w:lang w:val="sv-SE"/>
        </w:rPr>
        <w:br/>
      </w:r>
    </w:p>
    <w:p w14:paraId="05B36AF7" w14:textId="4B2C3474" w:rsidR="008905C2" w:rsidRDefault="00000000" w:rsidP="00BD4EA2">
      <w:pPr>
        <w:pStyle w:val="ListParagraph"/>
        <w:numPr>
          <w:ilvl w:val="0"/>
          <w:numId w:val="12"/>
        </w:numPr>
        <w:rPr>
          <w:lang w:val="sv-SE"/>
        </w:rPr>
      </w:pPr>
      <w:r w:rsidRPr="008905C2">
        <w:rPr>
          <w:b/>
          <w:lang w:val="sv-SE"/>
        </w:rPr>
        <w:t xml:space="preserve">Godkännande </w:t>
      </w:r>
      <w:r w:rsidRPr="008905C2">
        <w:rPr>
          <w:lang w:val="sv-SE"/>
        </w:rPr>
        <w:t xml:space="preserve">Föreningens domaransvariga kontrollerar och godkänner </w:t>
      </w:r>
      <w:r w:rsidR="00666008">
        <w:rPr>
          <w:lang w:val="sv-SE"/>
        </w:rPr>
        <w:t>arvode</w:t>
      </w:r>
      <w:r w:rsidRPr="008905C2">
        <w:rPr>
          <w:lang w:val="sv-SE"/>
        </w:rPr>
        <w:t xml:space="preserve"> i Clever Service.</w:t>
      </w:r>
      <w:r w:rsidR="008905C2">
        <w:rPr>
          <w:lang w:val="sv-SE"/>
        </w:rPr>
        <w:br/>
      </w:r>
    </w:p>
    <w:p w14:paraId="5494B18A" w14:textId="77777777" w:rsidR="00655086" w:rsidRPr="001D5FC7" w:rsidRDefault="00000000" w:rsidP="002939B6">
      <w:pPr>
        <w:pStyle w:val="ListParagraph"/>
        <w:numPr>
          <w:ilvl w:val="0"/>
          <w:numId w:val="12"/>
        </w:numPr>
        <w:rPr>
          <w:lang w:val="sv-SE"/>
        </w:rPr>
      </w:pPr>
      <w:r w:rsidRPr="008905C2">
        <w:rPr>
          <w:b/>
          <w:lang w:val="sv-SE"/>
        </w:rPr>
        <w:t xml:space="preserve">Utbetalning </w:t>
      </w:r>
      <w:r w:rsidRPr="008905C2">
        <w:rPr>
          <w:lang w:val="sv-SE"/>
        </w:rPr>
        <w:t xml:space="preserve">Föreningens ekonomiansvariga betalar ut </w:t>
      </w:r>
      <w:r w:rsidR="002939B6" w:rsidRPr="002939B6">
        <w:rPr>
          <w:lang w:val="sv-SE"/>
        </w:rPr>
        <w:t>arvodena</w:t>
      </w:r>
      <w:r w:rsidRPr="008905C2">
        <w:rPr>
          <w:lang w:val="sv-SE"/>
        </w:rPr>
        <w:t xml:space="preserve"> </w:t>
      </w:r>
      <w:r w:rsidRPr="008905C2">
        <w:rPr>
          <w:lang w:val="sv-SE"/>
        </w:rPr>
        <w:t xml:space="preserve">inom fem arbetsdagar efter att </w:t>
      </w:r>
      <w:r>
        <w:rPr>
          <w:lang w:val="sv-SE"/>
        </w:rPr>
        <w:t xml:space="preserve">matchen </w:t>
      </w:r>
      <w:r w:rsidRPr="008905C2">
        <w:rPr>
          <w:lang w:val="sv-SE"/>
        </w:rPr>
        <w:t>godkänts i Clever Service.</w:t>
      </w:r>
    </w:p>
    <w:p w14:paraId="262E10E2" w14:textId="77777777" w:rsidR="00D144A4" w:rsidRPr="001D5FC7" w:rsidRDefault="00000000">
      <w:pPr>
        <w:pStyle w:val="Heading1"/>
        <w:rPr>
          <w:lang w:val="sv-SE"/>
        </w:rPr>
      </w:pPr>
      <w:r w:rsidRPr="001D5FC7">
        <w:rPr>
          <w:lang w:val="sv-SE"/>
        </w:rPr>
        <w:t>Poolspel</w:t>
      </w:r>
    </w:p>
    <w:p w14:paraId="57C7433C" w14:textId="77777777" w:rsidR="003D2456" w:rsidRPr="003D2456" w:rsidRDefault="00000000" w:rsidP="002748F8">
      <w:pPr>
        <w:pStyle w:val="ListParagraph"/>
        <w:numPr>
          <w:ilvl w:val="0"/>
          <w:numId w:val="10"/>
        </w:numPr>
        <w:rPr>
          <w:lang w:val="sv-SE"/>
        </w:rPr>
      </w:pPr>
      <w:r w:rsidRPr="008C7771">
        <w:rPr>
          <w:b/>
          <w:lang w:val="sv-SE"/>
        </w:rPr>
        <w:t>Tillsättning av matchledare</w:t>
      </w:r>
      <w:r w:rsidR="00776A5E">
        <w:rPr>
          <w:b/>
          <w:lang w:val="sv-SE"/>
        </w:rPr>
        <w:t xml:space="preserve">: </w:t>
      </w:r>
    </w:p>
    <w:p w14:paraId="1FCEFC50" w14:textId="3D99FE8D" w:rsidR="008C7771" w:rsidRPr="008C7771" w:rsidRDefault="00000000" w:rsidP="003D2456">
      <w:pPr>
        <w:pStyle w:val="ListParagraph"/>
        <w:numPr>
          <w:ilvl w:val="1"/>
          <w:numId w:val="10"/>
        </w:numPr>
        <w:rPr>
          <w:lang w:val="sv-SE"/>
        </w:rPr>
      </w:pPr>
      <w:r w:rsidRPr="008C7771">
        <w:rPr>
          <w:lang w:val="sv-SE"/>
        </w:rPr>
        <w:t>Respektive lagledare bokar matchledare till lagets poolspel utifrån föreningens lista över utbildade ungdomar.</w:t>
      </w:r>
      <w:r w:rsidR="00260B8D">
        <w:rPr>
          <w:lang w:val="sv-SE"/>
        </w:rPr>
        <w:br/>
      </w:r>
    </w:p>
    <w:p w14:paraId="37B3030B" w14:textId="77777777" w:rsidR="00A1321D" w:rsidRPr="00A1321D" w:rsidRDefault="00000000" w:rsidP="007C2AA0">
      <w:pPr>
        <w:pStyle w:val="ListParagraph"/>
        <w:numPr>
          <w:ilvl w:val="0"/>
          <w:numId w:val="10"/>
        </w:numPr>
        <w:rPr>
          <w:lang w:val="sv-SE"/>
        </w:rPr>
      </w:pPr>
      <w:r w:rsidRPr="00260B8D">
        <w:rPr>
          <w:b/>
          <w:bCs/>
          <w:lang w:val="sv-SE"/>
        </w:rPr>
        <w:t>Antal matcher, pauser och ersättning</w:t>
      </w:r>
    </w:p>
    <w:p w14:paraId="66D06080" w14:textId="77777777" w:rsidR="00A1321D" w:rsidRDefault="00000000" w:rsidP="00A1321D">
      <w:pPr>
        <w:pStyle w:val="ListParagraph"/>
        <w:numPr>
          <w:ilvl w:val="1"/>
          <w:numId w:val="10"/>
        </w:numPr>
        <w:rPr>
          <w:lang w:val="sv-SE"/>
        </w:rPr>
      </w:pPr>
      <w:r w:rsidRPr="00260B8D">
        <w:rPr>
          <w:lang w:val="sv-SE"/>
        </w:rPr>
        <w:t xml:space="preserve">Det finns inga fastställda riktlinjer för hur många poolspelsmatcher en matchledare kan genomföra under samma dag. </w:t>
      </w:r>
    </w:p>
    <w:p w14:paraId="68201B00" w14:textId="77777777" w:rsidR="00A1321D" w:rsidRDefault="00000000" w:rsidP="00A1321D">
      <w:pPr>
        <w:pStyle w:val="ListParagraph"/>
        <w:numPr>
          <w:ilvl w:val="1"/>
          <w:numId w:val="10"/>
        </w:numPr>
        <w:rPr>
          <w:lang w:val="sv-SE"/>
        </w:rPr>
      </w:pPr>
      <w:r w:rsidRPr="00260B8D">
        <w:rPr>
          <w:lang w:val="sv-SE"/>
        </w:rPr>
        <w:t xml:space="preserve">Lagledaren ska dock, i samråd med matchledaren, säkerställa att det finns tillräckliga pauser för att hinna äta och återhämta sig. </w:t>
      </w:r>
    </w:p>
    <w:p w14:paraId="39374964" w14:textId="6312ED22" w:rsidR="00260B8D" w:rsidRDefault="00000000" w:rsidP="00A1321D">
      <w:pPr>
        <w:pStyle w:val="ListParagraph"/>
        <w:numPr>
          <w:ilvl w:val="1"/>
          <w:numId w:val="10"/>
        </w:numPr>
        <w:rPr>
          <w:lang w:val="sv-SE"/>
        </w:rPr>
      </w:pPr>
      <w:r w:rsidRPr="00260B8D">
        <w:rPr>
          <w:lang w:val="sv-SE"/>
        </w:rPr>
        <w:t xml:space="preserve">Ersättningen vid poolspel är </w:t>
      </w:r>
      <w:r w:rsidR="00A474D9" w:rsidRPr="00260B8D">
        <w:rPr>
          <w:lang w:val="sv-SE"/>
        </w:rPr>
        <w:t xml:space="preserve">85 kr per match för U9, U10 och U10F samt </w:t>
      </w:r>
      <w:r w:rsidRPr="00260B8D">
        <w:rPr>
          <w:lang w:val="sv-SE"/>
        </w:rPr>
        <w:t>95 kr per match</w:t>
      </w:r>
      <w:r w:rsidR="00A474D9" w:rsidRPr="00260B8D">
        <w:rPr>
          <w:lang w:val="sv-SE"/>
        </w:rPr>
        <w:t xml:space="preserve"> för resterande lag</w:t>
      </w:r>
      <w:r w:rsidRPr="00260B8D">
        <w:rPr>
          <w:lang w:val="sv-SE"/>
        </w:rPr>
        <w:t>.</w:t>
      </w:r>
      <w:r w:rsidR="00260B8D">
        <w:rPr>
          <w:lang w:val="sv-SE"/>
        </w:rPr>
        <w:br/>
      </w:r>
    </w:p>
    <w:p w14:paraId="3A46C5A5" w14:textId="1F952EF6" w:rsidR="007C2AA0" w:rsidRPr="00260B8D" w:rsidRDefault="00000000" w:rsidP="007C2AA0">
      <w:pPr>
        <w:pStyle w:val="ListParagraph"/>
        <w:numPr>
          <w:ilvl w:val="0"/>
          <w:numId w:val="10"/>
        </w:numPr>
        <w:rPr>
          <w:lang w:val="sv-SE"/>
        </w:rPr>
      </w:pPr>
      <w:r w:rsidRPr="00260B8D">
        <w:rPr>
          <w:lang w:val="sv-SE"/>
        </w:rPr>
        <w:t>Lagledaren mejlar tillsättningarna till föreningens domaransvariga</w:t>
      </w:r>
      <w:r w:rsidR="00107743" w:rsidRPr="00260B8D">
        <w:rPr>
          <w:lang w:val="sv-SE"/>
        </w:rPr>
        <w:t xml:space="preserve"> </w:t>
      </w:r>
      <w:r w:rsidR="00D560FF" w:rsidRPr="00260B8D">
        <w:rPr>
          <w:lang w:val="sv-SE"/>
        </w:rPr>
        <w:t>(3dagar innan genomförande)</w:t>
      </w:r>
    </w:p>
    <w:p w14:paraId="443D40F9" w14:textId="77777777" w:rsidR="008C7771" w:rsidRDefault="00000000" w:rsidP="007C2AA0">
      <w:pPr>
        <w:pStyle w:val="ListParagraph"/>
        <w:numPr>
          <w:ilvl w:val="1"/>
          <w:numId w:val="10"/>
        </w:numPr>
        <w:rPr>
          <w:lang w:val="sv-SE"/>
        </w:rPr>
      </w:pPr>
      <w:r w:rsidRPr="007C2AA0">
        <w:rPr>
          <w:lang w:val="sv-SE"/>
        </w:rPr>
        <w:t>Underlaget ska innehålla lag, datum, tider, spelplats och namn på matchledarna</w:t>
      </w:r>
      <w:r w:rsidR="0011180F">
        <w:rPr>
          <w:lang w:val="sv-SE"/>
        </w:rPr>
        <w:t xml:space="preserve"> och domarnummer </w:t>
      </w:r>
    </w:p>
    <w:p w14:paraId="341244B1" w14:textId="3B141218" w:rsidR="000752EE" w:rsidRDefault="00000000" w:rsidP="002748F8">
      <w:pPr>
        <w:pStyle w:val="ListParagraph"/>
        <w:numPr>
          <w:ilvl w:val="1"/>
          <w:numId w:val="10"/>
        </w:numPr>
        <w:rPr>
          <w:lang w:val="sv-SE"/>
        </w:rPr>
      </w:pPr>
      <w:r w:rsidRPr="007C2AA0">
        <w:rPr>
          <w:lang w:val="sv-SE"/>
        </w:rPr>
        <w:t>Domaransvariga registrerar därefter tillsättningarna</w:t>
      </w:r>
      <w:r w:rsidR="00A1321D">
        <w:rPr>
          <w:lang w:val="sv-SE"/>
        </w:rPr>
        <w:t xml:space="preserve"> och de visas sedan </w:t>
      </w:r>
      <w:r w:rsidR="005236FC">
        <w:rPr>
          <w:lang w:val="sv-SE"/>
        </w:rPr>
        <w:t>i clever service</w:t>
      </w:r>
      <w:r w:rsidR="00A1321D">
        <w:rPr>
          <w:lang w:val="sv-SE"/>
        </w:rPr>
        <w:t>. M</w:t>
      </w:r>
      <w:r w:rsidR="005236FC">
        <w:rPr>
          <w:lang w:val="sv-SE"/>
        </w:rPr>
        <w:t xml:space="preserve">atchen </w:t>
      </w:r>
      <w:r w:rsidR="00A1321D">
        <w:rPr>
          <w:lang w:val="sv-SE"/>
        </w:rPr>
        <w:t xml:space="preserve"> visas då som tillsatt och grön och namnen syns</w:t>
      </w:r>
      <w:r w:rsidR="005236FC">
        <w:rPr>
          <w:lang w:val="sv-SE"/>
        </w:rPr>
        <w:t xml:space="preserve"> längst till höger </w:t>
      </w:r>
      <w:r w:rsidR="000752EE">
        <w:rPr>
          <w:lang w:val="sv-SE"/>
        </w:rPr>
        <w:t>på varje matchrad.</w:t>
      </w:r>
      <w:r w:rsidR="00A1321D">
        <w:rPr>
          <w:lang w:val="sv-SE"/>
        </w:rPr>
        <w:br/>
      </w:r>
    </w:p>
    <w:p w14:paraId="6412F2D1" w14:textId="398D6ED7" w:rsidR="00A1321D" w:rsidRDefault="00A1321D" w:rsidP="00A1321D">
      <w:pPr>
        <w:pStyle w:val="ListParagraph"/>
        <w:numPr>
          <w:ilvl w:val="0"/>
          <w:numId w:val="10"/>
        </w:numPr>
        <w:rPr>
          <w:lang w:val="sv-SE"/>
        </w:rPr>
      </w:pPr>
      <w:r>
        <w:rPr>
          <w:lang w:val="sv-SE"/>
        </w:rPr>
        <w:t xml:space="preserve">Matchledare </w:t>
      </w:r>
      <w:r w:rsidR="00EB5DEC">
        <w:rPr>
          <w:lang w:val="sv-SE"/>
        </w:rPr>
        <w:t xml:space="preserve">uppmanas att gå in </w:t>
      </w:r>
      <w:r w:rsidR="00E76B2D">
        <w:rPr>
          <w:lang w:val="sv-SE"/>
        </w:rPr>
        <w:t xml:space="preserve">i clever service på sina </w:t>
      </w:r>
      <w:r w:rsidRPr="006F6CE0">
        <w:rPr>
          <w:lang w:val="sv-SE"/>
        </w:rPr>
        <w:t>poolspel</w:t>
      </w:r>
      <w:r w:rsidR="00E76B2D">
        <w:rPr>
          <w:lang w:val="sv-SE"/>
        </w:rPr>
        <w:t xml:space="preserve"> och</w:t>
      </w:r>
      <w:r w:rsidRPr="006F6CE0">
        <w:rPr>
          <w:lang w:val="sv-SE"/>
        </w:rPr>
        <w:t xml:space="preserve"> registrera</w:t>
      </w:r>
      <w:r w:rsidR="00E76B2D">
        <w:rPr>
          <w:lang w:val="sv-SE"/>
        </w:rPr>
        <w:t xml:space="preserve"> och kontrollera sitt arvode</w:t>
      </w:r>
      <w:r w:rsidRPr="006F6CE0">
        <w:rPr>
          <w:lang w:val="sv-SE"/>
        </w:rPr>
        <w:t xml:space="preserve"> </w:t>
      </w:r>
      <w:r w:rsidR="00E76B2D">
        <w:rPr>
          <w:lang w:val="sv-SE"/>
        </w:rPr>
        <w:t>därefter</w:t>
      </w:r>
      <w:r w:rsidRPr="006F6CE0">
        <w:rPr>
          <w:lang w:val="sv-SE"/>
        </w:rPr>
        <w:t xml:space="preserve"> visas Kvitto ifyllt på varje matchrad.</w:t>
      </w:r>
    </w:p>
    <w:p w14:paraId="45FA3995" w14:textId="77777777" w:rsidR="00A1321D" w:rsidRPr="00C25930" w:rsidRDefault="00A1321D" w:rsidP="00A1321D">
      <w:pPr>
        <w:pStyle w:val="ListParagraph"/>
        <w:numPr>
          <w:ilvl w:val="1"/>
          <w:numId w:val="10"/>
        </w:numPr>
        <w:rPr>
          <w:lang w:val="sv-SE"/>
        </w:rPr>
      </w:pPr>
      <w:hyperlink r:id="rId8" w:history="1">
        <w:r w:rsidRPr="00C25930">
          <w:rPr>
            <w:rStyle w:val="Hyperlink"/>
            <w:lang w:val="sv-SE"/>
          </w:rPr>
          <w:t>Instruktionsfilm för registrering av ersättning</w:t>
        </w:r>
      </w:hyperlink>
    </w:p>
    <w:p w14:paraId="6E442A21" w14:textId="3BE1FF89" w:rsidR="002748F8" w:rsidRDefault="002748F8" w:rsidP="000752EE">
      <w:pPr>
        <w:pStyle w:val="ListParagraph"/>
        <w:ind w:left="1440"/>
        <w:rPr>
          <w:lang w:val="sv-SE"/>
        </w:rPr>
      </w:pPr>
    </w:p>
    <w:p w14:paraId="074B985A" w14:textId="77777777" w:rsidR="0057143F" w:rsidRPr="0057143F" w:rsidRDefault="00FB7A06" w:rsidP="006F6CE0">
      <w:pPr>
        <w:pStyle w:val="ListParagraph"/>
        <w:numPr>
          <w:ilvl w:val="0"/>
          <w:numId w:val="10"/>
        </w:numPr>
        <w:rPr>
          <w:lang w:val="sv-SE"/>
        </w:rPr>
      </w:pPr>
      <w:r w:rsidRPr="002748F8">
        <w:rPr>
          <w:b/>
          <w:bCs/>
          <w:lang w:val="sv-SE"/>
        </w:rPr>
        <w:t>Ändring</w:t>
      </w:r>
      <w:r w:rsidR="0057143F">
        <w:rPr>
          <w:b/>
          <w:bCs/>
          <w:lang w:val="sv-SE"/>
        </w:rPr>
        <w:t xml:space="preserve"> av matchledare</w:t>
      </w:r>
      <w:r w:rsidRPr="002748F8">
        <w:rPr>
          <w:b/>
          <w:bCs/>
          <w:lang w:val="sv-SE"/>
        </w:rPr>
        <w:t xml:space="preserve"> med kort varsel </w:t>
      </w:r>
    </w:p>
    <w:p w14:paraId="1297BED9" w14:textId="70E72A29" w:rsidR="006F6CE0" w:rsidRDefault="0057143F" w:rsidP="0057143F">
      <w:pPr>
        <w:pStyle w:val="ListParagraph"/>
        <w:numPr>
          <w:ilvl w:val="1"/>
          <w:numId w:val="10"/>
        </w:numPr>
        <w:rPr>
          <w:lang w:val="sv-SE"/>
        </w:rPr>
      </w:pPr>
      <w:r>
        <w:rPr>
          <w:lang w:val="sv-SE"/>
        </w:rPr>
        <w:t>L</w:t>
      </w:r>
      <w:r w:rsidR="00FB7A06" w:rsidRPr="002748F8">
        <w:rPr>
          <w:lang w:val="sv-SE"/>
        </w:rPr>
        <w:t>agledaren skicka</w:t>
      </w:r>
      <w:r>
        <w:rPr>
          <w:lang w:val="sv-SE"/>
        </w:rPr>
        <w:t xml:space="preserve">r </w:t>
      </w:r>
      <w:r w:rsidR="00FB7A06" w:rsidRPr="002748F8">
        <w:rPr>
          <w:lang w:val="sv-SE"/>
        </w:rPr>
        <w:t xml:space="preserve">sms till föreningens domaransvariga med information om ändringen. Domaransvariga hanterar uppdateringen </w:t>
      </w:r>
      <w:r w:rsidR="00ED194C" w:rsidRPr="002748F8">
        <w:rPr>
          <w:lang w:val="sv-SE"/>
        </w:rPr>
        <w:t>i TSM</w:t>
      </w:r>
      <w:r w:rsidR="00EA3929" w:rsidRPr="002748F8">
        <w:rPr>
          <w:lang w:val="sv-SE"/>
        </w:rPr>
        <w:t xml:space="preserve"> som 1gång/h ärvs över till Clever Service.</w:t>
      </w:r>
      <w:r w:rsidR="006F6CE0">
        <w:rPr>
          <w:lang w:val="sv-SE"/>
        </w:rPr>
        <w:br/>
      </w:r>
    </w:p>
    <w:p w14:paraId="0F0B999C" w14:textId="601604A6" w:rsidR="006F6CE0" w:rsidRDefault="006F6CE0" w:rsidP="00C25930">
      <w:pPr>
        <w:pStyle w:val="ListParagraph"/>
        <w:ind w:left="1440"/>
        <w:rPr>
          <w:lang w:val="sv-SE"/>
        </w:rPr>
      </w:pPr>
    </w:p>
    <w:p w14:paraId="64D01257" w14:textId="592F29EC" w:rsidR="00655086" w:rsidRPr="001D5FC7" w:rsidRDefault="00000000" w:rsidP="00913F39">
      <w:pPr>
        <w:pStyle w:val="ListParagraph"/>
        <w:numPr>
          <w:ilvl w:val="0"/>
          <w:numId w:val="10"/>
        </w:numPr>
        <w:rPr>
          <w:lang w:val="sv-SE"/>
        </w:rPr>
      </w:pPr>
      <w:r>
        <w:rPr>
          <w:b/>
          <w:lang w:val="sv-SE"/>
        </w:rPr>
        <w:lastRenderedPageBreak/>
        <w:t>Godkänna matchen</w:t>
      </w:r>
      <w:r w:rsidR="00830B01">
        <w:rPr>
          <w:b/>
          <w:lang w:val="sv-SE"/>
        </w:rPr>
        <w:t xml:space="preserve"> efter genomfört poolspel</w:t>
      </w:r>
      <w:r>
        <w:rPr>
          <w:b/>
          <w:lang w:val="sv-SE"/>
        </w:rPr>
        <w:t xml:space="preserve">: </w:t>
      </w:r>
      <w:hyperlink r:id="rId9" w:history="1">
        <w:r w:rsidR="00913F39" w:rsidRPr="00913F39">
          <w:rPr>
            <w:rStyle w:val="Hyperlink"/>
            <w:lang w:val="sv-SE"/>
          </w:rPr>
          <w:t>Instruktionsfilm att godkänna matchen</w:t>
        </w:r>
      </w:hyperlink>
    </w:p>
    <w:p w14:paraId="60342208" w14:textId="37235278" w:rsidR="00655086" w:rsidRPr="001D5FC7" w:rsidRDefault="00000000" w:rsidP="001449D2">
      <w:pPr>
        <w:pStyle w:val="ListParagraph"/>
        <w:numPr>
          <w:ilvl w:val="1"/>
          <w:numId w:val="10"/>
        </w:numPr>
        <w:rPr>
          <w:lang w:val="sv-SE"/>
        </w:rPr>
      </w:pPr>
      <w:r w:rsidRPr="006F6CE0">
        <w:rPr>
          <w:lang w:val="sv-SE"/>
        </w:rPr>
        <w:t xml:space="preserve">Respektive lagledare kontrollerar den registrerade tiden och godkänner </w:t>
      </w:r>
      <w:r w:rsidR="00962B66" w:rsidRPr="00962B66">
        <w:rPr>
          <w:lang w:val="sv-SE"/>
        </w:rPr>
        <w:t>arvodena</w:t>
      </w:r>
      <w:r w:rsidRPr="006F6CE0">
        <w:rPr>
          <w:lang w:val="sv-SE"/>
        </w:rPr>
        <w:t xml:space="preserve"> i Clever Service.</w:t>
      </w:r>
    </w:p>
    <w:p w14:paraId="7DEA1DEE" w14:textId="77777777" w:rsidR="006F6CE0" w:rsidRDefault="006F6CE0" w:rsidP="006F6CE0">
      <w:pPr>
        <w:pStyle w:val="ListParagraph"/>
        <w:rPr>
          <w:lang w:val="sv-SE"/>
        </w:rPr>
      </w:pPr>
    </w:p>
    <w:p w14:paraId="5D86C5B8" w14:textId="77777777" w:rsidR="00000000" w:rsidRDefault="00600DFE" w:rsidP="00600DFE">
      <w:pPr>
        <w:pStyle w:val="ListParagraph"/>
        <w:numPr>
          <w:ilvl w:val="0"/>
          <w:numId w:val="10"/>
        </w:numPr>
        <w:rPr>
          <w:kern w:val="2"/>
          <w:szCs w:val="21"/>
          <w:lang w:val="sv-SE" w:eastAsia="zh-CN"/>
          <w14:ligatures w14:val="standardContextual"/>
        </w:rPr>
      </w:pPr>
      <w:r w:rsidRPr="00600DFE">
        <w:rPr>
          <w:b/>
          <w:bCs/>
          <w:lang w:val="sv-SE"/>
        </w:rPr>
        <w:t xml:space="preserve">Utbetalning </w:t>
      </w:r>
      <w:r w:rsidRPr="00600DFE">
        <w:rPr>
          <w:lang w:val="sv-SE"/>
        </w:rPr>
        <w:t>Föreningens ekonomiansvariga betalar ut arvodena till matchledarna inom 5dagar efter godkänt arvode.</w:t>
      </w:r>
    </w:p>
    <w:p w14:paraId="2CB722CC" w14:textId="77777777" w:rsidR="00D144A4" w:rsidRPr="001D5FC7" w:rsidRDefault="00000000">
      <w:pPr>
        <w:pStyle w:val="Heading1"/>
        <w:rPr>
          <w:lang w:val="sv-SE"/>
        </w:rPr>
      </w:pPr>
      <w:r w:rsidRPr="001D5FC7">
        <w:rPr>
          <w:lang w:val="sv-SE"/>
        </w:rPr>
        <w:t>Kostnadsfördelning</w:t>
      </w:r>
    </w:p>
    <w:p w14:paraId="778FB6F5" w14:textId="0E315B1E" w:rsidR="00D144A4" w:rsidRPr="001D5FC7" w:rsidRDefault="00000000" w:rsidP="001B4B10">
      <w:pPr>
        <w:rPr>
          <w:lang w:val="sv-SE"/>
        </w:rPr>
      </w:pPr>
      <w:r w:rsidRPr="001D5FC7">
        <w:rPr>
          <w:b/>
          <w:lang w:val="sv-SE"/>
        </w:rPr>
        <w:t xml:space="preserve">Ordinarie säsong: </w:t>
      </w:r>
      <w:r w:rsidR="00FB7A2C">
        <w:rPr>
          <w:lang w:val="sv-SE"/>
        </w:rPr>
        <w:t>Arvode</w:t>
      </w:r>
      <w:r w:rsidRPr="001D5FC7">
        <w:rPr>
          <w:lang w:val="sv-SE"/>
        </w:rPr>
        <w:t xml:space="preserve"> betalas av föreningen.</w:t>
      </w:r>
    </w:p>
    <w:p w14:paraId="157E3DD6" w14:textId="5C52C521" w:rsidR="00D144A4" w:rsidRPr="001D5FC7" w:rsidRDefault="00000000">
      <w:pPr>
        <w:rPr>
          <w:lang w:val="sv-SE"/>
        </w:rPr>
      </w:pPr>
      <w:r w:rsidRPr="001D5FC7">
        <w:rPr>
          <w:b/>
          <w:lang w:val="sv-SE"/>
        </w:rPr>
        <w:t xml:space="preserve">Försäsong och cuper: </w:t>
      </w:r>
      <w:r w:rsidR="00FB7A2C">
        <w:rPr>
          <w:lang w:val="sv-SE"/>
        </w:rPr>
        <w:t>Arvode</w:t>
      </w:r>
      <w:r w:rsidRPr="001D5FC7">
        <w:rPr>
          <w:lang w:val="sv-SE"/>
        </w:rPr>
        <w:t xml:space="preserve"> betalas ut av föreningen och </w:t>
      </w:r>
      <w:r w:rsidR="00745B13">
        <w:rPr>
          <w:lang w:val="sv-SE"/>
        </w:rPr>
        <w:t>efter mail</w:t>
      </w:r>
      <w:r w:rsidR="007776A8">
        <w:rPr>
          <w:lang w:val="sv-SE"/>
        </w:rPr>
        <w:t xml:space="preserve"> </w:t>
      </w:r>
      <w:r w:rsidR="002D5D62">
        <w:rPr>
          <w:lang w:val="sv-SE"/>
        </w:rPr>
        <w:t xml:space="preserve">till lagkassör </w:t>
      </w:r>
      <w:r w:rsidR="00332644">
        <w:rPr>
          <w:lang w:val="sv-SE"/>
        </w:rPr>
        <w:t xml:space="preserve">om inbetalning till föreningens konto </w:t>
      </w:r>
      <w:r w:rsidR="00533870">
        <w:rPr>
          <w:lang w:val="sv-SE"/>
        </w:rPr>
        <w:t xml:space="preserve">från </w:t>
      </w:r>
      <w:r w:rsidRPr="001D5FC7">
        <w:rPr>
          <w:lang w:val="sv-SE"/>
        </w:rPr>
        <w:t>lagkassa.</w:t>
      </w:r>
    </w:p>
    <w:p w14:paraId="271704FF" w14:textId="3F7DEFAB" w:rsidR="00D144A4" w:rsidRPr="001D5FC7" w:rsidRDefault="002D5D62">
      <w:pPr>
        <w:rPr>
          <w:lang w:val="sv-SE"/>
        </w:rPr>
      </w:pPr>
      <w:r>
        <w:rPr>
          <w:lang w:val="sv-SE"/>
        </w:rPr>
        <w:t>Kassören</w:t>
      </w:r>
      <w:r w:rsidRPr="001D5FC7">
        <w:rPr>
          <w:lang w:val="sv-SE"/>
        </w:rPr>
        <w:t xml:space="preserve"> ska tydligt ange vilket lag och vilken aktivitet underlaget avser samt om det gäller försäsong eller cup</w:t>
      </w:r>
      <w:r w:rsidR="00332644">
        <w:rPr>
          <w:lang w:val="sv-SE"/>
        </w:rPr>
        <w:t xml:space="preserve"> som inbetalningen</w:t>
      </w:r>
    </w:p>
    <w:p w14:paraId="392784B4" w14:textId="6E6164C4" w:rsidR="00D144A4" w:rsidRPr="001D5FC7" w:rsidRDefault="008028EA">
      <w:pPr>
        <w:pStyle w:val="Heading1"/>
        <w:rPr>
          <w:lang w:val="sv-SE"/>
        </w:rPr>
      </w:pPr>
      <w:r w:rsidRPr="001D5FC7">
        <w:rPr>
          <w:lang w:val="sv-SE"/>
        </w:rPr>
        <w:t>Kontakt</w:t>
      </w:r>
    </w:p>
    <w:p w14:paraId="3C1AAD9B" w14:textId="77777777" w:rsidR="00D144A4" w:rsidRPr="001D5FC7" w:rsidRDefault="00000000">
      <w:pPr>
        <w:rPr>
          <w:lang w:val="sv-SE"/>
        </w:rPr>
      </w:pPr>
      <w:r w:rsidRPr="001D5FC7">
        <w:rPr>
          <w:lang w:val="sv-SE"/>
        </w:rPr>
        <w:t>Föreningens domaransvariga säsongen 2026/2027 är Emil Enhörning och Kristian Hokka. Aktuella kontaktuppgifter finns på föreningens sida för domaransvariga:</w:t>
      </w:r>
    </w:p>
    <w:p w14:paraId="6682E055" w14:textId="61695163" w:rsidR="00D144A4" w:rsidRDefault="00EA2076">
      <w:pPr>
        <w:spacing w:after="0"/>
        <w:rPr>
          <w:lang w:val="sv-SE"/>
        </w:rPr>
      </w:pPr>
      <w:hyperlink r:id="rId10" w:history="1">
        <w:r w:rsidRPr="00510FE9">
          <w:rPr>
            <w:rStyle w:val="Hyperlink"/>
            <w:lang w:val="sv-SE"/>
          </w:rPr>
          <w:t>https://malarohockey.web.sportadmin.se/sida/?ID=621022</w:t>
        </w:r>
      </w:hyperlink>
    </w:p>
    <w:p w14:paraId="45DD1888" w14:textId="77777777" w:rsidR="00C808C3" w:rsidRDefault="00C808C3">
      <w:pPr>
        <w:spacing w:after="0"/>
        <w:rPr>
          <w:lang w:val="sv-SE"/>
        </w:rPr>
      </w:pPr>
    </w:p>
    <w:p w14:paraId="647C4F90" w14:textId="77777777" w:rsidR="00C808C3" w:rsidRDefault="00C808C3">
      <w:pPr>
        <w:spacing w:after="0"/>
        <w:rPr>
          <w:lang w:val="sv-SE"/>
        </w:rPr>
      </w:pPr>
    </w:p>
    <w:p w14:paraId="0938F610" w14:textId="77777777" w:rsidR="005827C2" w:rsidRDefault="005827C2">
      <w:pPr>
        <w:spacing w:after="0"/>
        <w:rPr>
          <w:kern w:val="2"/>
          <w:szCs w:val="21"/>
          <w:lang w:val="sv-SE" w:eastAsia="zh-CN"/>
          <w14:ligatures w14:val="standardContextual"/>
        </w:rPr>
      </w:pPr>
      <w:r w:rsidRPr="005827C2">
        <w:rPr>
          <w:lang w:val="sv-SE"/>
        </w:rPr>
        <w:t>Behörighet till Clever Service erhålls genom att kontakta ekonomi@malarohockey.com.</w:t>
      </w:r>
    </w:p>
    <w:p w14:paraId="321D2C96" w14:textId="77777777" w:rsidR="00C808C3" w:rsidRDefault="00C808C3">
      <w:pPr>
        <w:spacing w:after="0"/>
        <w:rPr>
          <w:lang w:val="sv-SE"/>
        </w:rPr>
      </w:pPr>
    </w:p>
    <w:p w14:paraId="608CE374" w14:textId="77777777" w:rsidR="00655086" w:rsidRDefault="00655086">
      <w:pPr>
        <w:spacing w:after="0"/>
        <w:rPr>
          <w:lang w:val="sv-SE"/>
        </w:rPr>
      </w:pPr>
    </w:p>
    <w:p w14:paraId="26385E67" w14:textId="77777777" w:rsidR="00655086" w:rsidRPr="001D5FC7" w:rsidRDefault="00655086">
      <w:pPr>
        <w:spacing w:after="0"/>
        <w:rPr>
          <w:lang w:val="sv-SE"/>
        </w:rPr>
      </w:pPr>
    </w:p>
    <w:sectPr w:rsidR="00655086" w:rsidRPr="001D5FC7" w:rsidSect="00034616"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D14A5" w14:textId="77777777" w:rsidR="0057333C" w:rsidRDefault="0057333C" w:rsidP="000A5AD0">
      <w:pPr>
        <w:spacing w:after="0" w:line="240" w:lineRule="auto"/>
      </w:pPr>
      <w:r>
        <w:separator/>
      </w:r>
    </w:p>
  </w:endnote>
  <w:endnote w:type="continuationSeparator" w:id="0">
    <w:p w14:paraId="7B2AA61A" w14:textId="77777777" w:rsidR="0057333C" w:rsidRDefault="0057333C" w:rsidP="000A5A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C01E35" w14:textId="77777777" w:rsidR="0057333C" w:rsidRDefault="0057333C" w:rsidP="000A5AD0">
      <w:pPr>
        <w:spacing w:after="0" w:line="240" w:lineRule="auto"/>
      </w:pPr>
      <w:r>
        <w:separator/>
      </w:r>
    </w:p>
  </w:footnote>
  <w:footnote w:type="continuationSeparator" w:id="0">
    <w:p w14:paraId="5D651DEE" w14:textId="77777777" w:rsidR="0057333C" w:rsidRDefault="0057333C" w:rsidP="000A5A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9C570EE"/>
    <w:multiLevelType w:val="hybridMultilevel"/>
    <w:tmpl w:val="D4E4B048"/>
    <w:lvl w:ilvl="0" w:tplc="041D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0" w15:restartNumberingAfterBreak="0">
    <w:nsid w:val="31BC293D"/>
    <w:multiLevelType w:val="multilevel"/>
    <w:tmpl w:val="A3907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EA68D2"/>
    <w:multiLevelType w:val="multilevel"/>
    <w:tmpl w:val="1C5AF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16A192A"/>
    <w:multiLevelType w:val="hybridMultilevel"/>
    <w:tmpl w:val="8F260808"/>
    <w:lvl w:ilvl="0" w:tplc="33E2E1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361612"/>
    <w:multiLevelType w:val="hybridMultilevel"/>
    <w:tmpl w:val="DA48BFA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1B1A9A"/>
    <w:multiLevelType w:val="multilevel"/>
    <w:tmpl w:val="839C7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92D0737"/>
    <w:multiLevelType w:val="multilevel"/>
    <w:tmpl w:val="FCEED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64030857">
    <w:abstractNumId w:val="8"/>
  </w:num>
  <w:num w:numId="2" w16cid:durableId="285545886">
    <w:abstractNumId w:val="6"/>
  </w:num>
  <w:num w:numId="3" w16cid:durableId="1461723765">
    <w:abstractNumId w:val="5"/>
  </w:num>
  <w:num w:numId="4" w16cid:durableId="2146387564">
    <w:abstractNumId w:val="4"/>
  </w:num>
  <w:num w:numId="5" w16cid:durableId="1363359177">
    <w:abstractNumId w:val="7"/>
  </w:num>
  <w:num w:numId="6" w16cid:durableId="488448998">
    <w:abstractNumId w:val="3"/>
  </w:num>
  <w:num w:numId="7" w16cid:durableId="1053968760">
    <w:abstractNumId w:val="2"/>
  </w:num>
  <w:num w:numId="8" w16cid:durableId="1232499738">
    <w:abstractNumId w:val="1"/>
  </w:num>
  <w:num w:numId="9" w16cid:durableId="1769425719">
    <w:abstractNumId w:val="0"/>
  </w:num>
  <w:num w:numId="10" w16cid:durableId="1097945539">
    <w:abstractNumId w:val="13"/>
  </w:num>
  <w:num w:numId="11" w16cid:durableId="1327705895">
    <w:abstractNumId w:val="12"/>
  </w:num>
  <w:num w:numId="12" w16cid:durableId="889461527">
    <w:abstractNumId w:val="9"/>
  </w:num>
  <w:num w:numId="13" w16cid:durableId="1626542879">
    <w:abstractNumId w:val="15"/>
  </w:num>
  <w:num w:numId="14" w16cid:durableId="670790766">
    <w:abstractNumId w:val="10"/>
  </w:num>
  <w:num w:numId="15" w16cid:durableId="1311716115">
    <w:abstractNumId w:val="11"/>
  </w:num>
  <w:num w:numId="16" w16cid:durableId="155157338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52EE"/>
    <w:rsid w:val="000A5AD0"/>
    <w:rsid w:val="000C6AA5"/>
    <w:rsid w:val="00107743"/>
    <w:rsid w:val="0011180F"/>
    <w:rsid w:val="001449D2"/>
    <w:rsid w:val="0015074B"/>
    <w:rsid w:val="001B5454"/>
    <w:rsid w:val="001D5FC7"/>
    <w:rsid w:val="002000D0"/>
    <w:rsid w:val="00242344"/>
    <w:rsid w:val="00260B8D"/>
    <w:rsid w:val="002748F8"/>
    <w:rsid w:val="002939B6"/>
    <w:rsid w:val="0029639D"/>
    <w:rsid w:val="002D5D62"/>
    <w:rsid w:val="00326F90"/>
    <w:rsid w:val="00332644"/>
    <w:rsid w:val="00344387"/>
    <w:rsid w:val="003850E7"/>
    <w:rsid w:val="003C7A08"/>
    <w:rsid w:val="003D2456"/>
    <w:rsid w:val="00453DE0"/>
    <w:rsid w:val="00460E0B"/>
    <w:rsid w:val="004A7FBD"/>
    <w:rsid w:val="004E3601"/>
    <w:rsid w:val="005236FC"/>
    <w:rsid w:val="00533870"/>
    <w:rsid w:val="0057143F"/>
    <w:rsid w:val="0057333C"/>
    <w:rsid w:val="005827C2"/>
    <w:rsid w:val="005B4B9A"/>
    <w:rsid w:val="005D5C79"/>
    <w:rsid w:val="005D7E28"/>
    <w:rsid w:val="00600DFE"/>
    <w:rsid w:val="00655086"/>
    <w:rsid w:val="00663596"/>
    <w:rsid w:val="00666008"/>
    <w:rsid w:val="0069141D"/>
    <w:rsid w:val="0069344D"/>
    <w:rsid w:val="00697BF2"/>
    <w:rsid w:val="006A11EA"/>
    <w:rsid w:val="006F6CE0"/>
    <w:rsid w:val="00745B13"/>
    <w:rsid w:val="007476E2"/>
    <w:rsid w:val="00776A5E"/>
    <w:rsid w:val="007776A8"/>
    <w:rsid w:val="007C2AA0"/>
    <w:rsid w:val="008028EA"/>
    <w:rsid w:val="00830B01"/>
    <w:rsid w:val="0085148D"/>
    <w:rsid w:val="008905C2"/>
    <w:rsid w:val="008C7771"/>
    <w:rsid w:val="008D7540"/>
    <w:rsid w:val="00913F39"/>
    <w:rsid w:val="00962B66"/>
    <w:rsid w:val="009B7780"/>
    <w:rsid w:val="00A1321D"/>
    <w:rsid w:val="00A474D9"/>
    <w:rsid w:val="00A919DB"/>
    <w:rsid w:val="00A97CD0"/>
    <w:rsid w:val="00AA1D8D"/>
    <w:rsid w:val="00AB045A"/>
    <w:rsid w:val="00B47730"/>
    <w:rsid w:val="00B73626"/>
    <w:rsid w:val="00BC0428"/>
    <w:rsid w:val="00C25930"/>
    <w:rsid w:val="00C77075"/>
    <w:rsid w:val="00C808C3"/>
    <w:rsid w:val="00CB0664"/>
    <w:rsid w:val="00CD072C"/>
    <w:rsid w:val="00CE39AA"/>
    <w:rsid w:val="00D144A4"/>
    <w:rsid w:val="00D55B34"/>
    <w:rsid w:val="00D560FF"/>
    <w:rsid w:val="00E2525B"/>
    <w:rsid w:val="00E432B4"/>
    <w:rsid w:val="00E54D19"/>
    <w:rsid w:val="00E76B2D"/>
    <w:rsid w:val="00EA2076"/>
    <w:rsid w:val="00EA3929"/>
    <w:rsid w:val="00EB5DEC"/>
    <w:rsid w:val="00ED194C"/>
    <w:rsid w:val="00F15FFA"/>
    <w:rsid w:val="00F63E2D"/>
    <w:rsid w:val="00F64D4D"/>
    <w:rsid w:val="00FA22C5"/>
    <w:rsid w:val="00FB7A06"/>
    <w:rsid w:val="00FB7A2C"/>
    <w:rsid w:val="00FC693F"/>
    <w:rsid w:val="00FE6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737DF02"/>
  <w14:defaultImageDpi w14:val="300"/>
  <w15:docId w15:val="{088C7EB3-FABB-489E-861B-6E090939A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Calibri" w:hAnsi="Calibri"/>
      <w:color w:val="000000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EA207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207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97CD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be.com/shorts/fsvR4xVVof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malarohockey.web.sportadmin.se/sida/?ID=62102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youtu.be/FJOhsVDmD0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4522a4d-f12f-4888-8028-d80fdde3b7d9}" enabled="1" method="Privileged" siteId="{9a8ff9e3-0e35-4620-a724-e9834dc50b5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439</Words>
  <Characters>3027</Characters>
  <Application>Microsoft Office Word</Application>
  <DocSecurity>0</DocSecurity>
  <Lines>65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Gosch, Jessica</cp:lastModifiedBy>
  <cp:revision>64</cp:revision>
  <dcterms:created xsi:type="dcterms:W3CDTF">2026-10-05T08:10:00Z</dcterms:created>
  <dcterms:modified xsi:type="dcterms:W3CDTF">2026-10-12T19:30:00Z</dcterms:modified>
  <cp:category/>
</cp:coreProperties>
</file>