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6901" w14:textId="77777777" w:rsidR="00B643FE" w:rsidRPr="00D97B70" w:rsidRDefault="00A264D1">
      <w:pPr>
        <w:spacing w:after="20"/>
        <w:rPr>
          <w:lang w:val="sv-SE"/>
        </w:rPr>
      </w:pPr>
      <w:r w:rsidRPr="00D97B70">
        <w:rPr>
          <w:b/>
          <w:color w:val="2877A8"/>
          <w:sz w:val="20"/>
          <w:lang w:val="sv-SE"/>
        </w:rPr>
        <w:t>MATCHINSTRUKTION</w:t>
      </w:r>
    </w:p>
    <w:p w14:paraId="40B1182A" w14:textId="77777777" w:rsidR="00B643FE" w:rsidRPr="00D97B70" w:rsidRDefault="00A264D1">
      <w:pPr>
        <w:spacing w:after="60"/>
        <w:rPr>
          <w:lang w:val="sv-SE"/>
        </w:rPr>
      </w:pPr>
      <w:r w:rsidRPr="00D97B70">
        <w:rPr>
          <w:b/>
          <w:color w:val="153A59"/>
          <w:sz w:val="48"/>
          <w:lang w:val="sv-SE"/>
        </w:rPr>
        <w:t>Bemanning vid A-lagsmatch</w:t>
      </w:r>
    </w:p>
    <w:tbl>
      <w:tblPr>
        <w:tblW w:w="105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1852"/>
        <w:gridCol w:w="5528"/>
      </w:tblGrid>
      <w:tr w:rsidR="00B643FE" w:rsidRPr="005E7AA1" w14:paraId="40C6D94E" w14:textId="77777777" w:rsidTr="00D97E04">
        <w:trPr>
          <w:trHeight w:val="1132"/>
        </w:trPr>
        <w:tc>
          <w:tcPr>
            <w:tcW w:w="3120" w:type="dxa"/>
            <w:shd w:val="clear" w:color="auto" w:fill="EAF2F7"/>
            <w:tcMar>
              <w:top w:w="90" w:type="dxa"/>
              <w:left w:w="130" w:type="dxa"/>
              <w:bottom w:w="90" w:type="dxa"/>
              <w:right w:w="130" w:type="dxa"/>
            </w:tcMar>
          </w:tcPr>
          <w:p w14:paraId="3B522DBA" w14:textId="3A3C97BE" w:rsidR="00B643FE" w:rsidRPr="00D63273" w:rsidRDefault="00A264D1" w:rsidP="00444D0D">
            <w:pPr>
              <w:spacing w:after="40" w:line="240" w:lineRule="auto"/>
              <w:jc w:val="center"/>
              <w:rPr>
                <w:lang w:val="sv-SE"/>
              </w:rPr>
            </w:pPr>
            <w:r w:rsidRPr="00D63273">
              <w:rPr>
                <w:b/>
                <w:color w:val="2877A8"/>
                <w:sz w:val="16"/>
                <w:lang w:val="sv-SE"/>
              </w:rPr>
              <w:t>SAMLING</w:t>
            </w:r>
            <w:r w:rsidR="00914D03">
              <w:rPr>
                <w:b/>
                <w:color w:val="2877A8"/>
                <w:sz w:val="16"/>
                <w:lang w:val="sv-SE"/>
              </w:rPr>
              <w:t>:</w:t>
            </w:r>
          </w:p>
          <w:p w14:paraId="4A2F3016" w14:textId="4C3A31F8" w:rsidR="00B643FE" w:rsidRPr="00444D0D" w:rsidRDefault="00DE49FE" w:rsidP="00444D0D">
            <w:pPr>
              <w:spacing w:after="0"/>
              <w:jc w:val="center"/>
              <w:rPr>
                <w:color w:val="153A59"/>
                <w:lang w:val="sv-SE"/>
              </w:rPr>
            </w:pPr>
            <w:r w:rsidRPr="00444D0D">
              <w:rPr>
                <w:color w:val="153A59"/>
                <w:lang w:val="sv-SE"/>
              </w:rPr>
              <w:t xml:space="preserve">90 min </w:t>
            </w:r>
            <w:r w:rsidR="00632425" w:rsidRPr="00444D0D">
              <w:rPr>
                <w:color w:val="153A59"/>
                <w:lang w:val="sv-SE"/>
              </w:rPr>
              <w:t>före matchstart</w:t>
            </w:r>
            <w:r w:rsidR="005E7AA1" w:rsidRPr="00444D0D">
              <w:rPr>
                <w:color w:val="153A59"/>
                <w:lang w:val="sv-SE"/>
              </w:rPr>
              <w:t xml:space="preserve"> för</w:t>
            </w:r>
          </w:p>
          <w:p w14:paraId="5AB11255" w14:textId="7EE60F67" w:rsidR="005E7AA1" w:rsidRPr="00632425" w:rsidRDefault="00035B32" w:rsidP="00444D0D">
            <w:pPr>
              <w:spacing w:after="0"/>
              <w:jc w:val="center"/>
              <w:rPr>
                <w:lang w:val="sv-SE"/>
              </w:rPr>
            </w:pPr>
            <w:r w:rsidRPr="00444D0D">
              <w:rPr>
                <w:color w:val="153A59"/>
                <w:lang w:val="sv-SE"/>
              </w:rPr>
              <w:t>s</w:t>
            </w:r>
            <w:r w:rsidR="005E7AA1" w:rsidRPr="00444D0D">
              <w:rPr>
                <w:color w:val="153A59"/>
                <w:lang w:val="sv-SE"/>
              </w:rPr>
              <w:t>amtliga</w:t>
            </w:r>
            <w:r w:rsidR="006B4669" w:rsidRPr="00444D0D">
              <w:rPr>
                <w:color w:val="153A59"/>
                <w:lang w:val="sv-SE"/>
              </w:rPr>
              <w:t xml:space="preserve"> </w:t>
            </w:r>
            <w:r w:rsidR="00670ACD" w:rsidRPr="00444D0D">
              <w:rPr>
                <w:color w:val="153A59"/>
                <w:lang w:val="sv-SE"/>
              </w:rPr>
              <w:t xml:space="preserve">6 </w:t>
            </w:r>
            <w:r w:rsidR="006B4669" w:rsidRPr="00444D0D">
              <w:rPr>
                <w:color w:val="153A59"/>
                <w:lang w:val="sv-SE"/>
              </w:rPr>
              <w:t>personer som skall bemanna.</w:t>
            </w:r>
          </w:p>
        </w:tc>
        <w:tc>
          <w:tcPr>
            <w:tcW w:w="1852" w:type="dxa"/>
            <w:shd w:val="clear" w:color="auto" w:fill="EAF2F7"/>
            <w:tcMar>
              <w:top w:w="90" w:type="dxa"/>
              <w:left w:w="130" w:type="dxa"/>
              <w:bottom w:w="90" w:type="dxa"/>
              <w:right w:w="130" w:type="dxa"/>
            </w:tcMar>
          </w:tcPr>
          <w:p w14:paraId="561937F2" w14:textId="41963235" w:rsidR="00B643FE" w:rsidRDefault="00A264D1" w:rsidP="00444D0D">
            <w:pPr>
              <w:spacing w:after="40" w:line="240" w:lineRule="auto"/>
              <w:jc w:val="center"/>
              <w:rPr>
                <w:b/>
                <w:color w:val="2877A8"/>
                <w:sz w:val="16"/>
              </w:rPr>
            </w:pPr>
            <w:r>
              <w:rPr>
                <w:b/>
                <w:color w:val="2877A8"/>
                <w:sz w:val="16"/>
              </w:rPr>
              <w:t>TOTAL BEMANNING</w:t>
            </w:r>
            <w:r w:rsidR="00914D03">
              <w:rPr>
                <w:b/>
                <w:color w:val="2877A8"/>
                <w:sz w:val="16"/>
              </w:rPr>
              <w:t>:</w:t>
            </w:r>
          </w:p>
          <w:p w14:paraId="20841C6D" w14:textId="77777777" w:rsidR="00B643FE" w:rsidRPr="00444D0D" w:rsidRDefault="00A264D1" w:rsidP="00444D0D">
            <w:pPr>
              <w:spacing w:after="0" w:line="240" w:lineRule="auto"/>
              <w:jc w:val="center"/>
              <w:rPr>
                <w:bCs/>
              </w:rPr>
            </w:pPr>
            <w:r w:rsidRPr="00444D0D">
              <w:rPr>
                <w:bCs/>
                <w:color w:val="153A59"/>
              </w:rPr>
              <w:t>6 personer</w:t>
            </w:r>
          </w:p>
        </w:tc>
        <w:tc>
          <w:tcPr>
            <w:tcW w:w="5528" w:type="dxa"/>
            <w:shd w:val="clear" w:color="auto" w:fill="EAF2F7"/>
            <w:tcMar>
              <w:top w:w="90" w:type="dxa"/>
              <w:left w:w="130" w:type="dxa"/>
              <w:bottom w:w="90" w:type="dxa"/>
              <w:right w:w="130" w:type="dxa"/>
            </w:tcMar>
          </w:tcPr>
          <w:p w14:paraId="07434F74" w14:textId="77777777" w:rsidR="00B643FE" w:rsidRPr="00D97B70" w:rsidRDefault="00A264D1" w:rsidP="00444D0D">
            <w:pPr>
              <w:spacing w:after="40" w:line="240" w:lineRule="auto"/>
              <w:jc w:val="center"/>
              <w:rPr>
                <w:lang w:val="sv-SE"/>
              </w:rPr>
            </w:pPr>
            <w:r w:rsidRPr="00D97B70">
              <w:rPr>
                <w:b/>
                <w:color w:val="2877A8"/>
                <w:sz w:val="16"/>
                <w:lang w:val="sv-SE"/>
              </w:rPr>
              <w:t>FÖRDELNING</w:t>
            </w:r>
          </w:p>
          <w:p w14:paraId="25FFA3D5" w14:textId="6F9BD31A" w:rsidR="00A707BF" w:rsidRPr="00444D0D" w:rsidRDefault="00A264D1" w:rsidP="00444D0D">
            <w:pPr>
              <w:spacing w:after="0"/>
              <w:jc w:val="center"/>
              <w:rPr>
                <w:bCs/>
                <w:color w:val="153A59"/>
                <w:sz w:val="20"/>
                <w:szCs w:val="20"/>
                <w:lang w:val="sv-SE"/>
              </w:rPr>
            </w:pPr>
            <w:r w:rsidRPr="00444D0D">
              <w:rPr>
                <w:bCs/>
                <w:color w:val="153A59"/>
                <w:sz w:val="20"/>
                <w:szCs w:val="20"/>
                <w:lang w:val="sv-SE"/>
              </w:rPr>
              <w:t>Café</w:t>
            </w:r>
            <w:r w:rsidR="00D97B70" w:rsidRPr="00444D0D">
              <w:rPr>
                <w:bCs/>
                <w:color w:val="153A59"/>
                <w:sz w:val="20"/>
                <w:szCs w:val="20"/>
                <w:lang w:val="sv-SE"/>
              </w:rPr>
              <w:t>/Entré</w:t>
            </w:r>
            <w:r w:rsidR="00A26D98" w:rsidRPr="00444D0D">
              <w:rPr>
                <w:bCs/>
                <w:color w:val="153A59"/>
                <w:sz w:val="20"/>
                <w:szCs w:val="20"/>
                <w:lang w:val="sv-SE"/>
              </w:rPr>
              <w:t xml:space="preserve">/Grill </w:t>
            </w:r>
            <w:r w:rsidR="00347D5C" w:rsidRPr="00444D0D">
              <w:rPr>
                <w:bCs/>
                <w:color w:val="153A59"/>
                <w:sz w:val="20"/>
                <w:szCs w:val="20"/>
                <w:lang w:val="sv-SE"/>
              </w:rPr>
              <w:t>(</w:t>
            </w:r>
            <w:r w:rsidR="000760AD" w:rsidRPr="00444D0D">
              <w:rPr>
                <w:bCs/>
                <w:color w:val="153A59"/>
                <w:sz w:val="20"/>
                <w:szCs w:val="20"/>
                <w:lang w:val="sv-SE"/>
              </w:rPr>
              <w:t>4</w:t>
            </w:r>
            <w:r w:rsidR="00347D5C" w:rsidRPr="00444D0D">
              <w:rPr>
                <w:bCs/>
                <w:color w:val="153A59"/>
                <w:sz w:val="20"/>
                <w:szCs w:val="20"/>
                <w:lang w:val="sv-SE"/>
              </w:rPr>
              <w:t>st</w:t>
            </w:r>
            <w:r w:rsidR="000760AD" w:rsidRPr="00444D0D">
              <w:rPr>
                <w:bCs/>
                <w:color w:val="153A59"/>
                <w:sz w:val="20"/>
                <w:szCs w:val="20"/>
                <w:lang w:val="sv-SE"/>
              </w:rPr>
              <w:t>*</w:t>
            </w:r>
            <w:r w:rsidR="00347D5C" w:rsidRPr="00444D0D">
              <w:rPr>
                <w:bCs/>
                <w:color w:val="153A59"/>
                <w:sz w:val="20"/>
                <w:szCs w:val="20"/>
                <w:lang w:val="sv-SE"/>
              </w:rPr>
              <w:t>)</w:t>
            </w:r>
          </w:p>
          <w:p w14:paraId="05F1E977" w14:textId="5ED3A1EE" w:rsidR="00B643FE" w:rsidRPr="00444D0D" w:rsidRDefault="00A264D1" w:rsidP="00444D0D">
            <w:pPr>
              <w:spacing w:after="0"/>
              <w:jc w:val="center"/>
              <w:rPr>
                <w:bCs/>
                <w:color w:val="153A59"/>
                <w:sz w:val="20"/>
                <w:szCs w:val="20"/>
                <w:lang w:val="sv-SE"/>
              </w:rPr>
            </w:pPr>
            <w:r w:rsidRPr="00444D0D">
              <w:rPr>
                <w:bCs/>
                <w:color w:val="153A59"/>
                <w:sz w:val="20"/>
                <w:szCs w:val="20"/>
                <w:lang w:val="sv-SE"/>
              </w:rPr>
              <w:t>Bås</w:t>
            </w:r>
            <w:r w:rsidR="00A707BF" w:rsidRPr="00444D0D">
              <w:rPr>
                <w:bCs/>
                <w:color w:val="153A59"/>
                <w:sz w:val="20"/>
                <w:szCs w:val="20"/>
                <w:lang w:val="sv-SE"/>
              </w:rPr>
              <w:t>dörrar</w:t>
            </w:r>
            <w:r w:rsidR="005B6F15" w:rsidRPr="00444D0D">
              <w:rPr>
                <w:bCs/>
                <w:color w:val="153A59"/>
                <w:sz w:val="20"/>
                <w:szCs w:val="20"/>
                <w:lang w:val="sv-SE"/>
              </w:rPr>
              <w:t xml:space="preserve"> inkl räkna skott</w:t>
            </w:r>
            <w:r w:rsidRPr="00444D0D">
              <w:rPr>
                <w:bCs/>
                <w:color w:val="153A59"/>
                <w:sz w:val="20"/>
                <w:szCs w:val="20"/>
                <w:lang w:val="sv-SE"/>
              </w:rPr>
              <w:t xml:space="preserve"> </w:t>
            </w:r>
            <w:r w:rsidR="00347D5C" w:rsidRPr="00444D0D">
              <w:rPr>
                <w:bCs/>
                <w:color w:val="153A59"/>
                <w:sz w:val="20"/>
                <w:szCs w:val="20"/>
                <w:lang w:val="sv-SE"/>
              </w:rPr>
              <w:t>(</w:t>
            </w:r>
            <w:r w:rsidR="000D6623" w:rsidRPr="00444D0D">
              <w:rPr>
                <w:bCs/>
                <w:color w:val="153A59"/>
                <w:sz w:val="20"/>
                <w:szCs w:val="20"/>
                <w:lang w:val="sv-SE"/>
              </w:rPr>
              <w:t>2</w:t>
            </w:r>
            <w:r w:rsidR="00347D5C" w:rsidRPr="00444D0D">
              <w:rPr>
                <w:bCs/>
                <w:color w:val="153A59"/>
                <w:sz w:val="20"/>
                <w:szCs w:val="20"/>
                <w:lang w:val="sv-SE"/>
              </w:rPr>
              <w:t>st)</w:t>
            </w:r>
          </w:p>
          <w:p w14:paraId="3C4BBE0D" w14:textId="6FD3F831" w:rsidR="008F57FF" w:rsidRPr="000760AD" w:rsidRDefault="000760AD" w:rsidP="00444D0D">
            <w:pPr>
              <w:spacing w:after="0"/>
              <w:jc w:val="center"/>
              <w:rPr>
                <w:lang w:val="sv-SE"/>
              </w:rPr>
            </w:pPr>
            <w:r w:rsidRPr="00444D0D">
              <w:rPr>
                <w:bCs/>
                <w:color w:val="153A59"/>
                <w:sz w:val="20"/>
                <w:szCs w:val="20"/>
                <w:lang w:val="sv-SE"/>
              </w:rPr>
              <w:t>*</w:t>
            </w:r>
            <w:r w:rsidR="000D6623" w:rsidRPr="00444D0D">
              <w:rPr>
                <w:bCs/>
                <w:color w:val="153A59"/>
                <w:sz w:val="20"/>
                <w:szCs w:val="20"/>
                <w:lang w:val="sv-SE"/>
              </w:rPr>
              <w:t xml:space="preserve">I samråd med A lagets lagledare kan det behövas </w:t>
            </w:r>
            <w:r w:rsidR="00B2272A" w:rsidRPr="00444D0D">
              <w:rPr>
                <w:bCs/>
                <w:color w:val="153A59"/>
                <w:sz w:val="20"/>
                <w:szCs w:val="20"/>
                <w:lang w:val="sv-SE"/>
              </w:rPr>
              <w:t>omfördelas i ovanstående uppgifter</w:t>
            </w:r>
          </w:p>
        </w:tc>
      </w:tr>
    </w:tbl>
    <w:p w14:paraId="4485C260" w14:textId="23484062" w:rsidR="007C612F" w:rsidRDefault="00E4383A" w:rsidP="00F77DF9">
      <w:pPr>
        <w:pStyle w:val="Heading1"/>
        <w:rPr>
          <w:lang w:val="sv-SE"/>
        </w:rPr>
      </w:pPr>
      <w:r w:rsidRPr="0091124E">
        <w:rPr>
          <w:lang w:val="sv-SE"/>
        </w:rPr>
        <w:t xml:space="preserve">Innan </w:t>
      </w:r>
      <w:r w:rsidR="00A264D1" w:rsidRPr="0091124E">
        <w:rPr>
          <w:lang w:val="sv-SE"/>
        </w:rPr>
        <w:t>samling</w:t>
      </w:r>
      <w:r w:rsidRPr="0091124E">
        <w:rPr>
          <w:lang w:val="sv-SE"/>
        </w:rPr>
        <w:t xml:space="preserve"> </w:t>
      </w:r>
      <w:r w:rsidR="00522CBE">
        <w:rPr>
          <w:lang w:val="sv-SE"/>
        </w:rPr>
        <w:t xml:space="preserve">– görs av </w:t>
      </w:r>
      <w:r w:rsidR="00F77DF9">
        <w:rPr>
          <w:lang w:val="sv-SE"/>
        </w:rPr>
        <w:t>ansvarig</w:t>
      </w:r>
      <w:r w:rsidR="00A630AD">
        <w:rPr>
          <w:lang w:val="sv-SE"/>
        </w:rPr>
        <w:t xml:space="preserve"> från A laget</w:t>
      </w:r>
    </w:p>
    <w:p w14:paraId="1A036A11" w14:textId="3816B185" w:rsidR="003668B3" w:rsidRPr="003668B3" w:rsidRDefault="003668B3" w:rsidP="009F2E84">
      <w:pPr>
        <w:pStyle w:val="ListBullet"/>
        <w:rPr>
          <w:kern w:val="2"/>
          <w:szCs w:val="21"/>
          <w:lang w:val="sv-SE" w:eastAsia="zh-CN"/>
          <w14:ligatures w14:val="standardContextual"/>
        </w:rPr>
      </w:pPr>
      <w:r>
        <w:rPr>
          <w:kern w:val="2"/>
          <w:szCs w:val="21"/>
          <w:lang w:val="sv-SE" w:eastAsia="zh-CN"/>
          <w14:ligatures w14:val="standardContextual"/>
        </w:rPr>
        <w:t>Koka kaffe och levererar i korgar till bortalag, domare och sekretariat.</w:t>
      </w:r>
    </w:p>
    <w:p w14:paraId="0C0D27CE" w14:textId="7A4A9357" w:rsidR="009F2E84" w:rsidRPr="00F31293" w:rsidRDefault="009F2E84" w:rsidP="009F2E84">
      <w:pPr>
        <w:pStyle w:val="ListBullet"/>
        <w:rPr>
          <w:kern w:val="2"/>
          <w:szCs w:val="21"/>
          <w:lang w:val="sv-SE" w:eastAsia="zh-CN"/>
          <w14:ligatures w14:val="standardContextual"/>
        </w:rPr>
      </w:pPr>
      <w:r>
        <w:rPr>
          <w:lang w:val="sv-SE"/>
        </w:rPr>
        <w:t>Bortalag</w:t>
      </w:r>
      <w:r w:rsidR="00522CBE">
        <w:rPr>
          <w:lang w:val="sv-SE"/>
        </w:rPr>
        <w:t xml:space="preserve"> anl</w:t>
      </w:r>
      <w:r>
        <w:rPr>
          <w:lang w:val="sv-SE"/>
        </w:rPr>
        <w:t>änder</w:t>
      </w:r>
      <w:r w:rsidR="00522CBE">
        <w:rPr>
          <w:lang w:val="sv-SE"/>
        </w:rPr>
        <w:t xml:space="preserve"> till hallen ca</w:t>
      </w:r>
      <w:r>
        <w:rPr>
          <w:lang w:val="sv-SE"/>
        </w:rPr>
        <w:t xml:space="preserve"> 2h innan matchstart </w:t>
      </w:r>
      <w:r>
        <w:rPr>
          <w:lang w:val="sv-SE"/>
        </w:rPr>
        <w:t>(därav viktigt att försäljning i caféet och grillen öppnas snabbt)</w:t>
      </w:r>
    </w:p>
    <w:p w14:paraId="070C7766" w14:textId="7CB79A35" w:rsidR="00F31293" w:rsidRPr="00C1298F" w:rsidRDefault="00F31293" w:rsidP="009F2E84">
      <w:pPr>
        <w:pStyle w:val="ListBullet"/>
        <w:rPr>
          <w:kern w:val="2"/>
          <w:szCs w:val="21"/>
          <w:lang w:val="sv-SE" w:eastAsia="zh-CN"/>
          <w14:ligatures w14:val="standardContextual"/>
        </w:rPr>
      </w:pPr>
      <w:r>
        <w:rPr>
          <w:lang w:val="sv-SE"/>
        </w:rPr>
        <w:t xml:space="preserve">Förbereder VIP rummet med start 19.30 med en kaffetermos, mjölk och </w:t>
      </w:r>
      <w:r w:rsidR="006C36A8">
        <w:rPr>
          <w:lang w:val="sv-SE"/>
        </w:rPr>
        <w:t>en skål med delicato bollar och dammsugare</w:t>
      </w:r>
    </w:p>
    <w:p w14:paraId="6FBCC481" w14:textId="67C27ABE" w:rsidR="009F2E84" w:rsidRDefault="009F2E84" w:rsidP="009F2E84">
      <w:pPr>
        <w:pStyle w:val="ListBullet"/>
        <w:rPr>
          <w:kern w:val="2"/>
          <w:szCs w:val="21"/>
          <w:lang w:val="sv-SE" w:eastAsia="zh-CN"/>
          <w14:ligatures w14:val="standardContextual"/>
        </w:rPr>
      </w:pPr>
      <w:r>
        <w:rPr>
          <w:kern w:val="2"/>
          <w:szCs w:val="21"/>
          <w:lang w:val="sv-SE" w:eastAsia="zh-CN"/>
          <w14:ligatures w14:val="standardContextual"/>
        </w:rPr>
        <w:t>Bortalaget och domar</w:t>
      </w:r>
      <w:r w:rsidR="00D30FAA">
        <w:rPr>
          <w:kern w:val="2"/>
          <w:szCs w:val="21"/>
          <w:lang w:val="sv-SE" w:eastAsia="zh-CN"/>
          <w14:ligatures w14:val="standardContextual"/>
        </w:rPr>
        <w:t>e</w:t>
      </w:r>
      <w:r>
        <w:rPr>
          <w:kern w:val="2"/>
          <w:szCs w:val="21"/>
          <w:lang w:val="sv-SE" w:eastAsia="zh-CN"/>
          <w14:ligatures w14:val="standardContextual"/>
        </w:rPr>
        <w:t xml:space="preserve"> har fått cafétermosar </w:t>
      </w:r>
      <w:r w:rsidR="00D30FAA">
        <w:rPr>
          <w:kern w:val="2"/>
          <w:szCs w:val="21"/>
          <w:lang w:val="sv-SE" w:eastAsia="zh-CN"/>
          <w14:ligatures w14:val="standardContextual"/>
        </w:rPr>
        <w:t xml:space="preserve">och mjölk </w:t>
      </w:r>
      <w:r>
        <w:rPr>
          <w:kern w:val="2"/>
          <w:szCs w:val="21"/>
          <w:lang w:val="sv-SE" w:eastAsia="zh-CN"/>
          <w14:ligatures w14:val="standardContextual"/>
        </w:rPr>
        <w:t>till sina omklädningsrum, dessa ska fyllas på vid efterfrågan.</w:t>
      </w:r>
    </w:p>
    <w:p w14:paraId="79E229E5" w14:textId="5F8E9A25" w:rsidR="00B643FE" w:rsidRPr="00D97B70" w:rsidRDefault="00C12932">
      <w:pPr>
        <w:pStyle w:val="Heading1"/>
        <w:rPr>
          <w:lang w:val="sv-SE"/>
        </w:rPr>
      </w:pPr>
      <w:r>
        <w:rPr>
          <w:lang w:val="sv-SE"/>
        </w:rPr>
        <w:t xml:space="preserve">Start av </w:t>
      </w:r>
      <w:r w:rsidR="00A264D1" w:rsidRPr="00D97B70">
        <w:rPr>
          <w:lang w:val="sv-SE"/>
        </w:rPr>
        <w:t>Café</w:t>
      </w:r>
      <w:r w:rsidR="00D97B70">
        <w:rPr>
          <w:lang w:val="sv-SE"/>
        </w:rPr>
        <w:t>/Entrén</w:t>
      </w:r>
      <w:r w:rsidR="00B40DF4">
        <w:rPr>
          <w:lang w:val="sv-SE"/>
        </w:rPr>
        <w:t xml:space="preserve">/Grill </w:t>
      </w:r>
      <w:r w:rsidR="005F66C7">
        <w:rPr>
          <w:lang w:val="sv-SE"/>
        </w:rPr>
        <w:t xml:space="preserve"> - 6 personer</w:t>
      </w:r>
    </w:p>
    <w:p w14:paraId="4D80D9ED" w14:textId="77777777" w:rsidR="006F2F7E" w:rsidRDefault="009C62E8" w:rsidP="00835762">
      <w:pPr>
        <w:pStyle w:val="ListBullet"/>
        <w:rPr>
          <w:kern w:val="2"/>
          <w:szCs w:val="21"/>
          <w:lang w:val="sv-SE" w:eastAsia="zh-CN"/>
          <w14:ligatures w14:val="standardContextual"/>
        </w:rPr>
      </w:pPr>
      <w:r w:rsidRPr="00D30FAA">
        <w:rPr>
          <w:b/>
          <w:bCs/>
          <w:i/>
          <w:iCs/>
          <w:kern w:val="2"/>
          <w:szCs w:val="21"/>
          <w:lang w:val="sv-SE" w:eastAsia="zh-CN"/>
          <w14:ligatures w14:val="standardContextual"/>
        </w:rPr>
        <w:t>Alla</w:t>
      </w:r>
      <w:r w:rsidR="00F97743" w:rsidRPr="00D30FAA">
        <w:rPr>
          <w:b/>
          <w:bCs/>
          <w:i/>
          <w:iCs/>
          <w:kern w:val="2"/>
          <w:szCs w:val="21"/>
          <w:lang w:val="sv-SE" w:eastAsia="zh-CN"/>
          <w14:ligatures w14:val="standardContextual"/>
        </w:rPr>
        <w:t xml:space="preserve"> (6 personer)</w:t>
      </w:r>
      <w:r w:rsidRPr="00D30FAA">
        <w:rPr>
          <w:b/>
          <w:bCs/>
          <w:i/>
          <w:iCs/>
          <w:kern w:val="2"/>
          <w:szCs w:val="21"/>
          <w:lang w:val="sv-SE" w:eastAsia="zh-CN"/>
          <w14:ligatures w14:val="standardContextual"/>
        </w:rPr>
        <w:t xml:space="preserve"> från det lag som bemannar </w:t>
      </w:r>
      <w:r w:rsidR="00CA36CE" w:rsidRPr="00D30FAA">
        <w:rPr>
          <w:b/>
          <w:bCs/>
          <w:i/>
          <w:iCs/>
          <w:kern w:val="2"/>
          <w:szCs w:val="21"/>
          <w:lang w:val="sv-SE" w:eastAsia="zh-CN"/>
          <w14:ligatures w14:val="standardContextual"/>
        </w:rPr>
        <w:t>kvällens match</w:t>
      </w:r>
      <w:r w:rsidR="00F97743" w:rsidRPr="00D30FAA">
        <w:rPr>
          <w:i/>
          <w:iCs/>
          <w:kern w:val="2"/>
          <w:szCs w:val="21"/>
          <w:lang w:val="sv-SE" w:eastAsia="zh-CN"/>
          <w14:ligatures w14:val="standardContextual"/>
        </w:rPr>
        <w:t xml:space="preserve"> </w:t>
      </w:r>
      <w:r w:rsidR="00E00198">
        <w:rPr>
          <w:kern w:val="2"/>
          <w:szCs w:val="21"/>
          <w:lang w:val="sv-SE" w:eastAsia="zh-CN"/>
          <w14:ligatures w14:val="standardContextual"/>
        </w:rPr>
        <w:t>ska</w:t>
      </w:r>
      <w:r w:rsidR="00CA36CE" w:rsidRPr="00D30FAA">
        <w:rPr>
          <w:kern w:val="2"/>
          <w:szCs w:val="21"/>
          <w:lang w:val="sv-SE" w:eastAsia="zh-CN"/>
          <w14:ligatures w14:val="standardContextual"/>
        </w:rPr>
        <w:t xml:space="preserve"> var</w:t>
      </w:r>
      <w:r w:rsidR="00E00198">
        <w:rPr>
          <w:kern w:val="2"/>
          <w:szCs w:val="21"/>
          <w:lang w:val="sv-SE" w:eastAsia="zh-CN"/>
          <w14:ligatures w14:val="standardContextual"/>
        </w:rPr>
        <w:t>a</w:t>
      </w:r>
      <w:r w:rsidR="00CA36CE" w:rsidRPr="00D30FAA">
        <w:rPr>
          <w:kern w:val="2"/>
          <w:szCs w:val="21"/>
          <w:lang w:val="sv-SE" w:eastAsia="zh-CN"/>
          <w14:ligatures w14:val="standardContextual"/>
        </w:rPr>
        <w:t xml:space="preserve"> med att st</w:t>
      </w:r>
      <w:r w:rsidR="00D30FAA">
        <w:rPr>
          <w:kern w:val="2"/>
          <w:szCs w:val="21"/>
          <w:lang w:val="sv-SE" w:eastAsia="zh-CN"/>
          <w14:ligatures w14:val="standardContextual"/>
        </w:rPr>
        <w:t>arta</w:t>
      </w:r>
      <w:r w:rsidR="00355518" w:rsidRPr="00D30FAA">
        <w:rPr>
          <w:kern w:val="2"/>
          <w:szCs w:val="21"/>
          <w:lang w:val="sv-SE" w:eastAsia="zh-CN"/>
          <w14:ligatures w14:val="standardContextual"/>
        </w:rPr>
        <w:t xml:space="preserve"> upp caféet</w:t>
      </w:r>
      <w:r w:rsidR="007B359D">
        <w:rPr>
          <w:kern w:val="2"/>
          <w:szCs w:val="21"/>
          <w:lang w:val="sv-SE" w:eastAsia="zh-CN"/>
          <w14:ligatures w14:val="standardContextual"/>
        </w:rPr>
        <w:t xml:space="preserve"> 90min innan matchstart. </w:t>
      </w:r>
    </w:p>
    <w:p w14:paraId="7EE6EA94" w14:textId="77777777" w:rsidR="00F13197" w:rsidRPr="00B9106A" w:rsidRDefault="007B359D" w:rsidP="00835762">
      <w:pPr>
        <w:pStyle w:val="ListBullet"/>
        <w:rPr>
          <w:b/>
          <w:bCs/>
          <w:kern w:val="2"/>
          <w:szCs w:val="21"/>
          <w:lang w:val="sv-SE" w:eastAsia="zh-CN"/>
          <w14:ligatures w14:val="standardContextual"/>
        </w:rPr>
      </w:pPr>
      <w:r w:rsidRPr="00B9106A">
        <w:rPr>
          <w:b/>
          <w:bCs/>
          <w:kern w:val="2"/>
          <w:szCs w:val="21"/>
          <w:lang w:val="sv-SE" w:eastAsia="zh-CN"/>
          <w14:ligatures w14:val="standardContextual"/>
        </w:rPr>
        <w:t>Fördela upp er</w:t>
      </w:r>
      <w:r w:rsidR="00302AC7" w:rsidRPr="00B9106A">
        <w:rPr>
          <w:b/>
          <w:bCs/>
          <w:kern w:val="2"/>
          <w:szCs w:val="21"/>
          <w:lang w:val="sv-SE" w:eastAsia="zh-CN"/>
          <w14:ligatures w14:val="standardContextual"/>
        </w:rPr>
        <w:t xml:space="preserve"> </w:t>
      </w:r>
      <w:r w:rsidR="00835762" w:rsidRPr="00B9106A">
        <w:rPr>
          <w:b/>
          <w:bCs/>
          <w:kern w:val="2"/>
          <w:szCs w:val="21"/>
          <w:lang w:val="sv-SE" w:eastAsia="zh-CN"/>
          <w14:ligatures w14:val="standardContextual"/>
        </w:rPr>
        <w:t>enligt följande</w:t>
      </w:r>
      <w:r w:rsidR="00F13197" w:rsidRPr="00B9106A">
        <w:rPr>
          <w:b/>
          <w:bCs/>
          <w:kern w:val="2"/>
          <w:szCs w:val="21"/>
          <w:lang w:val="sv-SE" w:eastAsia="zh-CN"/>
          <w14:ligatures w14:val="standardContextual"/>
        </w:rPr>
        <w:t>:</w:t>
      </w:r>
    </w:p>
    <w:p w14:paraId="16D12B1E" w14:textId="7F327345" w:rsidR="00F13197" w:rsidRDefault="00F13197" w:rsidP="00B9106A">
      <w:pPr>
        <w:pStyle w:val="ListBullet"/>
        <w:numPr>
          <w:ilvl w:val="0"/>
          <w:numId w:val="32"/>
        </w:numPr>
        <w:rPr>
          <w:kern w:val="2"/>
          <w:szCs w:val="21"/>
          <w:lang w:val="sv-SE" w:eastAsia="zh-CN"/>
          <w14:ligatures w14:val="standardContextual"/>
        </w:rPr>
      </w:pPr>
      <w:r w:rsidRPr="00BC0C08">
        <w:rPr>
          <w:b/>
          <w:bCs/>
          <w:kern w:val="2"/>
          <w:szCs w:val="21"/>
          <w:lang w:val="sv-SE" w:eastAsia="zh-CN"/>
          <w14:ligatures w14:val="standardContextual"/>
        </w:rPr>
        <w:t>T</w:t>
      </w:r>
      <w:r w:rsidR="006F2F7E" w:rsidRPr="00BC0C08">
        <w:rPr>
          <w:b/>
          <w:bCs/>
          <w:kern w:val="2"/>
          <w:szCs w:val="21"/>
          <w:lang w:val="sv-SE" w:eastAsia="zh-CN"/>
          <w14:ligatures w14:val="standardContextual"/>
        </w:rPr>
        <w:t>vå</w:t>
      </w:r>
      <w:r w:rsidR="007B359D" w:rsidRPr="00BC0C08">
        <w:rPr>
          <w:b/>
          <w:bCs/>
          <w:kern w:val="2"/>
          <w:szCs w:val="21"/>
          <w:lang w:val="sv-SE" w:eastAsia="zh-CN"/>
          <w14:ligatures w14:val="standardContextual"/>
        </w:rPr>
        <w:t xml:space="preserve"> som startar upp </w:t>
      </w:r>
      <w:r w:rsidR="00302AC7" w:rsidRPr="00BC0C08">
        <w:rPr>
          <w:b/>
          <w:bCs/>
          <w:kern w:val="2"/>
          <w:szCs w:val="21"/>
          <w:lang w:val="sv-SE" w:eastAsia="zh-CN"/>
          <w14:ligatures w14:val="standardContextual"/>
        </w:rPr>
        <w:t>caféet</w:t>
      </w:r>
      <w:r w:rsidR="00302AC7" w:rsidRPr="00835762">
        <w:rPr>
          <w:kern w:val="2"/>
          <w:szCs w:val="21"/>
          <w:lang w:val="sv-SE" w:eastAsia="zh-CN"/>
          <w14:ligatures w14:val="standardContextual"/>
        </w:rPr>
        <w:t xml:space="preserve"> enligt instruktion</w:t>
      </w:r>
      <w:r w:rsidR="00835762">
        <w:rPr>
          <w:kern w:val="2"/>
          <w:szCs w:val="21"/>
          <w:lang w:val="sv-SE" w:eastAsia="zh-CN"/>
          <w14:ligatures w14:val="standardContextual"/>
        </w:rPr>
        <w:t xml:space="preserve"> (öppna caféet)</w:t>
      </w:r>
    </w:p>
    <w:p w14:paraId="5F2BB224" w14:textId="54880F96" w:rsidR="00536F2B" w:rsidRDefault="00F13197" w:rsidP="00B9106A">
      <w:pPr>
        <w:pStyle w:val="ListBullet"/>
        <w:numPr>
          <w:ilvl w:val="0"/>
          <w:numId w:val="32"/>
        </w:numPr>
        <w:rPr>
          <w:kern w:val="2"/>
          <w:szCs w:val="21"/>
          <w:lang w:val="sv-SE" w:eastAsia="zh-CN"/>
          <w14:ligatures w14:val="standardContextual"/>
        </w:rPr>
      </w:pPr>
      <w:r w:rsidRPr="00BC0C08">
        <w:rPr>
          <w:b/>
          <w:bCs/>
          <w:kern w:val="2"/>
          <w:szCs w:val="21"/>
          <w:lang w:val="sv-SE" w:eastAsia="zh-CN"/>
          <w14:ligatures w14:val="standardContextual"/>
        </w:rPr>
        <w:t>T</w:t>
      </w:r>
      <w:r w:rsidR="00D45275" w:rsidRPr="00BC0C08">
        <w:rPr>
          <w:b/>
          <w:bCs/>
          <w:kern w:val="2"/>
          <w:szCs w:val="21"/>
          <w:lang w:val="sv-SE" w:eastAsia="zh-CN"/>
          <w14:ligatures w14:val="standardContextual"/>
        </w:rPr>
        <w:t>re</w:t>
      </w:r>
      <w:r w:rsidR="006F2F7E" w:rsidRPr="00BC0C08">
        <w:rPr>
          <w:b/>
          <w:bCs/>
          <w:kern w:val="2"/>
          <w:szCs w:val="21"/>
          <w:lang w:val="sv-SE" w:eastAsia="zh-CN"/>
          <w14:ligatures w14:val="standardContextual"/>
        </w:rPr>
        <w:t xml:space="preserve"> som</w:t>
      </w:r>
      <w:r w:rsidR="00835762" w:rsidRPr="00BC0C08">
        <w:rPr>
          <w:b/>
          <w:bCs/>
          <w:kern w:val="2"/>
          <w:szCs w:val="21"/>
          <w:lang w:val="sv-SE" w:eastAsia="zh-CN"/>
          <w14:ligatures w14:val="standardContextual"/>
        </w:rPr>
        <w:t xml:space="preserve"> förbereder</w:t>
      </w:r>
      <w:r w:rsidR="00D45275" w:rsidRPr="00BC0C08">
        <w:rPr>
          <w:b/>
          <w:bCs/>
          <w:kern w:val="2"/>
          <w:szCs w:val="21"/>
          <w:lang w:val="sv-SE" w:eastAsia="zh-CN"/>
          <w14:ligatures w14:val="standardContextual"/>
        </w:rPr>
        <w:t xml:space="preserve"> för öppning av hamburgeriet</w:t>
      </w:r>
      <w:r w:rsidR="00D45275">
        <w:rPr>
          <w:kern w:val="2"/>
          <w:szCs w:val="21"/>
          <w:lang w:val="sv-SE" w:eastAsia="zh-CN"/>
          <w14:ligatures w14:val="standardContextual"/>
        </w:rPr>
        <w:t xml:space="preserve"> </w:t>
      </w:r>
      <w:r w:rsidR="00844631">
        <w:rPr>
          <w:kern w:val="2"/>
          <w:szCs w:val="21"/>
          <w:lang w:val="sv-SE" w:eastAsia="zh-CN"/>
          <w14:ligatures w14:val="standardContextual"/>
        </w:rPr>
        <w:t xml:space="preserve">– </w:t>
      </w:r>
      <w:r w:rsidR="00844631" w:rsidRPr="004C6344">
        <w:rPr>
          <w:b/>
          <w:bCs/>
          <w:kern w:val="2"/>
          <w:szCs w:val="21"/>
          <w:lang w:val="sv-SE" w:eastAsia="zh-CN"/>
          <w14:ligatures w14:val="standardContextual"/>
        </w:rPr>
        <w:t xml:space="preserve">Försäljning </w:t>
      </w:r>
      <w:r w:rsidR="004C6344" w:rsidRPr="004C6344">
        <w:rPr>
          <w:b/>
          <w:bCs/>
          <w:kern w:val="2"/>
          <w:szCs w:val="21"/>
          <w:lang w:val="sv-SE" w:eastAsia="zh-CN"/>
          <w14:ligatures w14:val="standardContextual"/>
        </w:rPr>
        <w:t>ö</w:t>
      </w:r>
      <w:r w:rsidR="00FB0082" w:rsidRPr="00FB0082">
        <w:rPr>
          <w:b/>
          <w:bCs/>
          <w:kern w:val="2"/>
          <w:szCs w:val="21"/>
          <w:lang w:val="sv-SE" w:eastAsia="zh-CN"/>
          <w14:ligatures w14:val="standardContextual"/>
        </w:rPr>
        <w:t>ppna</w:t>
      </w:r>
      <w:r w:rsidR="004C6344">
        <w:rPr>
          <w:b/>
          <w:bCs/>
          <w:kern w:val="2"/>
          <w:szCs w:val="21"/>
          <w:lang w:val="sv-SE" w:eastAsia="zh-CN"/>
          <w14:ligatures w14:val="standardContextual"/>
        </w:rPr>
        <w:t>r</w:t>
      </w:r>
      <w:r w:rsidR="00FB0082" w:rsidRPr="00FB0082">
        <w:rPr>
          <w:b/>
          <w:bCs/>
          <w:kern w:val="2"/>
          <w:szCs w:val="21"/>
          <w:lang w:val="sv-SE" w:eastAsia="zh-CN"/>
          <w14:ligatures w14:val="standardContextual"/>
        </w:rPr>
        <w:t xml:space="preserve"> 60min innan matchstart</w:t>
      </w:r>
    </w:p>
    <w:p w14:paraId="396755A4" w14:textId="69FC37FB" w:rsidR="00D45275" w:rsidRDefault="00BF172F" w:rsidP="00B9106A">
      <w:pPr>
        <w:pStyle w:val="ListBullet"/>
        <w:tabs>
          <w:tab w:val="clear" w:pos="360"/>
          <w:tab w:val="num" w:pos="1080"/>
        </w:tabs>
        <w:ind w:left="1080"/>
        <w:rPr>
          <w:kern w:val="2"/>
          <w:szCs w:val="21"/>
          <w:lang w:val="sv-SE" w:eastAsia="zh-CN"/>
          <w14:ligatures w14:val="standardContextual"/>
        </w:rPr>
      </w:pPr>
      <w:r>
        <w:rPr>
          <w:kern w:val="2"/>
          <w:szCs w:val="21"/>
          <w:lang w:val="sv-SE" w:eastAsia="zh-CN"/>
          <w14:ligatures w14:val="standardContextual"/>
        </w:rPr>
        <w:t>Skära tomater, lök</w:t>
      </w:r>
      <w:r w:rsidR="00393D8E">
        <w:rPr>
          <w:kern w:val="2"/>
          <w:szCs w:val="21"/>
          <w:lang w:val="sv-SE" w:eastAsia="zh-CN"/>
          <w14:ligatures w14:val="standardContextual"/>
        </w:rPr>
        <w:t xml:space="preserve"> och</w:t>
      </w:r>
      <w:r w:rsidR="00642670">
        <w:rPr>
          <w:kern w:val="2"/>
          <w:szCs w:val="21"/>
          <w:lang w:val="sv-SE" w:eastAsia="zh-CN"/>
          <w14:ligatures w14:val="standardContextual"/>
        </w:rPr>
        <w:t xml:space="preserve"> sallad</w:t>
      </w:r>
    </w:p>
    <w:p w14:paraId="7E38FECE" w14:textId="6F31DC90" w:rsidR="009F5671" w:rsidRDefault="009F5671" w:rsidP="00B9106A">
      <w:pPr>
        <w:pStyle w:val="ListBullet"/>
        <w:tabs>
          <w:tab w:val="clear" w:pos="360"/>
          <w:tab w:val="num" w:pos="1080"/>
        </w:tabs>
        <w:ind w:left="1080"/>
        <w:rPr>
          <w:kern w:val="2"/>
          <w:szCs w:val="21"/>
          <w:lang w:val="sv-SE" w:eastAsia="zh-CN"/>
          <w14:ligatures w14:val="standardContextual"/>
        </w:rPr>
      </w:pPr>
      <w:r>
        <w:rPr>
          <w:kern w:val="2"/>
          <w:szCs w:val="21"/>
          <w:lang w:val="sv-SE" w:eastAsia="zh-CN"/>
          <w14:ligatures w14:val="standardContextual"/>
        </w:rPr>
        <w:t>Tar ut grillbordet, grillbestick och en ugnsform med grillfolie för att kunna förgrilla hamburgare för snabbare servering i pause</w:t>
      </w:r>
      <w:r w:rsidR="002E43D2">
        <w:rPr>
          <w:kern w:val="2"/>
          <w:szCs w:val="21"/>
          <w:lang w:val="sv-SE" w:eastAsia="zh-CN"/>
          <w14:ligatures w14:val="standardContextual"/>
        </w:rPr>
        <w:t xml:space="preserve">r. (starta grillbordet direkt för det tar tid </w:t>
      </w:r>
      <w:r w:rsidR="00180613">
        <w:rPr>
          <w:kern w:val="2"/>
          <w:szCs w:val="21"/>
          <w:lang w:val="sv-SE" w:eastAsia="zh-CN"/>
          <w14:ligatures w14:val="standardContextual"/>
        </w:rPr>
        <w:t xml:space="preserve">det </w:t>
      </w:r>
      <w:r w:rsidR="002E43D2">
        <w:rPr>
          <w:kern w:val="2"/>
          <w:szCs w:val="21"/>
          <w:lang w:val="sv-SE" w:eastAsia="zh-CN"/>
          <w14:ligatures w14:val="standardContextual"/>
        </w:rPr>
        <w:t>att bli varmt)</w:t>
      </w:r>
    </w:p>
    <w:p w14:paraId="1625B5C4" w14:textId="58F8282F" w:rsidR="00257542" w:rsidRDefault="00257542" w:rsidP="00B9106A">
      <w:pPr>
        <w:pStyle w:val="ListBullet"/>
        <w:tabs>
          <w:tab w:val="clear" w:pos="360"/>
          <w:tab w:val="num" w:pos="1080"/>
        </w:tabs>
        <w:ind w:left="1080"/>
        <w:rPr>
          <w:kern w:val="2"/>
          <w:szCs w:val="21"/>
          <w:lang w:val="sv-SE" w:eastAsia="zh-CN"/>
          <w14:ligatures w14:val="standardContextual"/>
        </w:rPr>
      </w:pPr>
      <w:r>
        <w:rPr>
          <w:kern w:val="2"/>
          <w:szCs w:val="21"/>
          <w:lang w:val="sv-SE" w:eastAsia="zh-CN"/>
          <w14:ligatures w14:val="standardContextual"/>
        </w:rPr>
        <w:t xml:space="preserve">Fyll hamburgerfickor </w:t>
      </w:r>
      <w:r w:rsidR="005C542E">
        <w:rPr>
          <w:kern w:val="2"/>
          <w:szCs w:val="21"/>
          <w:lang w:val="sv-SE" w:eastAsia="zh-CN"/>
          <w14:ligatures w14:val="standardContextual"/>
        </w:rPr>
        <w:t>med bröd och lägger i en rostfri ugnsplåt</w:t>
      </w:r>
      <w:r w:rsidR="009F5671">
        <w:rPr>
          <w:kern w:val="2"/>
          <w:szCs w:val="21"/>
          <w:lang w:val="sv-SE" w:eastAsia="zh-CN"/>
          <w14:ligatures w14:val="standardContextual"/>
        </w:rPr>
        <w:t xml:space="preserve"> </w:t>
      </w:r>
    </w:p>
    <w:p w14:paraId="63EF8C81" w14:textId="24AB2E50" w:rsidR="00642670" w:rsidRDefault="00642670" w:rsidP="00B9106A">
      <w:pPr>
        <w:pStyle w:val="ListBullet"/>
        <w:tabs>
          <w:tab w:val="clear" w:pos="360"/>
          <w:tab w:val="num" w:pos="1080"/>
        </w:tabs>
        <w:ind w:left="1080"/>
        <w:rPr>
          <w:kern w:val="2"/>
          <w:szCs w:val="21"/>
          <w:lang w:val="sv-SE" w:eastAsia="zh-CN"/>
          <w14:ligatures w14:val="standardContextual"/>
        </w:rPr>
      </w:pPr>
      <w:r>
        <w:rPr>
          <w:kern w:val="2"/>
          <w:szCs w:val="21"/>
          <w:lang w:val="sv-SE" w:eastAsia="zh-CN"/>
          <w14:ligatures w14:val="standardContextual"/>
        </w:rPr>
        <w:t>Ställa fram ett bord till vänster om damtoaletten och sätta på en pappersduk</w:t>
      </w:r>
      <w:r w:rsidR="00C957C0">
        <w:rPr>
          <w:kern w:val="2"/>
          <w:szCs w:val="21"/>
          <w:lang w:val="sv-SE" w:eastAsia="zh-CN"/>
          <w14:ligatures w14:val="standardContextual"/>
        </w:rPr>
        <w:t xml:space="preserve"> (finns i </w:t>
      </w:r>
      <w:r w:rsidR="00020C93">
        <w:rPr>
          <w:kern w:val="2"/>
          <w:szCs w:val="21"/>
          <w:lang w:val="sv-SE" w:eastAsia="zh-CN"/>
          <w14:ligatures w14:val="standardContextual"/>
        </w:rPr>
        <w:t xml:space="preserve">låsta </w:t>
      </w:r>
      <w:r w:rsidR="00A363AE">
        <w:rPr>
          <w:kern w:val="2"/>
          <w:szCs w:val="21"/>
          <w:lang w:val="sv-SE" w:eastAsia="zh-CN"/>
          <w14:ligatures w14:val="standardContextual"/>
        </w:rPr>
        <w:t xml:space="preserve">rummet </w:t>
      </w:r>
      <w:r w:rsidR="00020C93">
        <w:rPr>
          <w:kern w:val="2"/>
          <w:szCs w:val="21"/>
          <w:lang w:val="sv-SE" w:eastAsia="zh-CN"/>
          <w14:ligatures w14:val="standardContextual"/>
        </w:rPr>
        <w:t>via</w:t>
      </w:r>
      <w:r w:rsidR="00A363AE">
        <w:rPr>
          <w:kern w:val="2"/>
          <w:szCs w:val="21"/>
          <w:lang w:val="sv-SE" w:eastAsia="zh-CN"/>
          <w14:ligatures w14:val="standardContextual"/>
        </w:rPr>
        <w:t xml:space="preserve"> caféet)</w:t>
      </w:r>
    </w:p>
    <w:p w14:paraId="73136A97" w14:textId="77777777" w:rsidR="003F0383" w:rsidRDefault="00393D8E" w:rsidP="00B9106A">
      <w:pPr>
        <w:pStyle w:val="ListBullet"/>
        <w:tabs>
          <w:tab w:val="clear" w:pos="360"/>
          <w:tab w:val="num" w:pos="1080"/>
        </w:tabs>
        <w:ind w:left="1080"/>
        <w:rPr>
          <w:kern w:val="2"/>
          <w:szCs w:val="21"/>
          <w:lang w:val="sv-SE" w:eastAsia="zh-CN"/>
          <w14:ligatures w14:val="standardContextual"/>
        </w:rPr>
      </w:pPr>
      <w:r>
        <w:rPr>
          <w:kern w:val="2"/>
          <w:szCs w:val="21"/>
          <w:lang w:val="sv-SE" w:eastAsia="zh-CN"/>
          <w14:ligatures w14:val="standardContextual"/>
        </w:rPr>
        <w:t>Ställ fram skålar</w:t>
      </w:r>
      <w:r w:rsidR="00B01782">
        <w:rPr>
          <w:kern w:val="2"/>
          <w:szCs w:val="21"/>
          <w:lang w:val="sv-SE" w:eastAsia="zh-CN"/>
          <w14:ligatures w14:val="standardContextual"/>
        </w:rPr>
        <w:t xml:space="preserve">na </w:t>
      </w:r>
      <w:r>
        <w:rPr>
          <w:kern w:val="2"/>
          <w:szCs w:val="21"/>
          <w:lang w:val="sv-SE" w:eastAsia="zh-CN"/>
          <w14:ligatures w14:val="standardContextual"/>
        </w:rPr>
        <w:t>med hamburger tillbehör</w:t>
      </w:r>
      <w:r w:rsidR="00521E0A">
        <w:rPr>
          <w:kern w:val="2"/>
          <w:szCs w:val="21"/>
          <w:lang w:val="sv-SE" w:eastAsia="zh-CN"/>
          <w14:ligatures w14:val="standardContextual"/>
        </w:rPr>
        <w:t xml:space="preserve"> (tomat, lök och sallad) </w:t>
      </w:r>
      <w:r w:rsidR="006F2F7E">
        <w:rPr>
          <w:kern w:val="2"/>
          <w:szCs w:val="21"/>
          <w:lang w:val="sv-SE" w:eastAsia="zh-CN"/>
          <w14:ligatures w14:val="standardContextual"/>
        </w:rPr>
        <w:t xml:space="preserve">och bestick för att ta med </w:t>
      </w:r>
      <w:r w:rsidR="00521E0A">
        <w:rPr>
          <w:kern w:val="2"/>
          <w:szCs w:val="21"/>
          <w:lang w:val="sv-SE" w:eastAsia="zh-CN"/>
          <w14:ligatures w14:val="standardContextual"/>
        </w:rPr>
        <w:t>samt</w:t>
      </w:r>
      <w:r w:rsidR="00B01782">
        <w:rPr>
          <w:kern w:val="2"/>
          <w:szCs w:val="21"/>
          <w:lang w:val="sv-SE" w:eastAsia="zh-CN"/>
          <w14:ligatures w14:val="standardContextual"/>
        </w:rPr>
        <w:t xml:space="preserve"> ketchup, senap</w:t>
      </w:r>
      <w:r w:rsidR="00521E0A">
        <w:rPr>
          <w:kern w:val="2"/>
          <w:szCs w:val="21"/>
          <w:lang w:val="sv-SE" w:eastAsia="zh-CN"/>
          <w14:ligatures w14:val="standardContextual"/>
        </w:rPr>
        <w:t xml:space="preserve"> och </w:t>
      </w:r>
      <w:r w:rsidR="00B74112">
        <w:rPr>
          <w:kern w:val="2"/>
          <w:szCs w:val="21"/>
          <w:lang w:val="sv-SE" w:eastAsia="zh-CN"/>
          <w14:ligatures w14:val="standardContextual"/>
        </w:rPr>
        <w:t>hamburgerdressing</w:t>
      </w:r>
    </w:p>
    <w:p w14:paraId="5609DD6F" w14:textId="4A209738" w:rsidR="00F77DF9" w:rsidRPr="00BC0C08" w:rsidRDefault="00F77DF9" w:rsidP="00F14CEB">
      <w:pPr>
        <w:pStyle w:val="ListBullet"/>
        <w:numPr>
          <w:ilvl w:val="0"/>
          <w:numId w:val="32"/>
        </w:numPr>
        <w:rPr>
          <w:b/>
          <w:bCs/>
          <w:lang w:val="sv-SE" w:eastAsia="zh-CN"/>
        </w:rPr>
      </w:pPr>
      <w:r w:rsidRPr="00BC0C08">
        <w:rPr>
          <w:b/>
          <w:bCs/>
          <w:lang w:val="sv-SE" w:eastAsia="zh-CN"/>
        </w:rPr>
        <w:t>En som förbereder Entrén – Öppnas 30 min innan matchstart</w:t>
      </w:r>
    </w:p>
    <w:p w14:paraId="5380CA7B" w14:textId="77777777" w:rsidR="00F77DF9" w:rsidRDefault="00F77DF9" w:rsidP="00F77DF9">
      <w:pPr>
        <w:pStyle w:val="ListBullet"/>
        <w:numPr>
          <w:ilvl w:val="0"/>
          <w:numId w:val="30"/>
        </w:numPr>
        <w:rPr>
          <w:kern w:val="2"/>
          <w:szCs w:val="21"/>
          <w:lang w:val="sv-SE" w:eastAsia="zh-CN"/>
          <w14:ligatures w14:val="standardContextual"/>
        </w:rPr>
      </w:pPr>
      <w:r>
        <w:rPr>
          <w:kern w:val="2"/>
          <w:szCs w:val="21"/>
          <w:lang w:val="sv-SE" w:eastAsia="zh-CN"/>
          <w14:ligatures w14:val="standardContextual"/>
        </w:rPr>
        <w:t>Ställ fram ett bord till höger när du kommer in i entrén</w:t>
      </w:r>
    </w:p>
    <w:p w14:paraId="0EE4C4C0" w14:textId="77777777" w:rsidR="00F77DF9" w:rsidRDefault="00F77DF9" w:rsidP="00F77DF9">
      <w:pPr>
        <w:pStyle w:val="ListBullet"/>
        <w:numPr>
          <w:ilvl w:val="0"/>
          <w:numId w:val="30"/>
        </w:numPr>
        <w:rPr>
          <w:kern w:val="2"/>
          <w:szCs w:val="21"/>
          <w:lang w:val="sv-SE" w:eastAsia="zh-CN"/>
          <w14:ligatures w14:val="standardContextual"/>
        </w:rPr>
      </w:pPr>
      <w:r>
        <w:rPr>
          <w:kern w:val="2"/>
          <w:szCs w:val="21"/>
          <w:lang w:val="sv-SE" w:eastAsia="zh-CN"/>
          <w14:ligatures w14:val="standardContextual"/>
        </w:rPr>
        <w:t>Lägg på en av dukarna som finns i lådan märkt med A lagsmatch (finns i låsta rummet via caféet)</w:t>
      </w:r>
    </w:p>
    <w:p w14:paraId="795CBB16" w14:textId="069228D6" w:rsidR="00F77DF9" w:rsidRDefault="00F77DF9" w:rsidP="00F77DF9">
      <w:pPr>
        <w:pStyle w:val="ListBullet"/>
        <w:numPr>
          <w:ilvl w:val="0"/>
          <w:numId w:val="30"/>
        </w:numPr>
        <w:rPr>
          <w:kern w:val="2"/>
          <w:szCs w:val="21"/>
          <w:lang w:val="sv-SE" w:eastAsia="zh-CN"/>
          <w14:ligatures w14:val="standardContextual"/>
        </w:rPr>
      </w:pPr>
      <w:r>
        <w:rPr>
          <w:kern w:val="2"/>
          <w:szCs w:val="21"/>
          <w:lang w:val="sv-SE" w:eastAsia="zh-CN"/>
          <w14:ligatures w14:val="standardContextual"/>
        </w:rPr>
        <w:t>Ta fram Swish lappar som finns i lådan för matchinträde</w:t>
      </w:r>
      <w:r w:rsidR="00AF3C5A">
        <w:rPr>
          <w:kern w:val="2"/>
          <w:szCs w:val="21"/>
          <w:lang w:val="sv-SE" w:eastAsia="zh-CN"/>
          <w14:ligatures w14:val="standardContextual"/>
        </w:rPr>
        <w:t xml:space="preserve"> samt ”gatuprataren” med inträdes skylt.</w:t>
      </w:r>
    </w:p>
    <w:p w14:paraId="758223D0" w14:textId="5004201A" w:rsidR="00F77DF9" w:rsidRPr="00A60CAE" w:rsidRDefault="00A00797" w:rsidP="00F77DF9">
      <w:pPr>
        <w:pStyle w:val="ListBullet"/>
        <w:numPr>
          <w:ilvl w:val="0"/>
          <w:numId w:val="30"/>
        </w:numPr>
        <w:rPr>
          <w:lang w:val="sv-SE"/>
        </w:rPr>
      </w:pPr>
      <w:r>
        <w:rPr>
          <w:b/>
          <w:bCs/>
          <w:lang w:val="sv-SE"/>
        </w:rPr>
        <w:t>Förbered</w:t>
      </w:r>
      <w:r w:rsidR="00A661AD">
        <w:rPr>
          <w:b/>
          <w:bCs/>
          <w:lang w:val="sv-SE"/>
        </w:rPr>
        <w:t xml:space="preserve"> eventuella </w:t>
      </w:r>
      <w:r w:rsidR="005618D6">
        <w:rPr>
          <w:b/>
          <w:bCs/>
          <w:lang w:val="sv-SE"/>
        </w:rPr>
        <w:t>match aktiviteter dessa sker v</w:t>
      </w:r>
      <w:r w:rsidR="00F77DF9" w:rsidRPr="000243BF">
        <w:rPr>
          <w:b/>
          <w:bCs/>
          <w:lang w:val="sv-SE"/>
        </w:rPr>
        <w:t>id utvalda matcher</w:t>
      </w:r>
      <w:r w:rsidR="005618D6">
        <w:rPr>
          <w:b/>
          <w:bCs/>
          <w:lang w:val="sv-SE"/>
        </w:rPr>
        <w:t xml:space="preserve"> och meddelas till lagledare innan matchdag:</w:t>
      </w:r>
    </w:p>
    <w:p w14:paraId="730A3862" w14:textId="77777777" w:rsidR="00F14CEB" w:rsidRDefault="00F77DF9" w:rsidP="00F14CEB">
      <w:pPr>
        <w:pStyle w:val="ListBullet"/>
        <w:numPr>
          <w:ilvl w:val="1"/>
          <w:numId w:val="30"/>
        </w:numPr>
        <w:tabs>
          <w:tab w:val="num" w:pos="720"/>
        </w:tabs>
        <w:rPr>
          <w:lang w:val="sv-SE"/>
        </w:rPr>
      </w:pPr>
      <w:r>
        <w:rPr>
          <w:b/>
          <w:bCs/>
          <w:lang w:val="sv-SE"/>
        </w:rPr>
        <w:t>Puckkastning -</w:t>
      </w:r>
      <w:r w:rsidRPr="000243BF">
        <w:rPr>
          <w:lang w:val="sv-SE"/>
        </w:rPr>
        <w:t xml:space="preserve"> Kunden köper en numrerad puck. Anteckna puckens nummer och be kunden skriva sitt namn och telefonnummer. </w:t>
      </w:r>
      <w:r w:rsidRPr="00934772">
        <w:rPr>
          <w:lang w:val="sv-SE"/>
        </w:rPr>
        <w:t>Puckar säljs fram till och med den andra periodpausen.</w:t>
      </w:r>
    </w:p>
    <w:p w14:paraId="5B56CE8F" w14:textId="77777777" w:rsidR="00E00480" w:rsidRDefault="00F77DF9" w:rsidP="00E00480">
      <w:pPr>
        <w:pStyle w:val="ListBullet"/>
        <w:numPr>
          <w:ilvl w:val="1"/>
          <w:numId w:val="30"/>
        </w:numPr>
        <w:tabs>
          <w:tab w:val="num" w:pos="720"/>
        </w:tabs>
        <w:rPr>
          <w:lang w:val="sv-SE"/>
        </w:rPr>
      </w:pPr>
      <w:r w:rsidRPr="00F14CEB">
        <w:rPr>
          <w:b/>
          <w:bCs/>
          <w:lang w:val="sv-SE"/>
        </w:rPr>
        <w:t>Lotteri, godishjul mm.</w:t>
      </w:r>
      <w:r w:rsidRPr="00F14CEB">
        <w:rPr>
          <w:lang w:val="sv-SE"/>
        </w:rPr>
        <w:t xml:space="preserve"> – Försäljning och reklam i entrén.</w:t>
      </w:r>
    </w:p>
    <w:p w14:paraId="4AED0BD4" w14:textId="7EE293D9" w:rsidR="003F0383" w:rsidRPr="00E00480" w:rsidRDefault="003F0383" w:rsidP="003C4353">
      <w:pPr>
        <w:pStyle w:val="ListBullet"/>
        <w:numPr>
          <w:ilvl w:val="0"/>
          <w:numId w:val="33"/>
        </w:numPr>
        <w:tabs>
          <w:tab w:val="num" w:pos="720"/>
        </w:tabs>
        <w:rPr>
          <w:lang w:val="sv-SE"/>
        </w:rPr>
      </w:pPr>
      <w:r w:rsidRPr="00E00480">
        <w:rPr>
          <w:kern w:val="2"/>
          <w:szCs w:val="21"/>
          <w:lang w:val="sv-SE" w:eastAsia="zh-CN"/>
          <w14:ligatures w14:val="standardContextual"/>
        </w:rPr>
        <w:t>40min innan matchstart</w:t>
      </w:r>
      <w:r w:rsidR="00620414">
        <w:rPr>
          <w:kern w:val="2"/>
          <w:szCs w:val="21"/>
          <w:lang w:val="sv-SE" w:eastAsia="zh-CN"/>
          <w14:ligatures w14:val="standardContextual"/>
        </w:rPr>
        <w:t xml:space="preserve"> </w:t>
      </w:r>
      <w:r w:rsidR="00692DBA">
        <w:rPr>
          <w:kern w:val="2"/>
          <w:szCs w:val="21"/>
          <w:lang w:val="sv-SE" w:eastAsia="zh-CN"/>
          <w14:ligatures w14:val="standardContextual"/>
        </w:rPr>
        <w:t xml:space="preserve">skall </w:t>
      </w:r>
      <w:r w:rsidR="003F5ED4">
        <w:rPr>
          <w:kern w:val="2"/>
          <w:szCs w:val="21"/>
          <w:lang w:val="sv-SE" w:eastAsia="zh-CN"/>
          <w14:ligatures w14:val="standardContextual"/>
        </w:rPr>
        <w:t>två personer vara i sekretariatet. Is</w:t>
      </w:r>
      <w:r w:rsidR="00620414">
        <w:rPr>
          <w:kern w:val="2"/>
          <w:szCs w:val="21"/>
          <w:lang w:val="sv-SE" w:eastAsia="zh-CN"/>
          <w14:ligatures w14:val="standardContextual"/>
        </w:rPr>
        <w:t xml:space="preserve"> </w:t>
      </w:r>
      <w:r w:rsidRPr="00E00480">
        <w:rPr>
          <w:kern w:val="2"/>
          <w:szCs w:val="21"/>
          <w:lang w:val="sv-SE" w:eastAsia="zh-CN"/>
          <w14:ligatures w14:val="standardContextual"/>
        </w:rPr>
        <w:t>värmning</w:t>
      </w:r>
      <w:r w:rsidR="003C4353">
        <w:rPr>
          <w:kern w:val="2"/>
          <w:szCs w:val="21"/>
          <w:lang w:val="sv-SE" w:eastAsia="zh-CN"/>
          <w14:ligatures w14:val="standardContextual"/>
        </w:rPr>
        <w:t xml:space="preserve"> pågår i 20min, </w:t>
      </w:r>
      <w:r w:rsidRPr="00E00480">
        <w:rPr>
          <w:kern w:val="2"/>
          <w:szCs w:val="21"/>
          <w:lang w:val="sv-SE" w:eastAsia="zh-CN"/>
          <w14:ligatures w14:val="standardContextual"/>
        </w:rPr>
        <w:t>två personer</w:t>
      </w:r>
      <w:r w:rsidR="00E00480" w:rsidRPr="00E00480">
        <w:rPr>
          <w:kern w:val="2"/>
          <w:szCs w:val="21"/>
          <w:lang w:val="sv-SE" w:eastAsia="zh-CN"/>
          <w14:ligatures w14:val="standardContextual"/>
        </w:rPr>
        <w:t xml:space="preserve"> </w:t>
      </w:r>
      <w:r w:rsidR="003C4353">
        <w:rPr>
          <w:kern w:val="2"/>
          <w:szCs w:val="21"/>
          <w:lang w:val="sv-SE" w:eastAsia="zh-CN"/>
          <w14:ligatures w14:val="standardContextual"/>
        </w:rPr>
        <w:t>bemannar båsdörrar</w:t>
      </w:r>
      <w:r w:rsidR="00844477">
        <w:rPr>
          <w:kern w:val="2"/>
          <w:szCs w:val="21"/>
          <w:lang w:val="sv-SE" w:eastAsia="zh-CN"/>
          <w14:ligatures w14:val="standardContextual"/>
        </w:rPr>
        <w:t xml:space="preserve"> samt ev. hjälp med målburar.</w:t>
      </w:r>
    </w:p>
    <w:p w14:paraId="6FF74BCE" w14:textId="5AB4347D" w:rsidR="00B74112" w:rsidRDefault="00B74112" w:rsidP="003F0383">
      <w:pPr>
        <w:pStyle w:val="ListBullet"/>
        <w:numPr>
          <w:ilvl w:val="0"/>
          <w:numId w:val="0"/>
        </w:numPr>
        <w:tabs>
          <w:tab w:val="num" w:pos="720"/>
        </w:tabs>
        <w:ind w:left="720"/>
        <w:rPr>
          <w:kern w:val="2"/>
          <w:szCs w:val="21"/>
          <w:lang w:val="sv-SE" w:eastAsia="zh-CN"/>
          <w14:ligatures w14:val="standardContextual"/>
        </w:rPr>
      </w:pPr>
    </w:p>
    <w:p w14:paraId="5867407B" w14:textId="5D11F9C0" w:rsidR="00844477" w:rsidRDefault="00844477" w:rsidP="00844477">
      <w:pPr>
        <w:pStyle w:val="Heading1"/>
        <w:rPr>
          <w:lang w:val="sv-SE"/>
        </w:rPr>
      </w:pPr>
      <w:r>
        <w:rPr>
          <w:lang w:val="sv-SE"/>
        </w:rPr>
        <w:t xml:space="preserve">Caféet </w:t>
      </w:r>
      <w:r w:rsidRPr="00E53A73">
        <w:rPr>
          <w:lang w:val="sv-SE"/>
        </w:rPr>
        <w:t>under match</w:t>
      </w:r>
      <w:r>
        <w:rPr>
          <w:lang w:val="sv-SE"/>
        </w:rPr>
        <w:t xml:space="preserve"> – </w:t>
      </w:r>
      <w:r>
        <w:rPr>
          <w:lang w:val="sv-SE"/>
        </w:rPr>
        <w:t>2</w:t>
      </w:r>
      <w:r>
        <w:rPr>
          <w:lang w:val="sv-SE"/>
        </w:rPr>
        <w:t xml:space="preserve"> person</w:t>
      </w:r>
      <w:r w:rsidRPr="00E53A73">
        <w:rPr>
          <w:lang w:val="sv-SE"/>
        </w:rPr>
        <w:t xml:space="preserve"> </w:t>
      </w:r>
    </w:p>
    <w:p w14:paraId="461F5701" w14:textId="21AF6916" w:rsidR="00234150" w:rsidRDefault="00FE34FD" w:rsidP="00234150">
      <w:pPr>
        <w:pStyle w:val="ListParagraph"/>
        <w:numPr>
          <w:ilvl w:val="0"/>
          <w:numId w:val="33"/>
        </w:numPr>
        <w:rPr>
          <w:lang w:val="sv-SE"/>
        </w:rPr>
      </w:pPr>
      <w:r>
        <w:rPr>
          <w:lang w:val="sv-SE"/>
        </w:rPr>
        <w:t>Två personer bemannar caféet och s</w:t>
      </w:r>
      <w:r w:rsidR="00F650D5">
        <w:rPr>
          <w:lang w:val="sv-SE"/>
        </w:rPr>
        <w:t>er till att det under matchen finns framplockade varor</w:t>
      </w:r>
      <w:r w:rsidR="00977770">
        <w:rPr>
          <w:lang w:val="sv-SE"/>
        </w:rPr>
        <w:t>.</w:t>
      </w:r>
    </w:p>
    <w:p w14:paraId="41A8CDA3" w14:textId="38556961" w:rsidR="00F650D5" w:rsidRDefault="00257542" w:rsidP="00234150">
      <w:pPr>
        <w:pStyle w:val="ListParagraph"/>
        <w:numPr>
          <w:ilvl w:val="0"/>
          <w:numId w:val="33"/>
        </w:numPr>
        <w:rPr>
          <w:lang w:val="sv-SE"/>
        </w:rPr>
      </w:pPr>
      <w:r>
        <w:rPr>
          <w:lang w:val="sv-SE"/>
        </w:rPr>
        <w:t>Skär vid behov, f</w:t>
      </w:r>
      <w:r w:rsidR="00F650D5">
        <w:rPr>
          <w:lang w:val="sv-SE"/>
        </w:rPr>
        <w:t>yller på tillbehö</w:t>
      </w:r>
      <w:r>
        <w:rPr>
          <w:lang w:val="sv-SE"/>
        </w:rPr>
        <w:t>ren samt</w:t>
      </w:r>
      <w:r w:rsidR="00F650D5">
        <w:rPr>
          <w:lang w:val="sv-SE"/>
        </w:rPr>
        <w:t xml:space="preserve"> håller rent och </w:t>
      </w:r>
      <w:r w:rsidR="00977770">
        <w:rPr>
          <w:lang w:val="sv-SE"/>
        </w:rPr>
        <w:t>fräscht.</w:t>
      </w:r>
      <w:r>
        <w:rPr>
          <w:lang w:val="sv-SE"/>
        </w:rPr>
        <w:t xml:space="preserve"> </w:t>
      </w:r>
    </w:p>
    <w:p w14:paraId="46F00977" w14:textId="66A9890D" w:rsidR="00D97E04" w:rsidRDefault="00D35E38" w:rsidP="00234150">
      <w:pPr>
        <w:pStyle w:val="ListParagraph"/>
        <w:numPr>
          <w:ilvl w:val="0"/>
          <w:numId w:val="33"/>
        </w:numPr>
        <w:rPr>
          <w:lang w:val="sv-SE"/>
        </w:rPr>
      </w:pPr>
      <w:r>
        <w:rPr>
          <w:lang w:val="sv-SE"/>
        </w:rPr>
        <w:t xml:space="preserve">Löpande </w:t>
      </w:r>
      <w:r w:rsidR="00D52792">
        <w:rPr>
          <w:lang w:val="sv-SE"/>
        </w:rPr>
        <w:t xml:space="preserve">torka rent bord, golv vid </w:t>
      </w:r>
      <w:r w:rsidR="002A5488">
        <w:rPr>
          <w:lang w:val="sv-SE"/>
        </w:rPr>
        <w:t>serveringsytan samt</w:t>
      </w:r>
      <w:r w:rsidR="00D97E04">
        <w:rPr>
          <w:lang w:val="sv-SE"/>
        </w:rPr>
        <w:t xml:space="preserve"> vid kaff</w:t>
      </w:r>
      <w:r w:rsidR="00D52792">
        <w:rPr>
          <w:lang w:val="sv-SE"/>
        </w:rPr>
        <w:t>estationen</w:t>
      </w:r>
      <w:r w:rsidR="00977770">
        <w:rPr>
          <w:lang w:val="sv-SE"/>
        </w:rPr>
        <w:t>.</w:t>
      </w:r>
    </w:p>
    <w:p w14:paraId="18574BA5" w14:textId="12D7A8D1" w:rsidR="005465AB" w:rsidRPr="00234150" w:rsidRDefault="005465AB" w:rsidP="00234150">
      <w:pPr>
        <w:pStyle w:val="ListParagraph"/>
        <w:numPr>
          <w:ilvl w:val="0"/>
          <w:numId w:val="33"/>
        </w:numPr>
        <w:rPr>
          <w:lang w:val="sv-SE"/>
        </w:rPr>
      </w:pPr>
      <w:r>
        <w:rPr>
          <w:lang w:val="sv-SE"/>
        </w:rPr>
        <w:t xml:space="preserve">Inför </w:t>
      </w:r>
      <w:r w:rsidR="00977770">
        <w:rPr>
          <w:lang w:val="sv-SE"/>
        </w:rPr>
        <w:t>periodpaus</w:t>
      </w:r>
      <w:r>
        <w:rPr>
          <w:lang w:val="sv-SE"/>
        </w:rPr>
        <w:t xml:space="preserve"> fyll på om det behövs kaffe och fika i VIP rummet.</w:t>
      </w:r>
    </w:p>
    <w:p w14:paraId="3E8A5365" w14:textId="77777777" w:rsidR="00977770" w:rsidRDefault="00C9604F" w:rsidP="00977770">
      <w:pPr>
        <w:pStyle w:val="Heading1"/>
        <w:rPr>
          <w:lang w:val="sv-SE"/>
        </w:rPr>
      </w:pPr>
      <w:r w:rsidRPr="00E53A73">
        <w:rPr>
          <w:lang w:val="sv-SE"/>
        </w:rPr>
        <w:t>Entré under match</w:t>
      </w:r>
      <w:r w:rsidR="00543AA9">
        <w:rPr>
          <w:lang w:val="sv-SE"/>
        </w:rPr>
        <w:t xml:space="preserve"> – 1 person</w:t>
      </w:r>
      <w:r w:rsidR="00E53A73" w:rsidRPr="00E53A73">
        <w:rPr>
          <w:lang w:val="sv-SE"/>
        </w:rPr>
        <w:t xml:space="preserve"> </w:t>
      </w:r>
    </w:p>
    <w:p w14:paraId="203849E3" w14:textId="77777777" w:rsidR="00B557B9" w:rsidRDefault="00C50D7E" w:rsidP="00AF3C5A">
      <w:pPr>
        <w:pStyle w:val="ListParagraph"/>
        <w:numPr>
          <w:ilvl w:val="0"/>
          <w:numId w:val="33"/>
        </w:numPr>
        <w:rPr>
          <w:lang w:val="sv-SE"/>
        </w:rPr>
      </w:pPr>
      <w:r w:rsidRPr="00AF3C5A">
        <w:rPr>
          <w:lang w:val="sv-SE"/>
        </w:rPr>
        <w:t xml:space="preserve">En </w:t>
      </w:r>
      <w:r w:rsidR="00844477" w:rsidRPr="00AF3C5A">
        <w:rPr>
          <w:lang w:val="sv-SE"/>
        </w:rPr>
        <w:t>person</w:t>
      </w:r>
      <w:r w:rsidRPr="00AF3C5A">
        <w:rPr>
          <w:lang w:val="sv-SE"/>
        </w:rPr>
        <w:t xml:space="preserve"> bemannar entrén fr</w:t>
      </w:r>
      <w:r w:rsidR="00AF3C5A" w:rsidRPr="00AF3C5A">
        <w:rPr>
          <w:lang w:val="sv-SE"/>
        </w:rPr>
        <w:t>om</w:t>
      </w:r>
      <w:r w:rsidRPr="00AF3C5A">
        <w:rPr>
          <w:lang w:val="sv-SE"/>
        </w:rPr>
        <w:t xml:space="preserve"> 30 minuter före</w:t>
      </w:r>
      <w:r w:rsidR="00B557B9">
        <w:rPr>
          <w:lang w:val="sv-SE"/>
        </w:rPr>
        <w:t xml:space="preserve"> matchstart</w:t>
      </w:r>
    </w:p>
    <w:p w14:paraId="377F48BA" w14:textId="2A7744CF" w:rsidR="00AF3C5A" w:rsidRDefault="00C81BF0" w:rsidP="00AF3C5A">
      <w:pPr>
        <w:pStyle w:val="ListParagraph"/>
        <w:numPr>
          <w:ilvl w:val="0"/>
          <w:numId w:val="33"/>
        </w:numPr>
        <w:rPr>
          <w:lang w:val="sv-SE"/>
        </w:rPr>
      </w:pPr>
      <w:r w:rsidRPr="00AF3C5A">
        <w:rPr>
          <w:lang w:val="sv-SE"/>
        </w:rPr>
        <w:t xml:space="preserve">I </w:t>
      </w:r>
      <w:r w:rsidR="00733257" w:rsidRPr="00AF3C5A">
        <w:rPr>
          <w:lang w:val="sv-SE"/>
        </w:rPr>
        <w:t>e</w:t>
      </w:r>
      <w:r w:rsidR="007C612F" w:rsidRPr="00AF3C5A">
        <w:rPr>
          <w:lang w:val="sv-SE"/>
        </w:rPr>
        <w:t>ntrén uppvisa</w:t>
      </w:r>
      <w:r w:rsidRPr="00AF3C5A">
        <w:rPr>
          <w:lang w:val="sv-SE"/>
        </w:rPr>
        <w:t>s</w:t>
      </w:r>
      <w:r w:rsidR="007C612F" w:rsidRPr="00AF3C5A">
        <w:rPr>
          <w:lang w:val="sv-SE"/>
        </w:rPr>
        <w:t xml:space="preserve"> medlemskort via sportadmin appen alternativt swish bekräftelse</w:t>
      </w:r>
      <w:r w:rsidR="00C35BFC" w:rsidRPr="00AF3C5A">
        <w:rPr>
          <w:lang w:val="sv-SE"/>
        </w:rPr>
        <w:t xml:space="preserve"> på betalt inträde</w:t>
      </w:r>
      <w:r w:rsidR="00AF3C5A">
        <w:rPr>
          <w:lang w:val="sv-SE"/>
        </w:rPr>
        <w:t xml:space="preserve"> 50kr eller valfri summa om man vill stödja klubben ytterliggare.</w:t>
      </w:r>
    </w:p>
    <w:p w14:paraId="03FD5F9C" w14:textId="14117887" w:rsidR="00AF3C5A" w:rsidRPr="00AF3C5A" w:rsidRDefault="00AF3C5A" w:rsidP="0035626A">
      <w:pPr>
        <w:pStyle w:val="ListParagraph"/>
        <w:numPr>
          <w:ilvl w:val="0"/>
          <w:numId w:val="33"/>
        </w:numPr>
        <w:rPr>
          <w:lang w:val="sv-SE"/>
        </w:rPr>
      </w:pPr>
      <w:r w:rsidRPr="00AF3C5A">
        <w:rPr>
          <w:lang w:val="sv-SE"/>
        </w:rPr>
        <w:t>Uppmana även de som betalar att stödmedlemmar</w:t>
      </w:r>
      <w:r>
        <w:rPr>
          <w:lang w:val="sv-SE"/>
        </w:rPr>
        <w:t xml:space="preserve"> använd mobilkamera och skanna QR koden på lappen på gatuprataren alternativt länk via hemsida </w:t>
      </w:r>
      <w:r w:rsidRPr="00AF3C5A">
        <w:rPr>
          <w:lang w:val="sv-SE"/>
        </w:rPr>
        <w:t>(</w:t>
      </w:r>
      <w:r w:rsidRPr="00AF3C5A">
        <w:rPr>
          <w:lang w:val="sv-SE"/>
        </w:rPr>
        <w:t xml:space="preserve">250 kr </w:t>
      </w:r>
      <w:r w:rsidRPr="00AF3C5A">
        <w:rPr>
          <w:lang w:val="sv-SE"/>
        </w:rPr>
        <w:t>per säsong ger</w:t>
      </w:r>
      <w:r w:rsidRPr="00AF3C5A">
        <w:rPr>
          <w:lang w:val="sv-SE"/>
        </w:rPr>
        <w:t xml:space="preserve"> fri entré </w:t>
      </w:r>
      <w:r w:rsidRPr="00AF3C5A">
        <w:rPr>
          <w:lang w:val="sv-SE"/>
        </w:rPr>
        <w:t>på alla hemmamatcher under säsong)</w:t>
      </w:r>
    </w:p>
    <w:p w14:paraId="2278A148" w14:textId="24CDBDF6" w:rsidR="00C604DF" w:rsidRDefault="009A1ED4" w:rsidP="0035626A">
      <w:pPr>
        <w:pStyle w:val="ListParagraph"/>
        <w:numPr>
          <w:ilvl w:val="0"/>
          <w:numId w:val="33"/>
        </w:numPr>
        <w:rPr>
          <w:lang w:val="sv-SE"/>
        </w:rPr>
      </w:pPr>
      <w:r w:rsidRPr="00AF3C5A">
        <w:rPr>
          <w:lang w:val="sv-SE"/>
        </w:rPr>
        <w:t>S</w:t>
      </w:r>
      <w:r w:rsidR="00C35BFC" w:rsidRPr="00AF3C5A">
        <w:rPr>
          <w:lang w:val="sv-SE"/>
        </w:rPr>
        <w:t>ponsorer, m</w:t>
      </w:r>
      <w:r w:rsidR="00C50D7E" w:rsidRPr="00AF3C5A">
        <w:rPr>
          <w:lang w:val="sv-SE"/>
        </w:rPr>
        <w:t>edlemmar, barn och ungdomar under 18 år samt pensionärer har fri entré.</w:t>
      </w:r>
    </w:p>
    <w:p w14:paraId="1D21C19E" w14:textId="3AA6DBDC" w:rsidR="00B557B9" w:rsidRPr="00AF3C5A" w:rsidRDefault="00103350" w:rsidP="0035626A">
      <w:pPr>
        <w:pStyle w:val="ListParagraph"/>
        <w:numPr>
          <w:ilvl w:val="0"/>
          <w:numId w:val="33"/>
        </w:numPr>
        <w:rPr>
          <w:lang w:val="sv-SE"/>
        </w:rPr>
      </w:pPr>
      <w:r>
        <w:rPr>
          <w:lang w:val="sv-SE"/>
        </w:rPr>
        <w:t xml:space="preserve">I början av andra pausen slutar vi ta entré om ingen annan försäljning </w:t>
      </w:r>
      <w:r w:rsidR="00977AD4">
        <w:rPr>
          <w:lang w:val="sv-SE"/>
        </w:rPr>
        <w:t>av lotter, puckar mm. Plocka undan entre bordet och lägg tillbaka lappar och duk i lådan som finns</w:t>
      </w:r>
      <w:r w:rsidR="00977AD4">
        <w:rPr>
          <w:kern w:val="2"/>
          <w:szCs w:val="21"/>
          <w:lang w:val="sv-SE" w:eastAsia="zh-CN"/>
          <w14:ligatures w14:val="standardContextual"/>
        </w:rPr>
        <w:t xml:space="preserve"> i låsta rummet via caféet</w:t>
      </w:r>
    </w:p>
    <w:p w14:paraId="3FEABF65" w14:textId="2F08C643" w:rsidR="00B643FE" w:rsidRPr="00BD1F3F" w:rsidRDefault="00AF3C5A" w:rsidP="00AF3C5A">
      <w:pPr>
        <w:pStyle w:val="Heading1"/>
        <w:rPr>
          <w:lang w:val="sv-SE"/>
        </w:rPr>
      </w:pPr>
      <w:r>
        <w:t>Hamburgerian under match</w:t>
      </w:r>
      <w:r w:rsidR="00A264D1" w:rsidRPr="00AF3C5A">
        <w:t xml:space="preserve"> – 1 person</w:t>
      </w:r>
    </w:p>
    <w:p w14:paraId="5E608693" w14:textId="7984F306" w:rsidR="000243BF" w:rsidRDefault="00430B9B" w:rsidP="000243BF">
      <w:pPr>
        <w:pStyle w:val="ListBullet"/>
        <w:rPr>
          <w:kern w:val="2"/>
          <w:szCs w:val="21"/>
          <w:lang w:val="sv-SE" w:eastAsia="zh-CN"/>
          <w14:ligatures w14:val="standardContextual"/>
        </w:rPr>
      </w:pPr>
      <w:r>
        <w:rPr>
          <w:lang w:val="sv-SE"/>
        </w:rPr>
        <w:t xml:space="preserve">Hamburgare </w:t>
      </w:r>
      <w:r w:rsidR="00AF3C5A">
        <w:rPr>
          <w:lang w:val="sv-SE"/>
        </w:rPr>
        <w:t>ska</w:t>
      </w:r>
      <w:r>
        <w:rPr>
          <w:lang w:val="sv-SE"/>
        </w:rPr>
        <w:t xml:space="preserve"> serveras</w:t>
      </w:r>
      <w:r w:rsidR="00AF3C5A">
        <w:rPr>
          <w:lang w:val="sv-SE"/>
        </w:rPr>
        <w:t xml:space="preserve"> from</w:t>
      </w:r>
      <w:r>
        <w:rPr>
          <w:lang w:val="sv-SE"/>
        </w:rPr>
        <w:t xml:space="preserve"> </w:t>
      </w:r>
      <w:r w:rsidR="00812096">
        <w:rPr>
          <w:lang w:val="sv-SE"/>
        </w:rPr>
        <w:t xml:space="preserve">en </w:t>
      </w:r>
      <w:r w:rsidR="000243BF" w:rsidRPr="000243BF">
        <w:rPr>
          <w:lang w:val="sv-SE"/>
        </w:rPr>
        <w:t xml:space="preserve">timme före matchstart. </w:t>
      </w:r>
    </w:p>
    <w:p w14:paraId="3817AD5D" w14:textId="11441045" w:rsidR="000243BF" w:rsidRPr="000243BF" w:rsidRDefault="000243BF" w:rsidP="000243BF">
      <w:pPr>
        <w:pStyle w:val="ListBullet"/>
        <w:rPr>
          <w:lang w:val="sv-SE"/>
        </w:rPr>
      </w:pPr>
      <w:r w:rsidRPr="000243BF">
        <w:rPr>
          <w:lang w:val="sv-SE"/>
        </w:rPr>
        <w:t>Kunden beställer och betalar hamburgare och eventuell dryck i caféet. Kunden får hamburgerbrödet i en pappersficka och visar det vid grillen som bevis på betalning</w:t>
      </w:r>
      <w:r w:rsidR="005078A5">
        <w:rPr>
          <w:lang w:val="sv-SE"/>
        </w:rPr>
        <w:t>.</w:t>
      </w:r>
    </w:p>
    <w:p w14:paraId="7F629B34" w14:textId="1C000156" w:rsidR="000243BF" w:rsidRPr="000243BF" w:rsidRDefault="000243BF" w:rsidP="000243BF">
      <w:pPr>
        <w:pStyle w:val="ListBullet"/>
        <w:rPr>
          <w:lang w:val="sv-SE"/>
        </w:rPr>
      </w:pPr>
      <w:r w:rsidRPr="000243BF">
        <w:rPr>
          <w:lang w:val="sv-SE"/>
        </w:rPr>
        <w:t>Vid dubbelburgare markerar cafépersonalen pappersfickan tydligt</w:t>
      </w:r>
      <w:r w:rsidR="005078A5">
        <w:rPr>
          <w:lang w:val="sv-SE"/>
        </w:rPr>
        <w:t xml:space="preserve"> med en penna alternativt dubbelburgarbiljett.</w:t>
      </w:r>
    </w:p>
    <w:p w14:paraId="51EF1BAD" w14:textId="77777777" w:rsidR="00AF3C5A" w:rsidRPr="00AF3C5A" w:rsidRDefault="000243BF" w:rsidP="00AF3C5A">
      <w:pPr>
        <w:pStyle w:val="ListBullet"/>
        <w:rPr>
          <w:lang w:val="sv-SE"/>
        </w:rPr>
      </w:pPr>
      <w:r w:rsidRPr="00AF3C5A">
        <w:rPr>
          <w:lang w:val="sv-SE"/>
        </w:rPr>
        <w:t>Använd gärna en blå Mälarö Hockey-jacka så att din egen jacka inte behöver användas vid grillen</w:t>
      </w:r>
      <w:r w:rsidR="005078A5" w:rsidRPr="00AF3C5A">
        <w:rPr>
          <w:lang w:val="sv-SE"/>
        </w:rPr>
        <w:t xml:space="preserve"> hänger i </w:t>
      </w:r>
      <w:r w:rsidR="00AF3C5A" w:rsidRPr="00AF3C5A">
        <w:rPr>
          <w:lang w:val="sv-SE"/>
        </w:rPr>
        <w:t>caféet</w:t>
      </w:r>
      <w:r w:rsidR="005078A5" w:rsidRPr="00AF3C5A">
        <w:rPr>
          <w:lang w:val="sv-SE"/>
        </w:rPr>
        <w:t>.</w:t>
      </w:r>
    </w:p>
    <w:p w14:paraId="630A1470" w14:textId="5D05911D" w:rsidR="00B643FE" w:rsidRDefault="00A264D1" w:rsidP="00AF3C5A">
      <w:pPr>
        <w:pStyle w:val="Heading1"/>
      </w:pPr>
      <w:r>
        <w:t>Utvisningsbås – 2 personer</w:t>
      </w:r>
    </w:p>
    <w:p w14:paraId="29E3BB0B" w14:textId="77777777" w:rsidR="008B4E37" w:rsidRPr="001900AB" w:rsidRDefault="008B4E37" w:rsidP="008B4E37">
      <w:pPr>
        <w:pStyle w:val="ListBullet"/>
        <w:rPr>
          <w:kern w:val="2"/>
          <w:szCs w:val="21"/>
          <w:lang w:val="sv-SE" w:eastAsia="zh-CN"/>
          <w14:ligatures w14:val="standardContextual"/>
        </w:rPr>
      </w:pPr>
      <w:r w:rsidRPr="001900AB">
        <w:rPr>
          <w:kern w:val="2"/>
          <w:szCs w:val="21"/>
          <w:lang w:val="sv-SE" w:eastAsia="zh-CN"/>
          <w14:ligatures w14:val="standardContextual"/>
        </w:rPr>
        <w:t>Vaktmästarna har ansvaret att borra och sätta i gula peggar samt ställa målburarna på plats inför is värmning.</w:t>
      </w:r>
    </w:p>
    <w:p w14:paraId="0E03060F" w14:textId="4C4B1531" w:rsidR="00A76A3C" w:rsidRDefault="00A76A3C" w:rsidP="00C604DF">
      <w:pPr>
        <w:pStyle w:val="ListBullet"/>
        <w:rPr>
          <w:kern w:val="2"/>
          <w:szCs w:val="21"/>
          <w:lang w:val="sv-SE" w:eastAsia="zh-CN"/>
          <w14:ligatures w14:val="standardContextual"/>
        </w:rPr>
      </w:pPr>
      <w:r>
        <w:rPr>
          <w:kern w:val="2"/>
          <w:szCs w:val="21"/>
          <w:lang w:val="sv-SE" w:eastAsia="zh-CN"/>
          <w14:ligatures w14:val="standardContextual"/>
        </w:rPr>
        <w:t xml:space="preserve">Två personer skall 40 minuter innan matchstart </w:t>
      </w:r>
      <w:r w:rsidR="001900AB">
        <w:rPr>
          <w:kern w:val="2"/>
          <w:szCs w:val="21"/>
          <w:lang w:val="sv-SE" w:eastAsia="zh-CN"/>
          <w14:ligatures w14:val="standardContextual"/>
        </w:rPr>
        <w:t>befinna sig i sekretariatet.</w:t>
      </w:r>
    </w:p>
    <w:p w14:paraId="31108505" w14:textId="79319EB0" w:rsidR="00C604DF" w:rsidRPr="00C604DF" w:rsidRDefault="00C604DF" w:rsidP="00C604DF">
      <w:pPr>
        <w:pStyle w:val="ListBullet"/>
        <w:rPr>
          <w:kern w:val="2"/>
          <w:szCs w:val="21"/>
          <w:lang w:val="sv-SE" w:eastAsia="zh-CN"/>
          <w14:ligatures w14:val="standardContextual"/>
        </w:rPr>
      </w:pPr>
      <w:r>
        <w:rPr>
          <w:kern w:val="2"/>
          <w:szCs w:val="21"/>
          <w:lang w:val="sv-SE" w:eastAsia="zh-CN"/>
          <w14:ligatures w14:val="standardContextual"/>
        </w:rPr>
        <w:t>Efter is värmning och i samtliga pauser flytta målburarna inför spolning, efter spolning ställa målburarna på plats,</w:t>
      </w:r>
      <w:r w:rsidRPr="00D30FAA">
        <w:rPr>
          <w:kern w:val="2"/>
          <w:szCs w:val="21"/>
          <w:lang w:val="sv-SE" w:eastAsia="zh-CN"/>
          <w14:ligatures w14:val="standardContextual"/>
        </w:rPr>
        <w:t xml:space="preserve"> borra</w:t>
      </w:r>
      <w:r>
        <w:rPr>
          <w:kern w:val="2"/>
          <w:szCs w:val="21"/>
          <w:lang w:val="sv-SE" w:eastAsia="zh-CN"/>
          <w14:ligatures w14:val="standardContextual"/>
        </w:rPr>
        <w:t xml:space="preserve"> och sätta i gula peggar samt räkna</w:t>
      </w:r>
      <w:r w:rsidRPr="00D30FAA">
        <w:rPr>
          <w:kern w:val="2"/>
          <w:szCs w:val="21"/>
          <w:lang w:val="sv-SE" w:eastAsia="zh-CN"/>
          <w14:ligatures w14:val="standardContextual"/>
        </w:rPr>
        <w:t xml:space="preserve"> skott på mål</w:t>
      </w:r>
      <w:r>
        <w:rPr>
          <w:kern w:val="2"/>
          <w:szCs w:val="21"/>
          <w:lang w:val="sv-SE" w:eastAsia="zh-CN"/>
          <w14:ligatures w14:val="standardContextual"/>
        </w:rPr>
        <w:t xml:space="preserve"> i alla perioder.</w:t>
      </w:r>
    </w:p>
    <w:p w14:paraId="1A4B86B1" w14:textId="08D0105D" w:rsidR="000243BF" w:rsidRDefault="000243BF" w:rsidP="000243BF">
      <w:pPr>
        <w:pStyle w:val="ListBullet"/>
        <w:rPr>
          <w:kern w:val="2"/>
          <w:szCs w:val="21"/>
          <w:lang w:val="sv-SE" w:eastAsia="zh-CN"/>
          <w14:ligatures w14:val="standardContextual"/>
        </w:rPr>
      </w:pPr>
      <w:r w:rsidRPr="000243BF">
        <w:rPr>
          <w:lang w:val="sv-SE"/>
        </w:rPr>
        <w:t>En person bemannar hemmalagets utvisningsbås och en person bemannar bortalagets.</w:t>
      </w:r>
    </w:p>
    <w:p w14:paraId="5E7AF590" w14:textId="020026A0" w:rsidR="000243BF" w:rsidRPr="000243BF" w:rsidRDefault="005078A5" w:rsidP="000243BF">
      <w:pPr>
        <w:pStyle w:val="ListBullet"/>
        <w:rPr>
          <w:lang w:val="sv-SE"/>
        </w:rPr>
      </w:pPr>
      <w:r w:rsidRPr="000243BF">
        <w:rPr>
          <w:lang w:val="sv-SE"/>
        </w:rPr>
        <w:t>Skott räkning</w:t>
      </w:r>
      <w:r w:rsidR="000243BF" w:rsidRPr="000243BF">
        <w:rPr>
          <w:b/>
          <w:bCs/>
          <w:lang w:val="sv-SE"/>
        </w:rPr>
        <w:t>:</w:t>
      </w:r>
      <w:r w:rsidR="000243BF" w:rsidRPr="000243BF">
        <w:rPr>
          <w:lang w:val="sv-SE"/>
        </w:rPr>
        <w:t xml:space="preserve"> Båda personerna räknar skott på mål för både hemma- och bortalaget. Stäm av siffrorna med varandra i varje periodpaus och rapportera det överenskomna antalet skott för respektive lag till speakern</w:t>
      </w:r>
      <w:r w:rsidR="00C604DF">
        <w:rPr>
          <w:lang w:val="sv-SE"/>
        </w:rPr>
        <w:t xml:space="preserve"> och </w:t>
      </w:r>
      <w:r w:rsidR="00B40DF4">
        <w:rPr>
          <w:lang w:val="sv-SE"/>
        </w:rPr>
        <w:t>OVR rapportör.</w:t>
      </w:r>
    </w:p>
    <w:p w14:paraId="2E2B772C" w14:textId="77777777" w:rsidR="000243BF" w:rsidRPr="000243BF" w:rsidRDefault="000243BF" w:rsidP="000243BF">
      <w:pPr>
        <w:pStyle w:val="ListBullet"/>
        <w:rPr>
          <w:lang w:val="sv-SE"/>
        </w:rPr>
      </w:pPr>
      <w:r w:rsidRPr="000243BF">
        <w:rPr>
          <w:lang w:val="sv-SE"/>
        </w:rPr>
        <w:t>Vad räknas som skott på mål? Räkna ett skott när pucken skulle ha gått in i mål om målvakten inte hade stoppat den. Mål räknas också som skott på mål. Räkna inte skott som går utanför eller över målet, träffar stolpe eller ribba utan att gå in, eller blockeras av en utespelare innan pucken når målet.</w:t>
      </w:r>
    </w:p>
    <w:p w14:paraId="2C95D322" w14:textId="77777777" w:rsidR="00B643FE" w:rsidRPr="00D97B70" w:rsidRDefault="00A264D1">
      <w:pPr>
        <w:pStyle w:val="Heading1"/>
        <w:rPr>
          <w:lang w:val="sv-SE"/>
        </w:rPr>
      </w:pPr>
      <w:r w:rsidRPr="00D97B70">
        <w:rPr>
          <w:lang w:val="sv-SE"/>
        </w:rPr>
        <w:lastRenderedPageBreak/>
        <w:t>5. Efter matchen – gemensamt ansvar</w:t>
      </w:r>
    </w:p>
    <w:p w14:paraId="214A099C" w14:textId="305F58A0" w:rsidR="007232D0" w:rsidRDefault="007232D0" w:rsidP="00D61A2F">
      <w:pPr>
        <w:pStyle w:val="ListParagraph"/>
        <w:numPr>
          <w:ilvl w:val="0"/>
          <w:numId w:val="37"/>
        </w:numPr>
        <w:spacing w:after="60"/>
        <w:rPr>
          <w:lang w:val="sv-SE"/>
        </w:rPr>
      </w:pPr>
      <w:r w:rsidRPr="00D973D0">
        <w:rPr>
          <w:b/>
          <w:bCs/>
          <w:lang w:val="sv-SE"/>
        </w:rPr>
        <w:t>Stäng caféet enligt instruktionen</w:t>
      </w:r>
      <w:r>
        <w:rPr>
          <w:lang w:val="sv-SE"/>
        </w:rPr>
        <w:t xml:space="preserve"> ”stänga caféet”</w:t>
      </w:r>
    </w:p>
    <w:p w14:paraId="6D02EA55" w14:textId="54C4E9CC" w:rsidR="00B643FE" w:rsidRDefault="00A264D1" w:rsidP="00D61A2F">
      <w:pPr>
        <w:pStyle w:val="ListParagraph"/>
        <w:numPr>
          <w:ilvl w:val="0"/>
          <w:numId w:val="37"/>
        </w:numPr>
        <w:spacing w:after="60"/>
        <w:rPr>
          <w:lang w:val="sv-SE"/>
        </w:rPr>
      </w:pPr>
      <w:r w:rsidRPr="00D61A2F">
        <w:rPr>
          <w:lang w:val="sv-SE"/>
        </w:rPr>
        <w:t xml:space="preserve">Hämta </w:t>
      </w:r>
      <w:r w:rsidR="00712638">
        <w:rPr>
          <w:lang w:val="sv-SE"/>
        </w:rPr>
        <w:t xml:space="preserve">3 korgarna med </w:t>
      </w:r>
      <w:r w:rsidRPr="00D61A2F">
        <w:rPr>
          <w:lang w:val="sv-SE"/>
        </w:rPr>
        <w:t>samtliga termosar, koppar och annat material från bortalagets omklädningsrum, domarrummet och sekretariatet.</w:t>
      </w:r>
    </w:p>
    <w:p w14:paraId="731B33D9" w14:textId="516DB9AD" w:rsidR="00B557B9" w:rsidRDefault="007232D0" w:rsidP="00B557B9">
      <w:pPr>
        <w:pStyle w:val="ListParagraph"/>
        <w:numPr>
          <w:ilvl w:val="0"/>
          <w:numId w:val="37"/>
        </w:numPr>
        <w:spacing w:after="60"/>
        <w:rPr>
          <w:lang w:val="sv-SE"/>
        </w:rPr>
      </w:pPr>
      <w:r>
        <w:rPr>
          <w:lang w:val="sv-SE"/>
        </w:rPr>
        <w:t xml:space="preserve">Ställ </w:t>
      </w:r>
      <w:r w:rsidR="002F28CE">
        <w:rPr>
          <w:lang w:val="sv-SE"/>
        </w:rPr>
        <w:t>i ordning</w:t>
      </w:r>
      <w:r>
        <w:rPr>
          <w:lang w:val="sv-SE"/>
        </w:rPr>
        <w:t xml:space="preserve"> VIP rummet stolar och bord, hämta termos och fika </w:t>
      </w:r>
    </w:p>
    <w:p w14:paraId="7415A6D7" w14:textId="4EA0DB8F" w:rsidR="002D1C74" w:rsidRPr="00346924" w:rsidRDefault="002D1C74" w:rsidP="00B557B9">
      <w:pPr>
        <w:pStyle w:val="ListParagraph"/>
        <w:numPr>
          <w:ilvl w:val="0"/>
          <w:numId w:val="37"/>
        </w:numPr>
        <w:spacing w:after="60"/>
        <w:rPr>
          <w:lang w:val="sv-SE"/>
        </w:rPr>
      </w:pPr>
      <w:r>
        <w:rPr>
          <w:lang w:val="sv-SE"/>
        </w:rPr>
        <w:t>Om entré bordet ej är undanplockat lägg tillbaka lappar</w:t>
      </w:r>
      <w:r w:rsidR="00346924">
        <w:rPr>
          <w:lang w:val="sv-SE"/>
        </w:rPr>
        <w:t>, duk mm.</w:t>
      </w:r>
      <w:r w:rsidR="00346924">
        <w:rPr>
          <w:kern w:val="2"/>
          <w:szCs w:val="21"/>
          <w:lang w:val="sv-SE" w:eastAsia="zh-CN"/>
          <w14:ligatures w14:val="standardContextual"/>
        </w:rPr>
        <w:t xml:space="preserve"> </w:t>
      </w:r>
      <w:r w:rsidR="00346924">
        <w:rPr>
          <w:kern w:val="2"/>
          <w:szCs w:val="21"/>
          <w:lang w:val="sv-SE" w:eastAsia="zh-CN"/>
          <w14:ligatures w14:val="standardContextual"/>
        </w:rPr>
        <w:t>I lådan i det</w:t>
      </w:r>
      <w:r w:rsidR="00346924">
        <w:rPr>
          <w:kern w:val="2"/>
          <w:szCs w:val="21"/>
          <w:lang w:val="sv-SE" w:eastAsia="zh-CN"/>
          <w14:ligatures w14:val="standardContextual"/>
        </w:rPr>
        <w:t xml:space="preserve"> låsta rummet via caféet</w:t>
      </w:r>
    </w:p>
    <w:p w14:paraId="722EFD84" w14:textId="7BC8A5EA" w:rsidR="00346924" w:rsidRPr="00B557B9" w:rsidRDefault="00346924" w:rsidP="00B557B9">
      <w:pPr>
        <w:pStyle w:val="ListParagraph"/>
        <w:numPr>
          <w:ilvl w:val="0"/>
          <w:numId w:val="37"/>
        </w:numPr>
        <w:spacing w:after="60"/>
        <w:rPr>
          <w:lang w:val="sv-SE"/>
        </w:rPr>
      </w:pPr>
      <w:r>
        <w:rPr>
          <w:kern w:val="2"/>
          <w:szCs w:val="21"/>
          <w:lang w:val="sv-SE" w:eastAsia="zh-CN"/>
          <w14:ligatures w14:val="standardContextual"/>
        </w:rPr>
        <w:t xml:space="preserve">Eventuellt använda puckar vid puckkastning ska samlas ihop och läggas </w:t>
      </w:r>
      <w:r w:rsidR="003852D3">
        <w:rPr>
          <w:kern w:val="2"/>
          <w:szCs w:val="21"/>
          <w:lang w:val="sv-SE" w:eastAsia="zh-CN"/>
          <w14:ligatures w14:val="standardContextual"/>
        </w:rPr>
        <w:t xml:space="preserve">i backen </w:t>
      </w:r>
      <w:r w:rsidR="002F28CE">
        <w:rPr>
          <w:kern w:val="2"/>
          <w:szCs w:val="21"/>
          <w:lang w:val="sv-SE" w:eastAsia="zh-CN"/>
          <w14:ligatures w14:val="standardContextual"/>
        </w:rPr>
        <w:t>ges till A lags ansvarig.</w:t>
      </w:r>
    </w:p>
    <w:p w14:paraId="2561E04E" w14:textId="77777777" w:rsidR="007232D0" w:rsidRPr="007232D0" w:rsidRDefault="00D61A2F" w:rsidP="007232D0">
      <w:pPr>
        <w:pStyle w:val="ListParagraph"/>
        <w:numPr>
          <w:ilvl w:val="0"/>
          <w:numId w:val="37"/>
        </w:numPr>
        <w:spacing w:after="60"/>
        <w:rPr>
          <w:lang w:val="sv-SE"/>
        </w:rPr>
      </w:pPr>
      <w:r w:rsidRPr="007232D0">
        <w:rPr>
          <w:b/>
          <w:lang w:val="sv-SE"/>
        </w:rPr>
        <w:t>Hamburgerian:</w:t>
      </w:r>
    </w:p>
    <w:p w14:paraId="291CA494" w14:textId="77777777" w:rsidR="007232D0" w:rsidRDefault="00A264D1" w:rsidP="007232D0">
      <w:pPr>
        <w:pStyle w:val="ListParagraph"/>
        <w:numPr>
          <w:ilvl w:val="1"/>
          <w:numId w:val="37"/>
        </w:numPr>
        <w:spacing w:after="60"/>
        <w:rPr>
          <w:lang w:val="sv-SE"/>
        </w:rPr>
      </w:pPr>
      <w:r w:rsidRPr="007232D0">
        <w:rPr>
          <w:lang w:val="sv-SE"/>
        </w:rPr>
        <w:t>Rengör grillen efter avslutad grillning</w:t>
      </w:r>
      <w:r w:rsidR="00013E54" w:rsidRPr="007232D0">
        <w:rPr>
          <w:lang w:val="sv-SE"/>
        </w:rPr>
        <w:t xml:space="preserve"> skrapa av med grillverktyg när och använd ljummet vatten, torka av fett </w:t>
      </w:r>
      <w:r w:rsidR="00D61A2F" w:rsidRPr="007232D0">
        <w:rPr>
          <w:lang w:val="sv-SE"/>
        </w:rPr>
        <w:t xml:space="preserve">och smuts </w:t>
      </w:r>
      <w:r w:rsidR="00013E54" w:rsidRPr="007232D0">
        <w:rPr>
          <w:lang w:val="sv-SE"/>
        </w:rPr>
        <w:t>med papper.</w:t>
      </w:r>
    </w:p>
    <w:p w14:paraId="714E41C4" w14:textId="131492C0" w:rsidR="007232D0" w:rsidRDefault="00A264D1" w:rsidP="007232D0">
      <w:pPr>
        <w:pStyle w:val="ListParagraph"/>
        <w:numPr>
          <w:ilvl w:val="1"/>
          <w:numId w:val="37"/>
        </w:numPr>
        <w:spacing w:after="60"/>
        <w:rPr>
          <w:lang w:val="sv-SE"/>
        </w:rPr>
      </w:pPr>
      <w:r w:rsidRPr="007232D0">
        <w:rPr>
          <w:lang w:val="sv-SE"/>
        </w:rPr>
        <w:t>Ta in grill</w:t>
      </w:r>
      <w:r w:rsidR="007232D0">
        <w:rPr>
          <w:lang w:val="sv-SE"/>
        </w:rPr>
        <w:t>bordet</w:t>
      </w:r>
      <w:r w:rsidRPr="007232D0">
        <w:rPr>
          <w:lang w:val="sv-SE"/>
        </w:rPr>
        <w:t xml:space="preserve"> och grillverktyg</w:t>
      </w:r>
      <w:r w:rsidR="00D61A2F" w:rsidRPr="007232D0">
        <w:rPr>
          <w:lang w:val="sv-SE"/>
        </w:rPr>
        <w:t xml:space="preserve"> och lägg i diskmaskinen</w:t>
      </w:r>
    </w:p>
    <w:p w14:paraId="3F73E284" w14:textId="77777777" w:rsidR="007232D0" w:rsidRDefault="00A264D1" w:rsidP="007232D0">
      <w:pPr>
        <w:pStyle w:val="ListParagraph"/>
        <w:numPr>
          <w:ilvl w:val="1"/>
          <w:numId w:val="37"/>
        </w:numPr>
        <w:spacing w:after="60"/>
        <w:rPr>
          <w:lang w:val="sv-SE"/>
        </w:rPr>
      </w:pPr>
      <w:r w:rsidRPr="007232D0">
        <w:rPr>
          <w:lang w:val="sv-SE"/>
        </w:rPr>
        <w:t>Ställ grill</w:t>
      </w:r>
      <w:r w:rsidR="007232D0">
        <w:rPr>
          <w:lang w:val="sv-SE"/>
        </w:rPr>
        <w:t xml:space="preserve">bordet </w:t>
      </w:r>
      <w:r w:rsidRPr="007232D0">
        <w:rPr>
          <w:lang w:val="sv-SE"/>
        </w:rPr>
        <w:t>vid mikrovågsugnarna vid caféet och lägg verktygen i diskmaskinen.</w:t>
      </w:r>
    </w:p>
    <w:p w14:paraId="17114C3C" w14:textId="77777777" w:rsidR="002F28CE" w:rsidRDefault="004234A6" w:rsidP="002F28CE">
      <w:pPr>
        <w:pStyle w:val="ListParagraph"/>
        <w:numPr>
          <w:ilvl w:val="1"/>
          <w:numId w:val="37"/>
        </w:numPr>
        <w:spacing w:after="60"/>
        <w:rPr>
          <w:lang w:val="sv-SE"/>
        </w:rPr>
      </w:pPr>
      <w:r>
        <w:rPr>
          <w:lang w:val="sv-SE"/>
        </w:rPr>
        <w:t>Städa undan tillbehören på bordet och släng papperduken, vik ihop bordet och ställ tillbaka</w:t>
      </w:r>
      <w:r w:rsidR="00B557B9">
        <w:rPr>
          <w:lang w:val="sv-SE"/>
        </w:rPr>
        <w:t xml:space="preserve"> vid microvågsungnarna.</w:t>
      </w:r>
    </w:p>
    <w:p w14:paraId="214B6C42" w14:textId="77777777" w:rsidR="002F28CE" w:rsidRPr="00D973D0" w:rsidRDefault="002F28CE" w:rsidP="002F28CE">
      <w:pPr>
        <w:pStyle w:val="ListParagraph"/>
        <w:numPr>
          <w:ilvl w:val="0"/>
          <w:numId w:val="37"/>
        </w:numPr>
        <w:spacing w:after="60"/>
        <w:rPr>
          <w:rFonts w:asciiTheme="majorHAnsi" w:hAnsiTheme="majorHAnsi" w:cstheme="majorHAnsi"/>
          <w:b/>
          <w:bCs/>
          <w:lang w:val="sv-SE"/>
        </w:rPr>
      </w:pPr>
      <w:r w:rsidRPr="00D973D0">
        <w:rPr>
          <w:rFonts w:asciiTheme="majorHAnsi" w:hAnsiTheme="majorHAnsi" w:cstheme="majorHAnsi"/>
          <w:b/>
          <w:bCs/>
          <w:lang w:val="sv-SE"/>
        </w:rPr>
        <w:t>Städning av caféet och serveringsytor:</w:t>
      </w:r>
    </w:p>
    <w:p w14:paraId="4BCFA261" w14:textId="77777777" w:rsidR="00D973D0" w:rsidRDefault="002F28CE" w:rsidP="002F28CE">
      <w:pPr>
        <w:pStyle w:val="ListParagraph"/>
        <w:numPr>
          <w:ilvl w:val="1"/>
          <w:numId w:val="37"/>
        </w:numPr>
        <w:spacing w:after="60"/>
        <w:rPr>
          <w:lang w:val="sv-SE"/>
        </w:rPr>
      </w:pPr>
      <w:r w:rsidRPr="00D973D0">
        <w:rPr>
          <w:lang w:val="sv-SE"/>
        </w:rPr>
        <w:t>S</w:t>
      </w:r>
      <w:r w:rsidR="00A264D1" w:rsidRPr="002F28CE">
        <w:rPr>
          <w:lang w:val="sv-SE"/>
        </w:rPr>
        <w:t xml:space="preserve">opa och våttorka golvytorna i caféet och </w:t>
      </w:r>
      <w:r w:rsidR="00D973D0">
        <w:rPr>
          <w:lang w:val="sv-SE"/>
        </w:rPr>
        <w:t>serveringsytan utanför</w:t>
      </w:r>
    </w:p>
    <w:p w14:paraId="7DEE9383" w14:textId="57B0B559" w:rsidR="00D973D0" w:rsidRDefault="00D973D0" w:rsidP="002F28CE">
      <w:pPr>
        <w:pStyle w:val="ListParagraph"/>
        <w:numPr>
          <w:ilvl w:val="1"/>
          <w:numId w:val="37"/>
        </w:numPr>
        <w:spacing w:after="60"/>
        <w:rPr>
          <w:lang w:val="sv-SE"/>
        </w:rPr>
      </w:pPr>
      <w:r>
        <w:rPr>
          <w:lang w:val="sv-SE"/>
        </w:rPr>
        <w:t>Ställ upp alla stolar upp och nervända på borden så det blir rent även under</w:t>
      </w:r>
    </w:p>
    <w:p w14:paraId="33EA5611" w14:textId="77777777" w:rsidR="00D973D0" w:rsidRDefault="00A264D1" w:rsidP="002F28CE">
      <w:pPr>
        <w:pStyle w:val="ListParagraph"/>
        <w:numPr>
          <w:ilvl w:val="1"/>
          <w:numId w:val="37"/>
        </w:numPr>
        <w:spacing w:after="60"/>
        <w:rPr>
          <w:lang w:val="sv-SE"/>
        </w:rPr>
      </w:pPr>
      <w:r w:rsidRPr="002F28CE">
        <w:rPr>
          <w:lang w:val="sv-SE"/>
        </w:rPr>
        <w:t xml:space="preserve">Våttorka alla bord och släng allt skräp. </w:t>
      </w:r>
    </w:p>
    <w:p w14:paraId="137371BE" w14:textId="77777777" w:rsidR="00D973D0" w:rsidRDefault="00A264D1" w:rsidP="00D973D0">
      <w:pPr>
        <w:pStyle w:val="ListParagraph"/>
        <w:numPr>
          <w:ilvl w:val="1"/>
          <w:numId w:val="37"/>
        </w:numPr>
        <w:spacing w:after="60"/>
        <w:rPr>
          <w:lang w:val="sv-SE"/>
        </w:rPr>
      </w:pPr>
      <w:r w:rsidRPr="002F28CE">
        <w:rPr>
          <w:lang w:val="sv-SE"/>
        </w:rPr>
        <w:t>Städutrustning finns i städrummet intill caféet.</w:t>
      </w:r>
    </w:p>
    <w:p w14:paraId="248393FA" w14:textId="4EDF4AF5" w:rsidR="00B643FE" w:rsidRPr="00D973D0" w:rsidRDefault="00A264D1" w:rsidP="00D973D0">
      <w:pPr>
        <w:pStyle w:val="ListParagraph"/>
        <w:numPr>
          <w:ilvl w:val="0"/>
          <w:numId w:val="37"/>
        </w:numPr>
        <w:spacing w:after="60"/>
        <w:rPr>
          <w:lang w:val="sv-SE"/>
        </w:rPr>
      </w:pPr>
      <w:r w:rsidRPr="00D973D0">
        <w:rPr>
          <w:b/>
          <w:bCs/>
          <w:lang w:val="sv-SE"/>
        </w:rPr>
        <w:t>Gör en sista gemensam kontroll</w:t>
      </w:r>
      <w:r w:rsidRPr="00D973D0">
        <w:rPr>
          <w:lang w:val="sv-SE"/>
        </w:rPr>
        <w:t xml:space="preserve"> innan bemanningen lämnar arenan</w:t>
      </w:r>
      <w:r w:rsidR="005C2952" w:rsidRPr="00D973D0">
        <w:rPr>
          <w:lang w:val="sv-SE"/>
        </w:rPr>
        <w:t xml:space="preserve"> mot instruktionen ”stängning av cafeét”</w:t>
      </w:r>
      <w:r w:rsidR="00D973D0" w:rsidRPr="00D973D0">
        <w:rPr>
          <w:lang w:val="sv-SE"/>
        </w:rPr>
        <w:t xml:space="preserve"> och ovanstående instruktioner</w:t>
      </w:r>
    </w:p>
    <w:p w14:paraId="0723AE72" w14:textId="37212535" w:rsidR="00D973D0" w:rsidRPr="00D97B70" w:rsidRDefault="00D973D0">
      <w:pPr>
        <w:spacing w:after="60"/>
        <w:ind w:left="331" w:hanging="331"/>
        <w:rPr>
          <w:lang w:val="sv-SE"/>
        </w:rPr>
      </w:pPr>
    </w:p>
    <w:sectPr w:rsidR="00D973D0" w:rsidRPr="00D97B70" w:rsidSect="00034616">
      <w:headerReference w:type="default" r:id="rId8"/>
      <w:footerReference w:type="default" r:id="rId9"/>
      <w:pgSz w:w="12240" w:h="15840"/>
      <w:pgMar w:top="1008" w:right="1181" w:bottom="936" w:left="1181"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6D9D" w14:textId="77777777" w:rsidR="00AC70DA" w:rsidRDefault="00AC70DA">
      <w:pPr>
        <w:spacing w:after="0" w:line="240" w:lineRule="auto"/>
      </w:pPr>
      <w:r>
        <w:separator/>
      </w:r>
    </w:p>
  </w:endnote>
  <w:endnote w:type="continuationSeparator" w:id="0">
    <w:p w14:paraId="0E87CEAF" w14:textId="77777777" w:rsidR="00AC70DA" w:rsidRDefault="00AC7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D1BF" w14:textId="77777777" w:rsidR="00B643FE" w:rsidRDefault="00A264D1">
    <w:pPr>
      <w:pStyle w:val="Footer"/>
      <w:jc w:val="center"/>
    </w:pPr>
    <w:r>
      <w:rPr>
        <w:color w:val="5E6872"/>
        <w:sz w:val="16"/>
      </w:rPr>
      <w:t>Instruktion för bemannande lag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1E47E" w14:textId="77777777" w:rsidR="00AC70DA" w:rsidRDefault="00AC70DA">
      <w:pPr>
        <w:spacing w:after="0" w:line="240" w:lineRule="auto"/>
      </w:pPr>
      <w:r>
        <w:separator/>
      </w:r>
    </w:p>
  </w:footnote>
  <w:footnote w:type="continuationSeparator" w:id="0">
    <w:p w14:paraId="71477728" w14:textId="77777777" w:rsidR="00AC70DA" w:rsidRDefault="00AC7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20F3" w14:textId="77777777" w:rsidR="00B643FE" w:rsidRDefault="00A264D1">
    <w:pPr>
      <w:pStyle w:val="Header"/>
      <w:jc w:val="right"/>
    </w:pPr>
    <w:r>
      <w:rPr>
        <w:b/>
        <w:color w:val="5E6872"/>
        <w:sz w:val="16"/>
      </w:rPr>
      <w:t>MÄLARÖ HOCKEYFÖRENING  |  A-LAGSMATCH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2D8D82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855BA6"/>
    <w:multiLevelType w:val="multilevel"/>
    <w:tmpl w:val="7514F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9B3CF2"/>
    <w:multiLevelType w:val="multilevel"/>
    <w:tmpl w:val="87F4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4C3B47"/>
    <w:multiLevelType w:val="hybridMultilevel"/>
    <w:tmpl w:val="5282A91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0FCF3B89"/>
    <w:multiLevelType w:val="hybridMultilevel"/>
    <w:tmpl w:val="2DA0C8FE"/>
    <w:lvl w:ilvl="0" w:tplc="EDB6F7B2">
      <w:numFmt w:val="bullet"/>
      <w:lvlText w:val=""/>
      <w:lvlJc w:val="left"/>
      <w:pPr>
        <w:ind w:left="720" w:hanging="360"/>
      </w:pPr>
      <w:rPr>
        <w:rFonts w:ascii="Symbol" w:eastAsiaTheme="minorEastAsia" w:hAnsi="Symbol" w:cstheme="minorBidi" w:hint="default"/>
        <w:b/>
        <w:color w:val="153A59"/>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1079270C"/>
    <w:multiLevelType w:val="hybridMultilevel"/>
    <w:tmpl w:val="64F8E8B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116874E5"/>
    <w:multiLevelType w:val="multilevel"/>
    <w:tmpl w:val="9EC8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385B13"/>
    <w:multiLevelType w:val="multilevel"/>
    <w:tmpl w:val="5424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510063"/>
    <w:multiLevelType w:val="multilevel"/>
    <w:tmpl w:val="2BB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873CC7"/>
    <w:multiLevelType w:val="multilevel"/>
    <w:tmpl w:val="D546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7A7BF4"/>
    <w:multiLevelType w:val="hybridMultilevel"/>
    <w:tmpl w:val="79AC1C2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21D77356"/>
    <w:multiLevelType w:val="multilevel"/>
    <w:tmpl w:val="F9A6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E64030"/>
    <w:multiLevelType w:val="multilevel"/>
    <w:tmpl w:val="856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10DAF"/>
    <w:multiLevelType w:val="hybridMultilevel"/>
    <w:tmpl w:val="34BEA370"/>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2" w15:restartNumberingAfterBreak="0">
    <w:nsid w:val="3B3C339D"/>
    <w:multiLevelType w:val="multilevel"/>
    <w:tmpl w:val="8F14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D64CA7"/>
    <w:multiLevelType w:val="multilevel"/>
    <w:tmpl w:val="E706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C35B9D"/>
    <w:multiLevelType w:val="multilevel"/>
    <w:tmpl w:val="D2BAA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4C5BF3"/>
    <w:multiLevelType w:val="hybridMultilevel"/>
    <w:tmpl w:val="8D2400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49C41CC1"/>
    <w:multiLevelType w:val="hybridMultilevel"/>
    <w:tmpl w:val="300C97EC"/>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7" w15:restartNumberingAfterBreak="0">
    <w:nsid w:val="4B8A2863"/>
    <w:multiLevelType w:val="hybridMultilevel"/>
    <w:tmpl w:val="262842A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15:restartNumberingAfterBreak="0">
    <w:nsid w:val="4E1D7E7B"/>
    <w:multiLevelType w:val="hybridMultilevel"/>
    <w:tmpl w:val="E206A7FA"/>
    <w:lvl w:ilvl="0" w:tplc="041D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4CA1DB9"/>
    <w:multiLevelType w:val="hybridMultilevel"/>
    <w:tmpl w:val="1518BEE0"/>
    <w:lvl w:ilvl="0" w:tplc="1A408802">
      <w:start w:val="2"/>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63D27F8"/>
    <w:multiLevelType w:val="multilevel"/>
    <w:tmpl w:val="10D8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DB6A28"/>
    <w:multiLevelType w:val="multilevel"/>
    <w:tmpl w:val="ADD4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702C6F"/>
    <w:multiLevelType w:val="hybridMultilevel"/>
    <w:tmpl w:val="CB9A8AC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642069E1"/>
    <w:multiLevelType w:val="hybridMultilevel"/>
    <w:tmpl w:val="4BE0220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4" w15:restartNumberingAfterBreak="0">
    <w:nsid w:val="7AE858F1"/>
    <w:multiLevelType w:val="multilevel"/>
    <w:tmpl w:val="E31C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930FE5"/>
    <w:multiLevelType w:val="hybridMultilevel"/>
    <w:tmpl w:val="96B4EA54"/>
    <w:lvl w:ilvl="0" w:tplc="A4D893AC">
      <w:numFmt w:val="bullet"/>
      <w:lvlText w:val=""/>
      <w:lvlJc w:val="left"/>
      <w:pPr>
        <w:ind w:left="720" w:hanging="360"/>
      </w:pPr>
      <w:rPr>
        <w:rFonts w:ascii="Symbol" w:eastAsiaTheme="minorEastAsia" w:hAnsi="Symbol" w:cstheme="minorBidi" w:hint="default"/>
        <w:b/>
        <w:color w:val="153A59"/>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72079591">
    <w:abstractNumId w:val="8"/>
  </w:num>
  <w:num w:numId="2" w16cid:durableId="641277466">
    <w:abstractNumId w:val="6"/>
  </w:num>
  <w:num w:numId="3" w16cid:durableId="2069375224">
    <w:abstractNumId w:val="5"/>
  </w:num>
  <w:num w:numId="4" w16cid:durableId="1513911456">
    <w:abstractNumId w:val="4"/>
  </w:num>
  <w:num w:numId="5" w16cid:durableId="1284115481">
    <w:abstractNumId w:val="7"/>
  </w:num>
  <w:num w:numId="6" w16cid:durableId="1967346680">
    <w:abstractNumId w:val="3"/>
  </w:num>
  <w:num w:numId="7" w16cid:durableId="864828812">
    <w:abstractNumId w:val="2"/>
  </w:num>
  <w:num w:numId="8" w16cid:durableId="712535811">
    <w:abstractNumId w:val="1"/>
  </w:num>
  <w:num w:numId="9" w16cid:durableId="1749300307">
    <w:abstractNumId w:val="0"/>
  </w:num>
  <w:num w:numId="10" w16cid:durableId="2083670687">
    <w:abstractNumId w:val="31"/>
  </w:num>
  <w:num w:numId="11" w16cid:durableId="988291400">
    <w:abstractNumId w:val="23"/>
  </w:num>
  <w:num w:numId="12" w16cid:durableId="1884755809">
    <w:abstractNumId w:val="14"/>
  </w:num>
  <w:num w:numId="13" w16cid:durableId="881595080">
    <w:abstractNumId w:val="19"/>
  </w:num>
  <w:num w:numId="14" w16cid:durableId="402871179">
    <w:abstractNumId w:val="22"/>
  </w:num>
  <w:num w:numId="15" w16cid:durableId="437020679">
    <w:abstractNumId w:val="16"/>
  </w:num>
  <w:num w:numId="16" w16cid:durableId="556362475">
    <w:abstractNumId w:val="24"/>
  </w:num>
  <w:num w:numId="17" w16cid:durableId="440538099">
    <w:abstractNumId w:val="10"/>
  </w:num>
  <w:num w:numId="18" w16cid:durableId="804857679">
    <w:abstractNumId w:val="15"/>
  </w:num>
  <w:num w:numId="19" w16cid:durableId="584724543">
    <w:abstractNumId w:val="30"/>
  </w:num>
  <w:num w:numId="20" w16cid:durableId="2084331000">
    <w:abstractNumId w:val="34"/>
  </w:num>
  <w:num w:numId="21" w16cid:durableId="82803916">
    <w:abstractNumId w:val="20"/>
  </w:num>
  <w:num w:numId="22" w16cid:durableId="346710722">
    <w:abstractNumId w:val="9"/>
  </w:num>
  <w:num w:numId="23" w16cid:durableId="573005191">
    <w:abstractNumId w:val="17"/>
  </w:num>
  <w:num w:numId="24" w16cid:durableId="816532563">
    <w:abstractNumId w:val="35"/>
  </w:num>
  <w:num w:numId="25" w16cid:durableId="1249195664">
    <w:abstractNumId w:val="12"/>
  </w:num>
  <w:num w:numId="26" w16cid:durableId="2048674835">
    <w:abstractNumId w:val="11"/>
  </w:num>
  <w:num w:numId="27" w16cid:durableId="2107076500">
    <w:abstractNumId w:val="27"/>
  </w:num>
  <w:num w:numId="28" w16cid:durableId="982923616">
    <w:abstractNumId w:val="33"/>
  </w:num>
  <w:num w:numId="29" w16cid:durableId="145250058">
    <w:abstractNumId w:val="8"/>
  </w:num>
  <w:num w:numId="30" w16cid:durableId="1316908608">
    <w:abstractNumId w:val="26"/>
  </w:num>
  <w:num w:numId="31" w16cid:durableId="329143950">
    <w:abstractNumId w:val="25"/>
  </w:num>
  <w:num w:numId="32" w16cid:durableId="1079717617">
    <w:abstractNumId w:val="29"/>
  </w:num>
  <w:num w:numId="33" w16cid:durableId="855845944">
    <w:abstractNumId w:val="18"/>
  </w:num>
  <w:num w:numId="34" w16cid:durableId="1381201284">
    <w:abstractNumId w:val="13"/>
  </w:num>
  <w:num w:numId="35" w16cid:durableId="1959145040">
    <w:abstractNumId w:val="32"/>
  </w:num>
  <w:num w:numId="36" w16cid:durableId="80027426">
    <w:abstractNumId w:val="28"/>
  </w:num>
  <w:num w:numId="37" w16cid:durableId="15672573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887"/>
    <w:rsid w:val="00004498"/>
    <w:rsid w:val="00013E54"/>
    <w:rsid w:val="00020C93"/>
    <w:rsid w:val="000243BF"/>
    <w:rsid w:val="00030D50"/>
    <w:rsid w:val="00034616"/>
    <w:rsid w:val="00035B32"/>
    <w:rsid w:val="0004186A"/>
    <w:rsid w:val="0004382F"/>
    <w:rsid w:val="0006063C"/>
    <w:rsid w:val="000760AD"/>
    <w:rsid w:val="00095A32"/>
    <w:rsid w:val="000D6623"/>
    <w:rsid w:val="000E0926"/>
    <w:rsid w:val="000E20B2"/>
    <w:rsid w:val="000E2EB4"/>
    <w:rsid w:val="000E355C"/>
    <w:rsid w:val="00102C87"/>
    <w:rsid w:val="00103350"/>
    <w:rsid w:val="00115F61"/>
    <w:rsid w:val="00122556"/>
    <w:rsid w:val="0015074B"/>
    <w:rsid w:val="00171DA0"/>
    <w:rsid w:val="00176725"/>
    <w:rsid w:val="00180613"/>
    <w:rsid w:val="00184234"/>
    <w:rsid w:val="001900AB"/>
    <w:rsid w:val="001C4B4F"/>
    <w:rsid w:val="001C5F39"/>
    <w:rsid w:val="001E17E3"/>
    <w:rsid w:val="002045EB"/>
    <w:rsid w:val="0023163C"/>
    <w:rsid w:val="00234150"/>
    <w:rsid w:val="0025371C"/>
    <w:rsid w:val="00257542"/>
    <w:rsid w:val="00293CA3"/>
    <w:rsid w:val="00295DCF"/>
    <w:rsid w:val="0029639D"/>
    <w:rsid w:val="002A5488"/>
    <w:rsid w:val="002C0F04"/>
    <w:rsid w:val="002D1C74"/>
    <w:rsid w:val="002E43D2"/>
    <w:rsid w:val="002F28CE"/>
    <w:rsid w:val="002F4C19"/>
    <w:rsid w:val="00302AC7"/>
    <w:rsid w:val="00326F90"/>
    <w:rsid w:val="00337622"/>
    <w:rsid w:val="00340135"/>
    <w:rsid w:val="00346924"/>
    <w:rsid w:val="00347D5C"/>
    <w:rsid w:val="00355518"/>
    <w:rsid w:val="0035626A"/>
    <w:rsid w:val="003668B3"/>
    <w:rsid w:val="003852D3"/>
    <w:rsid w:val="00393D8E"/>
    <w:rsid w:val="003C4353"/>
    <w:rsid w:val="003D3EDF"/>
    <w:rsid w:val="003F0383"/>
    <w:rsid w:val="003F41B3"/>
    <w:rsid w:val="003F5ED4"/>
    <w:rsid w:val="003F77DD"/>
    <w:rsid w:val="00403BB3"/>
    <w:rsid w:val="00407BC8"/>
    <w:rsid w:val="00411D69"/>
    <w:rsid w:val="004234A6"/>
    <w:rsid w:val="00427D1B"/>
    <w:rsid w:val="00430B9B"/>
    <w:rsid w:val="00444D0D"/>
    <w:rsid w:val="00456C13"/>
    <w:rsid w:val="00457F75"/>
    <w:rsid w:val="00465140"/>
    <w:rsid w:val="0049169C"/>
    <w:rsid w:val="004C199A"/>
    <w:rsid w:val="004C6344"/>
    <w:rsid w:val="004F0830"/>
    <w:rsid w:val="005078A5"/>
    <w:rsid w:val="00521E0A"/>
    <w:rsid w:val="00522CBE"/>
    <w:rsid w:val="00527563"/>
    <w:rsid w:val="005306F0"/>
    <w:rsid w:val="0053337F"/>
    <w:rsid w:val="00536F2B"/>
    <w:rsid w:val="00543AA9"/>
    <w:rsid w:val="005465AB"/>
    <w:rsid w:val="00550EB7"/>
    <w:rsid w:val="005618D6"/>
    <w:rsid w:val="0056282A"/>
    <w:rsid w:val="005637DD"/>
    <w:rsid w:val="00565E2A"/>
    <w:rsid w:val="00574CCD"/>
    <w:rsid w:val="00583AA7"/>
    <w:rsid w:val="00585075"/>
    <w:rsid w:val="00586CCA"/>
    <w:rsid w:val="00597129"/>
    <w:rsid w:val="005A222A"/>
    <w:rsid w:val="005A55F2"/>
    <w:rsid w:val="005B6F15"/>
    <w:rsid w:val="005C17E7"/>
    <w:rsid w:val="005C27AC"/>
    <w:rsid w:val="005C2952"/>
    <w:rsid w:val="005C3D6E"/>
    <w:rsid w:val="005C4CD9"/>
    <w:rsid w:val="005C542E"/>
    <w:rsid w:val="005D492E"/>
    <w:rsid w:val="005E0133"/>
    <w:rsid w:val="005E7AA1"/>
    <w:rsid w:val="005F5DCE"/>
    <w:rsid w:val="005F66C7"/>
    <w:rsid w:val="00620414"/>
    <w:rsid w:val="006205A7"/>
    <w:rsid w:val="006244DD"/>
    <w:rsid w:val="00632087"/>
    <w:rsid w:val="00632425"/>
    <w:rsid w:val="00642670"/>
    <w:rsid w:val="006454ED"/>
    <w:rsid w:val="00670ACD"/>
    <w:rsid w:val="00692DBA"/>
    <w:rsid w:val="0069344D"/>
    <w:rsid w:val="006A2726"/>
    <w:rsid w:val="006B0EC5"/>
    <w:rsid w:val="006B4669"/>
    <w:rsid w:val="006C00CE"/>
    <w:rsid w:val="006C36A8"/>
    <w:rsid w:val="006C628C"/>
    <w:rsid w:val="006D52D8"/>
    <w:rsid w:val="006F2F7E"/>
    <w:rsid w:val="00712638"/>
    <w:rsid w:val="007232D0"/>
    <w:rsid w:val="00733257"/>
    <w:rsid w:val="00740030"/>
    <w:rsid w:val="007402C9"/>
    <w:rsid w:val="007447C7"/>
    <w:rsid w:val="00751955"/>
    <w:rsid w:val="00751BC1"/>
    <w:rsid w:val="00770E69"/>
    <w:rsid w:val="007B359D"/>
    <w:rsid w:val="007C4376"/>
    <w:rsid w:val="007C612F"/>
    <w:rsid w:val="007C70C0"/>
    <w:rsid w:val="007E6F5F"/>
    <w:rsid w:val="00812096"/>
    <w:rsid w:val="008241BF"/>
    <w:rsid w:val="0083036D"/>
    <w:rsid w:val="00835762"/>
    <w:rsid w:val="00844477"/>
    <w:rsid w:val="00844631"/>
    <w:rsid w:val="00853FB3"/>
    <w:rsid w:val="008B4E37"/>
    <w:rsid w:val="008D49CE"/>
    <w:rsid w:val="008F107D"/>
    <w:rsid w:val="008F57FF"/>
    <w:rsid w:val="00906BFA"/>
    <w:rsid w:val="0091124E"/>
    <w:rsid w:val="00914D03"/>
    <w:rsid w:val="00922435"/>
    <w:rsid w:val="00934772"/>
    <w:rsid w:val="00962512"/>
    <w:rsid w:val="009702AF"/>
    <w:rsid w:val="00977770"/>
    <w:rsid w:val="00977AD4"/>
    <w:rsid w:val="009851CA"/>
    <w:rsid w:val="0098607B"/>
    <w:rsid w:val="0099597F"/>
    <w:rsid w:val="009A1ED4"/>
    <w:rsid w:val="009C62E8"/>
    <w:rsid w:val="009F2E84"/>
    <w:rsid w:val="009F5671"/>
    <w:rsid w:val="00A00797"/>
    <w:rsid w:val="00A264D1"/>
    <w:rsid w:val="00A26D98"/>
    <w:rsid w:val="00A363AE"/>
    <w:rsid w:val="00A4435F"/>
    <w:rsid w:val="00A60CAE"/>
    <w:rsid w:val="00A61E24"/>
    <w:rsid w:val="00A630AD"/>
    <w:rsid w:val="00A661AD"/>
    <w:rsid w:val="00A662A2"/>
    <w:rsid w:val="00A707BF"/>
    <w:rsid w:val="00A76A3C"/>
    <w:rsid w:val="00A84731"/>
    <w:rsid w:val="00AA1D8D"/>
    <w:rsid w:val="00AC0D9D"/>
    <w:rsid w:val="00AC70DA"/>
    <w:rsid w:val="00AD1C39"/>
    <w:rsid w:val="00AE1EFD"/>
    <w:rsid w:val="00AF3C5A"/>
    <w:rsid w:val="00B01782"/>
    <w:rsid w:val="00B21E07"/>
    <w:rsid w:val="00B2272A"/>
    <w:rsid w:val="00B40DF4"/>
    <w:rsid w:val="00B419D6"/>
    <w:rsid w:val="00B47730"/>
    <w:rsid w:val="00B47C3F"/>
    <w:rsid w:val="00B508B8"/>
    <w:rsid w:val="00B557B9"/>
    <w:rsid w:val="00B61D1A"/>
    <w:rsid w:val="00B643FE"/>
    <w:rsid w:val="00B651F9"/>
    <w:rsid w:val="00B74112"/>
    <w:rsid w:val="00B77AF1"/>
    <w:rsid w:val="00B9106A"/>
    <w:rsid w:val="00B94326"/>
    <w:rsid w:val="00B95315"/>
    <w:rsid w:val="00BB1B50"/>
    <w:rsid w:val="00BC0C08"/>
    <w:rsid w:val="00BC5A63"/>
    <w:rsid w:val="00BD1F3F"/>
    <w:rsid w:val="00BF172F"/>
    <w:rsid w:val="00C07075"/>
    <w:rsid w:val="00C12932"/>
    <w:rsid w:val="00C1298F"/>
    <w:rsid w:val="00C35BFC"/>
    <w:rsid w:val="00C50D7E"/>
    <w:rsid w:val="00C604DF"/>
    <w:rsid w:val="00C81BF0"/>
    <w:rsid w:val="00C957C0"/>
    <w:rsid w:val="00C9604F"/>
    <w:rsid w:val="00CA16D1"/>
    <w:rsid w:val="00CA36CE"/>
    <w:rsid w:val="00CB0664"/>
    <w:rsid w:val="00CF578E"/>
    <w:rsid w:val="00D30FAA"/>
    <w:rsid w:val="00D34525"/>
    <w:rsid w:val="00D35E38"/>
    <w:rsid w:val="00D45275"/>
    <w:rsid w:val="00D47C0D"/>
    <w:rsid w:val="00D52792"/>
    <w:rsid w:val="00D60F23"/>
    <w:rsid w:val="00D61A2F"/>
    <w:rsid w:val="00D63273"/>
    <w:rsid w:val="00D76189"/>
    <w:rsid w:val="00D973D0"/>
    <w:rsid w:val="00D97B70"/>
    <w:rsid w:val="00D97E04"/>
    <w:rsid w:val="00DA18E7"/>
    <w:rsid w:val="00DC0C56"/>
    <w:rsid w:val="00DE49FE"/>
    <w:rsid w:val="00DE6FE8"/>
    <w:rsid w:val="00E00198"/>
    <w:rsid w:val="00E00480"/>
    <w:rsid w:val="00E26F21"/>
    <w:rsid w:val="00E4383A"/>
    <w:rsid w:val="00E44498"/>
    <w:rsid w:val="00E46690"/>
    <w:rsid w:val="00E53A73"/>
    <w:rsid w:val="00E6514A"/>
    <w:rsid w:val="00E837D3"/>
    <w:rsid w:val="00EA12EB"/>
    <w:rsid w:val="00EA71C2"/>
    <w:rsid w:val="00EA765D"/>
    <w:rsid w:val="00EF3ECE"/>
    <w:rsid w:val="00F02227"/>
    <w:rsid w:val="00F059BE"/>
    <w:rsid w:val="00F11881"/>
    <w:rsid w:val="00F13197"/>
    <w:rsid w:val="00F14CEB"/>
    <w:rsid w:val="00F30ECB"/>
    <w:rsid w:val="00F31293"/>
    <w:rsid w:val="00F342A7"/>
    <w:rsid w:val="00F53A99"/>
    <w:rsid w:val="00F650D5"/>
    <w:rsid w:val="00F77DF9"/>
    <w:rsid w:val="00F8600E"/>
    <w:rsid w:val="00F97743"/>
    <w:rsid w:val="00FA08CC"/>
    <w:rsid w:val="00FB0082"/>
    <w:rsid w:val="00FB6CE2"/>
    <w:rsid w:val="00FC693F"/>
    <w:rsid w:val="00FE34FD"/>
    <w:rsid w:val="00FF3C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13E303"/>
  <w14:defaultImageDpi w14:val="300"/>
  <w15:docId w15:val="{B8AC70E6-90A3-4CBA-B3C5-18731D81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20252A"/>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153A5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877A8"/>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53A5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4522a4d-f12f-4888-8028-d80fdde3b7d9}" enabled="1" method="Privileged" siteId="{9a8ff9e3-0e35-4620-a724-e9834dc50b5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5376</Characters>
  <Application>Microsoft Office Word</Application>
  <DocSecurity>0</DocSecurity>
  <Lines>112</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Gosch, Jessica</cp:lastModifiedBy>
  <cp:revision>225</cp:revision>
  <dcterms:created xsi:type="dcterms:W3CDTF">2026-09-07T21:35:00Z</dcterms:created>
  <dcterms:modified xsi:type="dcterms:W3CDTF">2026-10-11T11:07:00Z</dcterms:modified>
  <cp:category/>
</cp:coreProperties>
</file>