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0C491" w14:textId="77777777" w:rsidR="004D1059" w:rsidRPr="00C3456A" w:rsidRDefault="001B1B46">
      <w:pPr>
        <w:jc w:val="center"/>
        <w:rPr>
          <w:lang w:val="sv-SE"/>
        </w:rPr>
      </w:pPr>
      <w:r w:rsidRPr="00C3456A">
        <w:rPr>
          <w:b/>
          <w:sz w:val="36"/>
          <w:lang w:val="sv-SE"/>
        </w:rPr>
        <w:t>MATCHVÄRD – KORT INSTRUKTION</w:t>
      </w:r>
    </w:p>
    <w:p w14:paraId="7CB1B2B5" w14:textId="77777777" w:rsidR="004D1059" w:rsidRPr="00C3456A" w:rsidRDefault="001B1B46">
      <w:pPr>
        <w:jc w:val="center"/>
        <w:rPr>
          <w:lang w:val="sv-SE"/>
        </w:rPr>
      </w:pPr>
      <w:r w:rsidRPr="00C3456A">
        <w:rPr>
          <w:b/>
          <w:sz w:val="24"/>
          <w:lang w:val="sv-SE"/>
        </w:rPr>
        <w:t>Mälarö Hockey • Hemmamatcher TKH–U16</w:t>
      </w:r>
    </w:p>
    <w:p w14:paraId="4821C742" w14:textId="77777777" w:rsidR="004D1059" w:rsidRPr="00C3456A" w:rsidRDefault="001B1B46">
      <w:pPr>
        <w:rPr>
          <w:lang w:val="sv-SE"/>
        </w:rPr>
      </w:pPr>
      <w:r w:rsidRPr="00C3456A">
        <w:rPr>
          <w:lang w:val="sv-SE"/>
        </w:rPr>
        <w:t>Matchvärdens uppgift är att bidra till en trygg, trevlig och respektfull miljö för spelare, ledare, domare och publik.</w:t>
      </w:r>
    </w:p>
    <w:p w14:paraId="52E61268" w14:textId="77777777" w:rsidR="004D1059" w:rsidRDefault="001B1B46">
      <w:r>
        <w:rPr>
          <w:b/>
          <w:sz w:val="26"/>
        </w:rPr>
        <w:t>Före match</w:t>
      </w:r>
    </w:p>
    <w:p w14:paraId="5F5CFB0B" w14:textId="77777777" w:rsidR="004D1059" w:rsidRPr="00C3456A" w:rsidRDefault="001B1B46">
      <w:pPr>
        <w:pStyle w:val="ListBullet"/>
        <w:spacing w:after="40"/>
        <w:rPr>
          <w:lang w:val="sv-SE"/>
        </w:rPr>
      </w:pPr>
      <w:r w:rsidRPr="00C3456A">
        <w:rPr>
          <w:lang w:val="sv-SE"/>
        </w:rPr>
        <w:t>Var på plats i god tid före matchstart.</w:t>
      </w:r>
    </w:p>
    <w:p w14:paraId="0D17B7FB" w14:textId="77777777" w:rsidR="004D1059" w:rsidRDefault="001B1B46">
      <w:pPr>
        <w:pStyle w:val="ListBullet"/>
        <w:spacing w:after="40"/>
      </w:pPr>
      <w:r>
        <w:t>Ta på matchvärdsvästen.</w:t>
      </w:r>
    </w:p>
    <w:p w14:paraId="61F9C9A2" w14:textId="77777777" w:rsidR="004D1059" w:rsidRPr="00C3456A" w:rsidRDefault="001B1B46">
      <w:pPr>
        <w:pStyle w:val="ListBullet"/>
        <w:spacing w:after="40"/>
        <w:rPr>
          <w:lang w:val="sv-SE"/>
        </w:rPr>
      </w:pPr>
      <w:r w:rsidRPr="00C3456A">
        <w:rPr>
          <w:lang w:val="sv-SE"/>
        </w:rPr>
        <w:t>Gör dig synlig för domare, ledare och publik.</w:t>
      </w:r>
    </w:p>
    <w:p w14:paraId="46B9478F" w14:textId="77777777" w:rsidR="004D1059" w:rsidRPr="00C3456A" w:rsidRDefault="001B1B46">
      <w:pPr>
        <w:pStyle w:val="ListBullet"/>
        <w:spacing w:after="40"/>
        <w:rPr>
          <w:lang w:val="sv-SE"/>
        </w:rPr>
      </w:pPr>
      <w:r w:rsidRPr="00C3456A">
        <w:rPr>
          <w:lang w:val="sv-SE"/>
        </w:rPr>
        <w:t>Kontrollera att miljön runt rink och publikytor känns trygg och ordnad.</w:t>
      </w:r>
    </w:p>
    <w:p w14:paraId="4CFB0E84" w14:textId="77777777" w:rsidR="004D1059" w:rsidRDefault="001B1B46">
      <w:r>
        <w:rPr>
          <w:b/>
          <w:sz w:val="26"/>
        </w:rPr>
        <w:t>Under match</w:t>
      </w:r>
    </w:p>
    <w:p w14:paraId="5668C86D" w14:textId="77777777" w:rsidR="004D1059" w:rsidRDefault="001B1B46">
      <w:pPr>
        <w:pStyle w:val="ListBullet"/>
        <w:spacing w:after="40"/>
      </w:pPr>
      <w:r>
        <w:t>Var synlig och tillgänglig.</w:t>
      </w:r>
    </w:p>
    <w:p w14:paraId="0CDDDBB6" w14:textId="77777777" w:rsidR="004D1059" w:rsidRPr="00C3456A" w:rsidRDefault="001B1B46">
      <w:pPr>
        <w:pStyle w:val="ListBullet"/>
        <w:spacing w:after="40"/>
        <w:rPr>
          <w:lang w:val="sv-SE"/>
        </w:rPr>
      </w:pPr>
      <w:r w:rsidRPr="00C3456A">
        <w:rPr>
          <w:lang w:val="sv-SE"/>
        </w:rPr>
        <w:t>Ha särskild uppmärksamhet på publikens uppträdande.</w:t>
      </w:r>
    </w:p>
    <w:p w14:paraId="36428DFD" w14:textId="77777777" w:rsidR="004D1059" w:rsidRPr="00C3456A" w:rsidRDefault="001B1B46">
      <w:pPr>
        <w:pStyle w:val="ListBullet"/>
        <w:spacing w:after="40"/>
        <w:rPr>
          <w:lang w:val="sv-SE"/>
        </w:rPr>
      </w:pPr>
      <w:r w:rsidRPr="00C3456A">
        <w:rPr>
          <w:lang w:val="sv-SE"/>
        </w:rPr>
        <w:t>Bidra till ett positivt matchklimat.</w:t>
      </w:r>
    </w:p>
    <w:p w14:paraId="324DF795" w14:textId="77777777" w:rsidR="004D1059" w:rsidRPr="00C3456A" w:rsidRDefault="001B1B46">
      <w:pPr>
        <w:pStyle w:val="ListBullet"/>
        <w:spacing w:after="40"/>
        <w:rPr>
          <w:lang w:val="sv-SE"/>
        </w:rPr>
      </w:pPr>
      <w:r w:rsidRPr="00C3456A">
        <w:rPr>
          <w:lang w:val="sv-SE"/>
        </w:rPr>
        <w:t>Reagera lugnt och tydligt vid olämpligt språk, kränkningar eller aggressivt beteende.</w:t>
      </w:r>
    </w:p>
    <w:p w14:paraId="741FCC58" w14:textId="77777777" w:rsidR="004D1059" w:rsidRPr="00C3456A" w:rsidRDefault="001B1B46">
      <w:pPr>
        <w:pStyle w:val="ListBullet"/>
        <w:spacing w:after="40"/>
        <w:rPr>
          <w:lang w:val="sv-SE"/>
        </w:rPr>
      </w:pPr>
      <w:r w:rsidRPr="00C3456A">
        <w:rPr>
          <w:lang w:val="sv-SE"/>
        </w:rPr>
        <w:t>Stötta domare och funktionärer om en situation uppstår.</w:t>
      </w:r>
    </w:p>
    <w:p w14:paraId="02EF352C" w14:textId="77777777" w:rsidR="004D1059" w:rsidRPr="00C3456A" w:rsidRDefault="001B1B46">
      <w:pPr>
        <w:rPr>
          <w:lang w:val="sv-SE"/>
        </w:rPr>
      </w:pPr>
      <w:r w:rsidRPr="00C3456A">
        <w:rPr>
          <w:b/>
          <w:sz w:val="26"/>
          <w:lang w:val="sv-SE"/>
        </w:rPr>
        <w:t>Om någon uppträder olämpligt</w:t>
      </w:r>
    </w:p>
    <w:p w14:paraId="2DD78D5C" w14:textId="77777777" w:rsidR="004D1059" w:rsidRPr="00C3456A" w:rsidRDefault="001B1B46">
      <w:pPr>
        <w:rPr>
          <w:lang w:val="sv-SE"/>
        </w:rPr>
      </w:pPr>
      <w:r w:rsidRPr="00C3456A">
        <w:rPr>
          <w:lang w:val="sv-SE"/>
        </w:rPr>
        <w:t>Var lugn och saklig. Påminn personen om att vi vill ha ett respektfullt och positivt matchklimat. Vid allvarliga situationer – ta hjälp av ansvarig ledare eller föreningsrepresentant och rapportera händelsen enligt föreningens rutiner.</w:t>
      </w:r>
    </w:p>
    <w:p w14:paraId="4156DAFD" w14:textId="77777777" w:rsidR="004D1059" w:rsidRPr="00C3456A" w:rsidRDefault="001B1B46">
      <w:pPr>
        <w:rPr>
          <w:lang w:val="sv-SE"/>
        </w:rPr>
      </w:pPr>
      <w:r w:rsidRPr="00C3456A">
        <w:rPr>
          <w:b/>
          <w:sz w:val="26"/>
          <w:lang w:val="sv-SE"/>
        </w:rPr>
        <w:t>Kom ihåg</w:t>
      </w:r>
    </w:p>
    <w:p w14:paraId="3C1C0137" w14:textId="77777777" w:rsidR="004D1059" w:rsidRPr="00C3456A" w:rsidRDefault="001B1B46">
      <w:pPr>
        <w:rPr>
          <w:lang w:val="sv-SE"/>
        </w:rPr>
      </w:pPr>
      <w:r w:rsidRPr="00C3456A">
        <w:rPr>
          <w:b/>
          <w:lang w:val="sv-SE"/>
        </w:rPr>
        <w:t>Matchvärden är inte domare.</w:t>
      </w:r>
      <w:r w:rsidRPr="00C3456A">
        <w:rPr>
          <w:lang w:val="sv-SE"/>
        </w:rPr>
        <w:t xml:space="preserve"> Diskutera inte domslut och ingrip inte i det sportsliga. Din viktigaste uppgift är att vara synlig, trygg och förebyggande.</w:t>
      </w:r>
    </w:p>
    <w:p w14:paraId="196764A3" w14:textId="77777777" w:rsidR="004D1059" w:rsidRPr="00C3456A" w:rsidRDefault="001B1B46">
      <w:pPr>
        <w:spacing w:before="200"/>
        <w:jc w:val="center"/>
        <w:rPr>
          <w:lang w:val="sv-SE"/>
        </w:rPr>
      </w:pPr>
      <w:r w:rsidRPr="00C3456A">
        <w:rPr>
          <w:b/>
          <w:lang w:val="sv-SE"/>
        </w:rPr>
        <w:t>Hockey ska vara tryggt och roligt – för spelare, domare, ledare och publik.</w:t>
      </w:r>
    </w:p>
    <w:sectPr w:rsidR="004D1059" w:rsidRPr="00C3456A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48368116">
    <w:abstractNumId w:val="8"/>
  </w:num>
  <w:num w:numId="2" w16cid:durableId="1332098123">
    <w:abstractNumId w:val="6"/>
  </w:num>
  <w:num w:numId="3" w16cid:durableId="2015524976">
    <w:abstractNumId w:val="5"/>
  </w:num>
  <w:num w:numId="4" w16cid:durableId="2122072024">
    <w:abstractNumId w:val="4"/>
  </w:num>
  <w:num w:numId="5" w16cid:durableId="118767202">
    <w:abstractNumId w:val="7"/>
  </w:num>
  <w:num w:numId="6" w16cid:durableId="1974015890">
    <w:abstractNumId w:val="3"/>
  </w:num>
  <w:num w:numId="7" w16cid:durableId="1293829818">
    <w:abstractNumId w:val="2"/>
  </w:num>
  <w:num w:numId="8" w16cid:durableId="1500465517">
    <w:abstractNumId w:val="1"/>
  </w:num>
  <w:num w:numId="9" w16cid:durableId="834421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B1B46"/>
    <w:rsid w:val="0029639D"/>
    <w:rsid w:val="00326F90"/>
    <w:rsid w:val="004D1059"/>
    <w:rsid w:val="00947F35"/>
    <w:rsid w:val="00AA1D8D"/>
    <w:rsid w:val="00B47730"/>
    <w:rsid w:val="00C3456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557471"/>
  <w14:defaultImageDpi w14:val="300"/>
  <w15:docId w15:val="{21DCD36B-01CA-4B78-A034-1D249B8AB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4522a4d-f12f-4888-8028-d80fdde3b7d9}" enabled="1" method="Privileged" siteId="{9a8ff9e3-0e35-4620-a724-e9834dc50b5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985</Characters>
  <Application>Microsoft Office Word</Application>
  <DocSecurity>0</DocSecurity>
  <Lines>22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Gosch, Jessica</cp:lastModifiedBy>
  <cp:revision>2</cp:revision>
  <dcterms:created xsi:type="dcterms:W3CDTF">2026-08-27T07:28:00Z</dcterms:created>
  <dcterms:modified xsi:type="dcterms:W3CDTF">2026-08-27T07:28:00Z</dcterms:modified>
  <cp:category/>
</cp:coreProperties>
</file>