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55B6" w14:textId="77777777" w:rsidR="0014153C" w:rsidRPr="00155AFB" w:rsidRDefault="00FE4606">
      <w:pPr>
        <w:pStyle w:val="Title"/>
        <w:rPr>
          <w:lang w:val="sv-SE"/>
        </w:rPr>
      </w:pPr>
      <w:r w:rsidRPr="00155AFB">
        <w:rPr>
          <w:lang w:val="sv-SE"/>
        </w:rPr>
        <w:t>Överlåta ett cafépass</w:t>
      </w:r>
    </w:p>
    <w:p w14:paraId="39C60348" w14:textId="77777777" w:rsidR="0014153C" w:rsidRPr="00155AFB" w:rsidRDefault="00FE4606">
      <w:pPr>
        <w:pStyle w:val="Subtitle"/>
        <w:rPr>
          <w:lang w:val="sv-SE"/>
        </w:rPr>
      </w:pPr>
      <w:r w:rsidRPr="00155AFB">
        <w:rPr>
          <w:lang w:val="sv-SE"/>
        </w:rPr>
        <w:t>Så gör du om familjen inte kan bemanna sitt tilldelade pass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4153C" w:rsidRPr="00432C9D" w14:paraId="3B5200D9" w14:textId="77777777">
        <w:tc>
          <w:tcPr>
            <w:tcW w:w="936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78A4AA" w14:textId="77777777" w:rsidR="0014153C" w:rsidRPr="00155AFB" w:rsidRDefault="00FE4606">
            <w:pPr>
              <w:spacing w:after="0"/>
              <w:rPr>
                <w:lang w:val="sv-SE"/>
              </w:rPr>
            </w:pPr>
            <w:r w:rsidRPr="00155AFB">
              <w:rPr>
                <w:b/>
                <w:color w:val="2E74B5"/>
                <w:lang w:val="sv-SE"/>
              </w:rPr>
              <w:t xml:space="preserve">Huvudregel  </w:t>
            </w:r>
            <w:r w:rsidRPr="00155AFB">
              <w:rPr>
                <w:lang w:val="sv-SE"/>
              </w:rPr>
              <w:t>Varje familj ansvarar för att det tilldelade cafépasset blir bemannat - även när familjen inte kan stå själv.</w:t>
            </w:r>
          </w:p>
        </w:tc>
      </w:tr>
    </w:tbl>
    <w:p w14:paraId="53F75EAC" w14:textId="77777777" w:rsidR="0014153C" w:rsidRDefault="00FE4606">
      <w:pPr>
        <w:pStyle w:val="Heading1"/>
      </w:pPr>
      <w:r>
        <w:t>Alternativ 1 - byt pass</w:t>
      </w:r>
    </w:p>
    <w:p w14:paraId="53F7BE28" w14:textId="77777777" w:rsidR="0014153C" w:rsidRPr="00155AFB" w:rsidRDefault="00FE4606">
      <w:pPr>
        <w:pStyle w:val="ListNumber"/>
        <w:ind w:left="605" w:hanging="346"/>
        <w:rPr>
          <w:lang w:val="sv-SE"/>
        </w:rPr>
      </w:pPr>
      <w:r w:rsidRPr="00155AFB">
        <w:rPr>
          <w:b/>
          <w:color w:val="163A5F"/>
          <w:lang w:val="sv-SE"/>
        </w:rPr>
        <w:t xml:space="preserve">Kontakta laget. </w:t>
      </w:r>
      <w:r w:rsidRPr="00155AFB">
        <w:rPr>
          <w:lang w:val="sv-SE"/>
        </w:rPr>
        <w:t>Fråga om en annan familj kan byta pass med er.</w:t>
      </w:r>
    </w:p>
    <w:p w14:paraId="6246DDEB" w14:textId="77777777" w:rsidR="0014153C" w:rsidRPr="00155AFB" w:rsidRDefault="00FE4606">
      <w:pPr>
        <w:pStyle w:val="ListNumber"/>
        <w:ind w:left="605" w:hanging="346"/>
        <w:rPr>
          <w:lang w:val="sv-SE"/>
        </w:rPr>
      </w:pPr>
      <w:r w:rsidRPr="00155AFB">
        <w:rPr>
          <w:b/>
          <w:color w:val="163A5F"/>
          <w:lang w:val="sv-SE"/>
        </w:rPr>
        <w:t xml:space="preserve">Bekräfta bytet. </w:t>
      </w:r>
      <w:r w:rsidRPr="00155AFB">
        <w:rPr>
          <w:lang w:val="sv-SE"/>
        </w:rPr>
        <w:t>Se till att båda familjerna och lagets ansvariga vet vem som bemannar respektive pass.</w:t>
      </w:r>
    </w:p>
    <w:p w14:paraId="53BC74F5" w14:textId="77777777" w:rsidR="0014153C" w:rsidRDefault="00FE4606">
      <w:pPr>
        <w:pStyle w:val="Heading1"/>
      </w:pPr>
      <w:r>
        <w:t>Alternativ 2 - överlåt passet mot betalning</w:t>
      </w:r>
    </w:p>
    <w:p w14:paraId="7FDFCD1E" w14:textId="77777777" w:rsidR="0014153C" w:rsidRPr="00155AFB" w:rsidRDefault="00FE4606">
      <w:pPr>
        <w:pStyle w:val="ListNumber"/>
        <w:ind w:left="605" w:hanging="346"/>
        <w:rPr>
          <w:lang w:val="sv-SE"/>
        </w:rPr>
      </w:pPr>
      <w:r w:rsidRPr="00155AFB">
        <w:rPr>
          <w:b/>
          <w:color w:val="163A5F"/>
          <w:lang w:val="sv-SE"/>
        </w:rPr>
        <w:t xml:space="preserve">Välj en godkänd reserv. </w:t>
      </w:r>
      <w:r w:rsidRPr="00155AFB">
        <w:rPr>
          <w:lang w:val="sv-SE"/>
        </w:rPr>
        <w:t>Endast personer på föreningens reservlista får anlitas för att bemanna passet.</w:t>
      </w:r>
    </w:p>
    <w:p w14:paraId="47CCEA3D" w14:textId="77777777" w:rsidR="0014153C" w:rsidRPr="00155AFB" w:rsidRDefault="00FE4606">
      <w:pPr>
        <w:pStyle w:val="ListNumber"/>
        <w:ind w:left="605" w:hanging="346"/>
        <w:rPr>
          <w:lang w:val="sv-SE"/>
        </w:rPr>
      </w:pPr>
      <w:r w:rsidRPr="00155AFB">
        <w:rPr>
          <w:b/>
          <w:color w:val="163A5F"/>
          <w:lang w:val="sv-SE"/>
        </w:rPr>
        <w:t xml:space="preserve">Kontakta personen själv. </w:t>
      </w:r>
      <w:r w:rsidRPr="00155AFB">
        <w:rPr>
          <w:lang w:val="sv-SE"/>
        </w:rPr>
        <w:t>Kom överens om datum, samlingstid, match/aktivitet och beräknad sluttid.</w:t>
      </w:r>
    </w:p>
    <w:p w14:paraId="1B430732" w14:textId="77777777" w:rsidR="0014153C" w:rsidRPr="00155AFB" w:rsidRDefault="00FE4606">
      <w:pPr>
        <w:pStyle w:val="ListNumber"/>
        <w:ind w:left="605" w:hanging="346"/>
        <w:rPr>
          <w:lang w:val="sv-SE"/>
        </w:rPr>
      </w:pPr>
      <w:r w:rsidRPr="00155AFB">
        <w:rPr>
          <w:b/>
          <w:color w:val="163A5F"/>
          <w:lang w:val="sv-SE"/>
        </w:rPr>
        <w:t xml:space="preserve">Betala direkt till personen. </w:t>
      </w:r>
      <w:r w:rsidRPr="00155AFB">
        <w:rPr>
          <w:lang w:val="sv-SE"/>
        </w:rPr>
        <w:t>Ersättningen är 125 kr per påbörjad timme och hanteras privat mellan er - inte via Mälarö Hockey.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4153C" w14:paraId="0ED74261" w14:textId="77777777">
        <w:tc>
          <w:tcPr>
            <w:tcW w:w="9360" w:type="dxa"/>
            <w:shd w:val="clear" w:color="auto" w:fill="FFF2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77C541" w14:textId="77777777" w:rsidR="0014153C" w:rsidRDefault="00FE4606">
            <w:pPr>
              <w:spacing w:after="0"/>
            </w:pPr>
            <w:r w:rsidRPr="00155AFB">
              <w:rPr>
                <w:b/>
                <w:color w:val="A65417"/>
                <w:lang w:val="sv-SE"/>
              </w:rPr>
              <w:t xml:space="preserve">Tänk på  </w:t>
            </w:r>
            <w:r w:rsidRPr="00155AFB">
              <w:rPr>
                <w:lang w:val="sv-SE"/>
              </w:rPr>
              <w:t xml:space="preserve">Tiden räknas från den samlingstid som krävs för förberedelser till dess att överlämning eller stängning är klar. </w:t>
            </w:r>
            <w:r>
              <w:t>Även förberedelsetid och avslutning ingår.</w:t>
            </w:r>
          </w:p>
        </w:tc>
      </w:tr>
    </w:tbl>
    <w:p w14:paraId="731A4F23" w14:textId="77777777" w:rsidR="0014153C" w:rsidRDefault="00FE4606">
      <w:pPr>
        <w:pStyle w:val="Heading1"/>
      </w:pPr>
      <w:r>
        <w:t>Godkänd reservlista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700"/>
        <w:gridCol w:w="3660"/>
      </w:tblGrid>
      <w:tr w:rsidR="0014153C" w14:paraId="70726746" w14:textId="77777777" w:rsidTr="009239DC">
        <w:tc>
          <w:tcPr>
            <w:tcW w:w="5700" w:type="dxa"/>
            <w:shd w:val="clear" w:color="auto" w:fill="163A5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5AF1FE" w14:textId="77777777" w:rsidR="0014153C" w:rsidRDefault="00FE4606">
            <w:r>
              <w:rPr>
                <w:b/>
                <w:color w:val="FFFFFF"/>
              </w:rPr>
              <w:t>Namn</w:t>
            </w:r>
          </w:p>
        </w:tc>
        <w:tc>
          <w:tcPr>
            <w:tcW w:w="3660" w:type="dxa"/>
            <w:shd w:val="clear" w:color="auto" w:fill="163A5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0275E9" w14:textId="77777777" w:rsidR="0014153C" w:rsidRDefault="00FE4606">
            <w:r>
              <w:rPr>
                <w:b/>
                <w:color w:val="FFFFFF"/>
              </w:rPr>
              <w:t>Telefon</w:t>
            </w:r>
          </w:p>
        </w:tc>
      </w:tr>
      <w:tr w:rsidR="0014153C" w14:paraId="3359A26B" w14:textId="77777777" w:rsidTr="009239DC">
        <w:tc>
          <w:tcPr>
            <w:tcW w:w="5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F0DD64" w14:textId="77777777" w:rsidR="0014153C" w:rsidRDefault="00FE4606">
            <w:r>
              <w:t>Mathilda Sirberg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6A3400" w14:textId="77777777" w:rsidR="0014153C" w:rsidRDefault="00FE4606">
            <w:r>
              <w:t>070-308 28 26</w:t>
            </w:r>
          </w:p>
        </w:tc>
      </w:tr>
      <w:tr w:rsidR="009239DC" w14:paraId="65DB3995" w14:textId="77777777" w:rsidTr="009239DC">
        <w:tc>
          <w:tcPr>
            <w:tcW w:w="5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77CC2" w14:textId="1E0F30BC" w:rsidR="009239DC" w:rsidRDefault="009239DC">
            <w:r>
              <w:t>Lotta Sirberg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F9DE8B" w14:textId="47CD5C96" w:rsidR="009239DC" w:rsidRDefault="009239DC">
            <w:r>
              <w:t>070-306 20 87</w:t>
            </w:r>
          </w:p>
        </w:tc>
      </w:tr>
      <w:tr w:rsidR="009239DC" w14:paraId="48583E96" w14:textId="77777777" w:rsidTr="009239DC">
        <w:tc>
          <w:tcPr>
            <w:tcW w:w="57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B8A21D" w14:textId="2584E685" w:rsidR="009239DC" w:rsidRDefault="00432C9D">
            <w:r>
              <w:t>Emilia Bjarnevi Liutu</w:t>
            </w:r>
          </w:p>
        </w:tc>
        <w:tc>
          <w:tcPr>
            <w:tcW w:w="36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2FF1B4" w14:textId="0A2F544D" w:rsidR="009239DC" w:rsidRDefault="00432C9D">
            <w:r>
              <w:t>076-03</w:t>
            </w:r>
            <w:r w:rsidR="004242AD">
              <w:t>4 35 23</w:t>
            </w:r>
          </w:p>
        </w:tc>
      </w:tr>
    </w:tbl>
    <w:p w14:paraId="7C65E32B" w14:textId="77777777" w:rsidR="0014153C" w:rsidRPr="00155AFB" w:rsidRDefault="00FE4606">
      <w:pPr>
        <w:pStyle w:val="Heading1"/>
        <w:rPr>
          <w:lang w:val="sv-SE"/>
        </w:rPr>
      </w:pPr>
      <w:r w:rsidRPr="00155AFB">
        <w:rPr>
          <w:lang w:val="sv-SE"/>
        </w:rPr>
        <w:t>Om du vill stå på reservlistan</w:t>
      </w:r>
    </w:p>
    <w:p w14:paraId="6BC8F14A" w14:textId="77777777" w:rsidR="0014153C" w:rsidRPr="00155AFB" w:rsidRDefault="00FE4606">
      <w:pPr>
        <w:rPr>
          <w:lang w:val="sv-SE"/>
        </w:rPr>
      </w:pPr>
      <w:r w:rsidRPr="00155AFB">
        <w:rPr>
          <w:b/>
          <w:lang w:val="sv-SE"/>
        </w:rPr>
        <w:t xml:space="preserve">Skicka namn och kontaktuppgifter till </w:t>
      </w:r>
      <w:r w:rsidRPr="00155AFB">
        <w:rPr>
          <w:lang w:val="sv-SE"/>
        </w:rPr>
        <w:t>info@malarohockey.com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4153C" w:rsidRPr="00432C9D" w14:paraId="4BF8DF43" w14:textId="77777777">
        <w:tc>
          <w:tcPr>
            <w:tcW w:w="9360" w:type="dxa"/>
            <w:shd w:val="clear" w:color="auto" w:fill="EDF7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DF6FE" w14:textId="77777777" w:rsidR="00E80C7B" w:rsidRDefault="00FE4606">
            <w:pPr>
              <w:spacing w:after="0"/>
              <w:rPr>
                <w:b/>
                <w:color w:val="2E6B4F"/>
                <w:lang w:val="sv-SE"/>
              </w:rPr>
            </w:pPr>
            <w:r w:rsidRPr="00155AFB">
              <w:rPr>
                <w:b/>
                <w:color w:val="2E6B4F"/>
                <w:lang w:val="sv-SE"/>
              </w:rPr>
              <w:t xml:space="preserve">Ansvar  </w:t>
            </w:r>
          </w:p>
          <w:p w14:paraId="3AC5C96B" w14:textId="77777777" w:rsidR="0014153C" w:rsidRDefault="00FE4606" w:rsidP="00E80C7B">
            <w:pPr>
              <w:pStyle w:val="ListParagraph"/>
              <w:numPr>
                <w:ilvl w:val="0"/>
                <w:numId w:val="10"/>
              </w:numPr>
              <w:spacing w:after="0"/>
              <w:rPr>
                <w:lang w:val="sv-SE"/>
              </w:rPr>
            </w:pPr>
            <w:r w:rsidRPr="00E80C7B">
              <w:rPr>
                <w:lang w:val="sv-SE"/>
              </w:rPr>
              <w:t>Familjen som fått passet ansvarar för att en ersättare verkligen är bokad och har fått rätt information.</w:t>
            </w:r>
            <w:r w:rsidR="00E80C7B" w:rsidRPr="00E80C7B">
              <w:rPr>
                <w:lang w:val="sv-SE"/>
              </w:rPr>
              <w:t xml:space="preserve"> </w:t>
            </w:r>
          </w:p>
          <w:p w14:paraId="16DD89B7" w14:textId="02726B67" w:rsidR="00E80C7B" w:rsidRPr="00E80C7B" w:rsidRDefault="00E80C7B" w:rsidP="00E80C7B">
            <w:pPr>
              <w:pStyle w:val="ListParagraph"/>
              <w:numPr>
                <w:ilvl w:val="0"/>
                <w:numId w:val="10"/>
              </w:numPr>
              <w:spacing w:after="0"/>
              <w:rPr>
                <w:lang w:val="sv-SE"/>
              </w:rPr>
            </w:pPr>
            <w:r>
              <w:rPr>
                <w:lang w:val="sv-SE"/>
              </w:rPr>
              <w:t>Personen som mottager betalningen behöver se över skatteverkets regler om den behöver rappo</w:t>
            </w:r>
            <w:r w:rsidR="00FA1E08">
              <w:rPr>
                <w:lang w:val="sv-SE"/>
              </w:rPr>
              <w:t>rtera sin inkomst till skatteverket.</w:t>
            </w:r>
          </w:p>
        </w:tc>
      </w:tr>
    </w:tbl>
    <w:p w14:paraId="024EA29B" w14:textId="77777777" w:rsidR="00FE4606" w:rsidRPr="00155AFB" w:rsidRDefault="00FE4606">
      <w:pPr>
        <w:rPr>
          <w:lang w:val="sv-SE"/>
        </w:rPr>
      </w:pPr>
    </w:p>
    <w:sectPr w:rsidR="00FE4606" w:rsidRPr="00155AFB" w:rsidSect="00034616">
      <w:headerReference w:type="default" r:id="rId8"/>
      <w:footerReference w:type="default" r:id="rId9"/>
      <w:pgSz w:w="12240" w:h="15840"/>
      <w:pgMar w:top="1123" w:right="1181" w:bottom="1037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FAB6" w14:textId="77777777" w:rsidR="00CC43FF" w:rsidRDefault="00CC43FF">
      <w:pPr>
        <w:spacing w:after="0" w:line="240" w:lineRule="auto"/>
      </w:pPr>
      <w:r>
        <w:separator/>
      </w:r>
    </w:p>
  </w:endnote>
  <w:endnote w:type="continuationSeparator" w:id="0">
    <w:p w14:paraId="78CA9113" w14:textId="77777777" w:rsidR="00CC43FF" w:rsidRDefault="00CC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E439" w14:textId="483DA0C4" w:rsidR="0014153C" w:rsidRDefault="00FE4606">
    <w:pPr>
      <w:pStyle w:val="Footer"/>
      <w:jc w:val="right"/>
    </w:pPr>
    <w:r>
      <w:rPr>
        <w:color w:val="5B6770"/>
        <w:sz w:val="16"/>
      </w:rPr>
      <w:t xml:space="preserve">Caféinstruktion  •  sida </w:t>
    </w:r>
    <w:r>
      <w:fldChar w:fldCharType="begin"/>
    </w:r>
    <w:r>
      <w:instrText>PAGE</w:instrText>
    </w:r>
    <w:r>
      <w:fldChar w:fldCharType="separate"/>
    </w:r>
    <w:r w:rsidR="00155A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7E7C9" w14:textId="77777777" w:rsidR="00CC43FF" w:rsidRDefault="00CC43FF">
      <w:pPr>
        <w:spacing w:after="0" w:line="240" w:lineRule="auto"/>
      </w:pPr>
      <w:r>
        <w:separator/>
      </w:r>
    </w:p>
  </w:footnote>
  <w:footnote w:type="continuationSeparator" w:id="0">
    <w:p w14:paraId="7CB93A70" w14:textId="77777777" w:rsidR="00CC43FF" w:rsidRDefault="00CC4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5F28" w14:textId="77777777" w:rsidR="0014153C" w:rsidRDefault="00FE4606">
    <w:pPr>
      <w:pStyle w:val="Header"/>
    </w:pPr>
    <w:r>
      <w:rPr>
        <w:b/>
        <w:color w:val="5B6770"/>
        <w:sz w:val="17"/>
      </w:rPr>
      <w:t>MÄLARÖ HOCKEY  |  ALLHALLENS CAFÉ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4C1F4D"/>
    <w:multiLevelType w:val="hybridMultilevel"/>
    <w:tmpl w:val="8A2431BA"/>
    <w:lvl w:ilvl="0" w:tplc="B268F23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/>
        <w:color w:val="2E6B4F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880537">
    <w:abstractNumId w:val="8"/>
  </w:num>
  <w:num w:numId="2" w16cid:durableId="338048233">
    <w:abstractNumId w:val="6"/>
  </w:num>
  <w:num w:numId="3" w16cid:durableId="872038474">
    <w:abstractNumId w:val="5"/>
  </w:num>
  <w:num w:numId="4" w16cid:durableId="1475484095">
    <w:abstractNumId w:val="4"/>
  </w:num>
  <w:num w:numId="5" w16cid:durableId="268046012">
    <w:abstractNumId w:val="7"/>
  </w:num>
  <w:num w:numId="6" w16cid:durableId="287469355">
    <w:abstractNumId w:val="3"/>
  </w:num>
  <w:num w:numId="7" w16cid:durableId="1794640863">
    <w:abstractNumId w:val="2"/>
  </w:num>
  <w:num w:numId="8" w16cid:durableId="1829248833">
    <w:abstractNumId w:val="1"/>
  </w:num>
  <w:num w:numId="9" w16cid:durableId="1211309995">
    <w:abstractNumId w:val="0"/>
  </w:num>
  <w:num w:numId="10" w16cid:durableId="12480345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53C"/>
    <w:rsid w:val="0015074B"/>
    <w:rsid w:val="00155AFB"/>
    <w:rsid w:val="00197939"/>
    <w:rsid w:val="001C7D39"/>
    <w:rsid w:val="0029639D"/>
    <w:rsid w:val="003020D2"/>
    <w:rsid w:val="00326F90"/>
    <w:rsid w:val="004242AD"/>
    <w:rsid w:val="00432C9D"/>
    <w:rsid w:val="00562CB7"/>
    <w:rsid w:val="008C2F4F"/>
    <w:rsid w:val="009239DC"/>
    <w:rsid w:val="00AA1D8D"/>
    <w:rsid w:val="00B47730"/>
    <w:rsid w:val="00CB0664"/>
    <w:rsid w:val="00CC43FF"/>
    <w:rsid w:val="00E80C7B"/>
    <w:rsid w:val="00FA1E08"/>
    <w:rsid w:val="00FC693F"/>
    <w:rsid w:val="00FE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FAC299A3-D1D7-4E89-9734-BF504E82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6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6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color w:val="5B67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1184</Characters>
  <Application>Microsoft Office Word</Application>
  <DocSecurity>0</DocSecurity>
  <Lines>31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8</cp:revision>
  <dcterms:created xsi:type="dcterms:W3CDTF">2013-12-23T23:15:00Z</dcterms:created>
  <dcterms:modified xsi:type="dcterms:W3CDTF">2026-10-08T12:53:00Z</dcterms:modified>
  <cp:category/>
</cp:coreProperties>
</file>