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E408C" w14:textId="77777777" w:rsidR="007A1261" w:rsidRPr="00442444" w:rsidRDefault="00BC54FC">
      <w:pPr>
        <w:pStyle w:val="Title"/>
        <w:rPr>
          <w:lang w:val="sv-SE"/>
        </w:rPr>
      </w:pPr>
      <w:r w:rsidRPr="00442444">
        <w:rPr>
          <w:lang w:val="sv-SE"/>
        </w:rPr>
        <w:t>Bemanning av caféet</w:t>
      </w:r>
    </w:p>
    <w:p w14:paraId="58CF30CC" w14:textId="77777777" w:rsidR="007A1261" w:rsidRPr="00442444" w:rsidRDefault="00BC54FC">
      <w:pPr>
        <w:pStyle w:val="Subtitle"/>
        <w:rPr>
          <w:lang w:val="sv-SE"/>
        </w:rPr>
      </w:pPr>
      <w:r w:rsidRPr="00442444">
        <w:rPr>
          <w:lang w:val="sv-SE"/>
        </w:rPr>
        <w:t>Vem bemannar, när ni ska vara på plats och vad som gäller under passet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7A1261" w:rsidRPr="00AC4BF3" w14:paraId="6C66116A" w14:textId="77777777">
        <w:tc>
          <w:tcPr>
            <w:tcW w:w="9360" w:type="dxa"/>
            <w:shd w:val="clear" w:color="auto" w:fill="E8F1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F8FD834" w14:textId="77777777" w:rsidR="007A1261" w:rsidRPr="00442444" w:rsidRDefault="00BC54FC">
            <w:pPr>
              <w:spacing w:after="0"/>
              <w:rPr>
                <w:lang w:val="sv-SE"/>
              </w:rPr>
            </w:pPr>
            <w:proofErr w:type="gramStart"/>
            <w:r w:rsidRPr="00442444">
              <w:rPr>
                <w:b/>
                <w:color w:val="2E74B5"/>
                <w:lang w:val="sv-SE"/>
              </w:rPr>
              <w:t xml:space="preserve">Syfte  </w:t>
            </w:r>
            <w:r w:rsidRPr="00442444">
              <w:rPr>
                <w:lang w:val="sv-SE"/>
              </w:rPr>
              <w:t>Caféet</w:t>
            </w:r>
            <w:proofErr w:type="gramEnd"/>
            <w:r w:rsidRPr="00442444">
              <w:rPr>
                <w:lang w:val="sv-SE"/>
              </w:rPr>
              <w:t xml:space="preserve"> i Allhallen är en viktig intäktskälla för Mälarö Hockey. Varje tilldelat pass ska därför vara bemannat och genomföras enligt instruktionerna.</w:t>
            </w:r>
          </w:p>
        </w:tc>
      </w:tr>
    </w:tbl>
    <w:p w14:paraId="22B6F723" w14:textId="77777777" w:rsidR="007A1261" w:rsidRDefault="00BC54FC">
      <w:pPr>
        <w:pStyle w:val="Heading1"/>
      </w:pPr>
      <w:proofErr w:type="spellStart"/>
      <w:r>
        <w:t>Bemanning</w:t>
      </w:r>
      <w:proofErr w:type="spellEnd"/>
      <w:r>
        <w:t xml:space="preserve"> per </w:t>
      </w:r>
      <w:proofErr w:type="spellStart"/>
      <w:r>
        <w:t>aktivitet</w:t>
      </w:r>
      <w:proofErr w:type="spellEnd"/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600"/>
        <w:gridCol w:w="3400"/>
        <w:gridCol w:w="2360"/>
      </w:tblGrid>
      <w:tr w:rsidR="007A1261" w14:paraId="0612BB76" w14:textId="77777777">
        <w:trPr>
          <w:tblHeader/>
        </w:trPr>
        <w:tc>
          <w:tcPr>
            <w:tcW w:w="3600" w:type="dxa"/>
            <w:shd w:val="clear" w:color="auto" w:fill="163A5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033B548" w14:textId="77777777" w:rsidR="007A1261" w:rsidRDefault="00BC54FC">
            <w:r>
              <w:rPr>
                <w:b/>
                <w:color w:val="FFFFFF"/>
              </w:rPr>
              <w:t>Aktivitet</w:t>
            </w:r>
          </w:p>
        </w:tc>
        <w:tc>
          <w:tcPr>
            <w:tcW w:w="3400" w:type="dxa"/>
            <w:shd w:val="clear" w:color="auto" w:fill="163A5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BE7482" w14:textId="77777777" w:rsidR="007A1261" w:rsidRDefault="00BC54FC">
            <w:r>
              <w:rPr>
                <w:b/>
                <w:color w:val="FFFFFF"/>
              </w:rPr>
              <w:t>Bemanning</w:t>
            </w:r>
          </w:p>
        </w:tc>
        <w:tc>
          <w:tcPr>
            <w:tcW w:w="2360" w:type="dxa"/>
            <w:shd w:val="clear" w:color="auto" w:fill="163A5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788618A" w14:textId="77777777" w:rsidR="007A1261" w:rsidRDefault="00BC54FC">
            <w:r>
              <w:rPr>
                <w:b/>
                <w:color w:val="FFFFFF"/>
              </w:rPr>
              <w:t>Samling</w:t>
            </w:r>
          </w:p>
        </w:tc>
      </w:tr>
      <w:tr w:rsidR="007A1261" w14:paraId="4CBC751F" w14:textId="77777777">
        <w:tc>
          <w:tcPr>
            <w:tcW w:w="36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7AE468E" w14:textId="77777777" w:rsidR="007A1261" w:rsidRDefault="00BC54FC">
            <w:r>
              <w:t>Egen hemmamatch i Allhallen</w:t>
            </w:r>
          </w:p>
        </w:tc>
        <w:tc>
          <w:tcPr>
            <w:tcW w:w="34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3D58144" w14:textId="77777777" w:rsidR="007A1261" w:rsidRDefault="00BC54FC">
            <w:r>
              <w:t>2 personer</w:t>
            </w:r>
          </w:p>
        </w:tc>
        <w:tc>
          <w:tcPr>
            <w:tcW w:w="236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0CCD2B7" w14:textId="66F2F533" w:rsidR="007A1261" w:rsidRDefault="00AC4BF3">
            <w:r>
              <w:t xml:space="preserve">60minuter </w:t>
            </w:r>
            <w:proofErr w:type="spellStart"/>
            <w:r w:rsidR="00BC54FC">
              <w:t>före</w:t>
            </w:r>
            <w:proofErr w:type="spellEnd"/>
            <w:r w:rsidR="00BC54FC">
              <w:t xml:space="preserve"> </w:t>
            </w:r>
            <w:proofErr w:type="spellStart"/>
            <w:r w:rsidR="00BC54FC">
              <w:t>matchstart</w:t>
            </w:r>
            <w:proofErr w:type="spellEnd"/>
          </w:p>
        </w:tc>
      </w:tr>
      <w:tr w:rsidR="007A1261" w14:paraId="099DE5D8" w14:textId="77777777">
        <w:tc>
          <w:tcPr>
            <w:tcW w:w="36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4E5FA68" w14:textId="77777777" w:rsidR="007A1261" w:rsidRDefault="00BC54FC">
            <w:r>
              <w:t>A-</w:t>
            </w:r>
            <w:proofErr w:type="spellStart"/>
            <w:r>
              <w:t>lagsmatch</w:t>
            </w:r>
            <w:proofErr w:type="spellEnd"/>
          </w:p>
        </w:tc>
        <w:tc>
          <w:tcPr>
            <w:tcW w:w="34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5C44C69" w14:textId="6519C176" w:rsidR="007A1261" w:rsidRPr="00442444" w:rsidRDefault="005E75F7">
            <w:pPr>
              <w:rPr>
                <w:lang w:val="sv-SE"/>
              </w:rPr>
            </w:pPr>
            <w:r>
              <w:rPr>
                <w:lang w:val="sv-SE"/>
              </w:rPr>
              <w:t>6</w:t>
            </w:r>
            <w:r w:rsidR="00BC54FC" w:rsidRPr="00442444">
              <w:rPr>
                <w:lang w:val="sv-SE"/>
              </w:rPr>
              <w:t xml:space="preserve"> personer:  </w:t>
            </w:r>
            <w:r w:rsidR="00B44346">
              <w:rPr>
                <w:lang w:val="sv-SE"/>
              </w:rPr>
              <w:t>Café, Entré och Sekretariat</w:t>
            </w:r>
          </w:p>
        </w:tc>
        <w:tc>
          <w:tcPr>
            <w:tcW w:w="23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6B42FE3" w14:textId="03BF8A4F" w:rsidR="007A1261" w:rsidRDefault="00AC4BF3">
            <w:r>
              <w:t>90minuter</w:t>
            </w:r>
            <w:r w:rsidR="00BC54FC">
              <w:t xml:space="preserve"> </w:t>
            </w:r>
            <w:proofErr w:type="spellStart"/>
            <w:r w:rsidR="00BC54FC">
              <w:t>före</w:t>
            </w:r>
            <w:proofErr w:type="spellEnd"/>
            <w:r w:rsidR="00BC54FC">
              <w:t xml:space="preserve"> </w:t>
            </w:r>
            <w:proofErr w:type="spellStart"/>
            <w:r w:rsidR="00BC54FC">
              <w:t>matchstart</w:t>
            </w:r>
            <w:proofErr w:type="spellEnd"/>
          </w:p>
        </w:tc>
      </w:tr>
      <w:tr w:rsidR="007A1261" w14:paraId="30FBF9EC" w14:textId="77777777">
        <w:tc>
          <w:tcPr>
            <w:tcW w:w="36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98742CC" w14:textId="77777777" w:rsidR="007A1261" w:rsidRDefault="00BC54FC">
            <w:r>
              <w:t>Skridsko- eller hockeyskola</w:t>
            </w:r>
          </w:p>
        </w:tc>
        <w:tc>
          <w:tcPr>
            <w:tcW w:w="34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51A4FD9" w14:textId="77777777" w:rsidR="007A1261" w:rsidRDefault="00BC54FC">
            <w:r>
              <w:t>2 personer</w:t>
            </w:r>
          </w:p>
        </w:tc>
        <w:tc>
          <w:tcPr>
            <w:tcW w:w="236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D75F319" w14:textId="6629A6DA" w:rsidR="007A1261" w:rsidRDefault="00AC4BF3">
            <w:r>
              <w:t>30</w:t>
            </w:r>
            <w:proofErr w:type="gramStart"/>
            <w:r w:rsidR="009B7162">
              <w:t>minuter</w:t>
            </w:r>
            <w:proofErr w:type="gramEnd"/>
            <w:r w:rsidR="009B7162">
              <w:t xml:space="preserve"> </w:t>
            </w:r>
            <w:proofErr w:type="spellStart"/>
            <w:r w:rsidR="00BC54FC">
              <w:t>före</w:t>
            </w:r>
            <w:proofErr w:type="spellEnd"/>
            <w:r w:rsidR="00BC54FC">
              <w:t xml:space="preserve"> start</w:t>
            </w:r>
          </w:p>
        </w:tc>
      </w:tr>
      <w:tr w:rsidR="007A1261" w14:paraId="0B2A9FD2" w14:textId="77777777">
        <w:tc>
          <w:tcPr>
            <w:tcW w:w="36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DAFA5AE" w14:textId="77777777" w:rsidR="007A1261" w:rsidRDefault="00BC54FC">
            <w:r>
              <w:t>Skridskodisco</w:t>
            </w:r>
          </w:p>
        </w:tc>
        <w:tc>
          <w:tcPr>
            <w:tcW w:w="340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673E0F8" w14:textId="77777777" w:rsidR="007A1261" w:rsidRDefault="00BC54FC">
            <w:r>
              <w:t>Enligt tilldelat bemanningsschema</w:t>
            </w:r>
          </w:p>
        </w:tc>
        <w:tc>
          <w:tcPr>
            <w:tcW w:w="2360" w:type="dxa"/>
            <w:shd w:val="clear" w:color="auto" w:fill="F3F6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68A855B" w14:textId="77777777" w:rsidR="007A1261" w:rsidRDefault="00BC54FC">
            <w:r>
              <w:t>Enligt utskickad tid</w:t>
            </w:r>
          </w:p>
        </w:tc>
      </w:tr>
    </w:tbl>
    <w:p w14:paraId="7D41F1C2" w14:textId="77777777" w:rsidR="007A1261" w:rsidRDefault="00BC54FC">
      <w:pPr>
        <w:pStyle w:val="Heading1"/>
      </w:pPr>
      <w:r>
        <w:t xml:space="preserve">Vem </w:t>
      </w:r>
      <w:proofErr w:type="spellStart"/>
      <w:r>
        <w:t>får</w:t>
      </w:r>
      <w:proofErr w:type="spellEnd"/>
      <w:r>
        <w:t xml:space="preserve"> </w:t>
      </w:r>
      <w:proofErr w:type="spellStart"/>
      <w:r>
        <w:t>bemanna</w:t>
      </w:r>
      <w:proofErr w:type="spellEnd"/>
      <w:r>
        <w:t>?</w:t>
      </w:r>
    </w:p>
    <w:p w14:paraId="65E4A1B3" w14:textId="77777777" w:rsidR="007A1261" w:rsidRPr="00442444" w:rsidRDefault="00BC54FC">
      <w:pPr>
        <w:pStyle w:val="ListBullet"/>
        <w:spacing w:after="60" w:line="269" w:lineRule="auto"/>
        <w:ind w:left="547" w:hanging="274"/>
        <w:rPr>
          <w:lang w:val="sv-SE"/>
        </w:rPr>
      </w:pPr>
      <w:r w:rsidRPr="00442444">
        <w:rPr>
          <w:lang w:val="sv-SE"/>
        </w:rPr>
        <w:t>Vårdnadshavare eller spelare/syskon som har fyllt 15 år.</w:t>
      </w:r>
    </w:p>
    <w:p w14:paraId="0F1C448B" w14:textId="77777777" w:rsidR="007A1261" w:rsidRPr="00442444" w:rsidRDefault="00BC54FC">
      <w:pPr>
        <w:pStyle w:val="ListBullet"/>
        <w:spacing w:after="60" w:line="269" w:lineRule="auto"/>
        <w:ind w:left="547" w:hanging="274"/>
        <w:rPr>
          <w:lang w:val="sv-SE"/>
        </w:rPr>
      </w:pPr>
      <w:r w:rsidRPr="00442444">
        <w:rPr>
          <w:lang w:val="sv-SE"/>
        </w:rPr>
        <w:t>Laget ansvarar för att fördela sina tilldelade pass och säkerställa att rätt antal personer kommer.</w:t>
      </w:r>
    </w:p>
    <w:p w14:paraId="4A7E4D48" w14:textId="77777777" w:rsidR="007A1261" w:rsidRDefault="00BC54FC">
      <w:pPr>
        <w:pStyle w:val="Heading1"/>
      </w:pPr>
      <w:proofErr w:type="spellStart"/>
      <w:r>
        <w:t>Så</w:t>
      </w:r>
      <w:proofErr w:type="spellEnd"/>
      <w:r>
        <w:t xml:space="preserve"> </w:t>
      </w:r>
      <w:proofErr w:type="spellStart"/>
      <w:r>
        <w:t>genomför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passet</w:t>
      </w:r>
      <w:proofErr w:type="spellEnd"/>
    </w:p>
    <w:p w14:paraId="6A679341" w14:textId="77777777" w:rsidR="007A1261" w:rsidRPr="00442444" w:rsidRDefault="00BC54FC">
      <w:pPr>
        <w:pStyle w:val="ListNumber"/>
        <w:spacing w:after="100" w:line="269" w:lineRule="auto"/>
        <w:ind w:left="605" w:hanging="346"/>
        <w:rPr>
          <w:lang w:val="sv-SE"/>
        </w:rPr>
      </w:pPr>
      <w:r w:rsidRPr="00442444">
        <w:rPr>
          <w:b/>
          <w:color w:val="163A5F"/>
          <w:lang w:val="sv-SE"/>
        </w:rPr>
        <w:t xml:space="preserve">Kom i tid. </w:t>
      </w:r>
      <w:r w:rsidRPr="00442444">
        <w:rPr>
          <w:lang w:val="sv-SE"/>
        </w:rPr>
        <w:t>Förberedelsetiden ingår i passet. Om ett lag redan har caféet öppet tar ni över direkt från dem.</w:t>
      </w:r>
    </w:p>
    <w:p w14:paraId="2289051F" w14:textId="487CB48F" w:rsidR="007A1261" w:rsidRPr="00442444" w:rsidRDefault="00BC54FC">
      <w:pPr>
        <w:pStyle w:val="ListNumber"/>
        <w:spacing w:after="100" w:line="269" w:lineRule="auto"/>
        <w:ind w:left="605" w:hanging="346"/>
        <w:rPr>
          <w:lang w:val="sv-SE"/>
        </w:rPr>
      </w:pPr>
      <w:r w:rsidRPr="00442444">
        <w:rPr>
          <w:b/>
          <w:color w:val="163A5F"/>
          <w:lang w:val="sv-SE"/>
        </w:rPr>
        <w:t xml:space="preserve">Följ öppnings- eller överlämningsrutinen. </w:t>
      </w:r>
      <w:r w:rsidRPr="00442444">
        <w:rPr>
          <w:lang w:val="sv-SE"/>
        </w:rPr>
        <w:t>Kontrollera varor, kaffe, korv/toast och arbetsytor.</w:t>
      </w:r>
    </w:p>
    <w:p w14:paraId="7D964E4D" w14:textId="77777777" w:rsidR="007A1261" w:rsidRPr="00442444" w:rsidRDefault="00BC54FC">
      <w:pPr>
        <w:pStyle w:val="ListNumber"/>
        <w:spacing w:after="100" w:line="269" w:lineRule="auto"/>
        <w:ind w:left="605" w:hanging="346"/>
        <w:rPr>
          <w:lang w:val="sv-SE"/>
        </w:rPr>
      </w:pPr>
      <w:r w:rsidRPr="00442444">
        <w:rPr>
          <w:b/>
          <w:color w:val="163A5F"/>
          <w:lang w:val="sv-SE"/>
        </w:rPr>
        <w:t xml:space="preserve">Håll caféet rent och påfyllt. </w:t>
      </w:r>
      <w:r w:rsidRPr="00442444">
        <w:rPr>
          <w:lang w:val="sv-SE"/>
        </w:rPr>
        <w:t>Registrera all försäljning och ta endast emot Swish eller kort.</w:t>
      </w:r>
    </w:p>
    <w:p w14:paraId="0A46CA39" w14:textId="77777777" w:rsidR="007A1261" w:rsidRPr="00442444" w:rsidRDefault="00BC54FC">
      <w:pPr>
        <w:pStyle w:val="ListNumber"/>
        <w:spacing w:after="100" w:line="269" w:lineRule="auto"/>
        <w:ind w:left="605" w:hanging="346"/>
        <w:rPr>
          <w:lang w:val="sv-SE"/>
        </w:rPr>
      </w:pPr>
      <w:r w:rsidRPr="00442444">
        <w:rPr>
          <w:b/>
          <w:color w:val="163A5F"/>
          <w:lang w:val="sv-SE"/>
        </w:rPr>
        <w:t xml:space="preserve">Avsluta korrekt. </w:t>
      </w:r>
      <w:r w:rsidRPr="00442444">
        <w:rPr>
          <w:lang w:val="sv-SE"/>
        </w:rPr>
        <w:t>Lämna över till nästa lag eller följ stängningsinstruktionen om ni är sist.</w:t>
      </w:r>
    </w:p>
    <w:p w14:paraId="58C8B610" w14:textId="77777777" w:rsidR="007A1261" w:rsidRDefault="00BC54FC">
      <w:pPr>
        <w:pStyle w:val="Heading1"/>
      </w:pPr>
      <w:proofErr w:type="spellStart"/>
      <w:r>
        <w:t>Gemensamma</w:t>
      </w:r>
      <w:proofErr w:type="spellEnd"/>
      <w:r>
        <w:t xml:space="preserve"> </w:t>
      </w:r>
      <w:proofErr w:type="spellStart"/>
      <w:r>
        <w:t>regler</w:t>
      </w:r>
      <w:proofErr w:type="spellEnd"/>
    </w:p>
    <w:p w14:paraId="26FD56FC" w14:textId="77777777" w:rsidR="007A1261" w:rsidRPr="00442444" w:rsidRDefault="00BC54FC">
      <w:pPr>
        <w:pStyle w:val="ListBullet"/>
        <w:spacing w:after="60" w:line="269" w:lineRule="auto"/>
        <w:ind w:left="547" w:hanging="274"/>
        <w:rPr>
          <w:lang w:val="sv-SE"/>
        </w:rPr>
      </w:pPr>
      <w:r w:rsidRPr="00442444">
        <w:rPr>
          <w:lang w:val="sv-SE"/>
        </w:rPr>
        <w:t>Ingen kontantbetalning och ingen försäljning på krita.</w:t>
      </w:r>
    </w:p>
    <w:p w14:paraId="5FFECCD9" w14:textId="77777777" w:rsidR="007A1261" w:rsidRDefault="00BC54FC">
      <w:pPr>
        <w:pStyle w:val="ListBullet"/>
        <w:spacing w:after="60" w:line="269" w:lineRule="auto"/>
        <w:ind w:left="547" w:hanging="274"/>
      </w:pPr>
      <w:r w:rsidRPr="00442444">
        <w:rPr>
          <w:lang w:val="sv-SE"/>
        </w:rPr>
        <w:t xml:space="preserve">Cafépersonal får gratis kaffe och te under passet. </w:t>
      </w:r>
      <w:r>
        <w:t xml:space="preserve">Allt </w:t>
      </w:r>
      <w:proofErr w:type="spellStart"/>
      <w:r>
        <w:t>annat</w:t>
      </w:r>
      <w:proofErr w:type="spellEnd"/>
      <w:r>
        <w:t xml:space="preserve"> </w:t>
      </w:r>
      <w:proofErr w:type="spellStart"/>
      <w:r>
        <w:t>betalas</w:t>
      </w:r>
      <w:proofErr w:type="spellEnd"/>
      <w:r>
        <w:t>.</w:t>
      </w:r>
    </w:p>
    <w:p w14:paraId="5443D290" w14:textId="77777777" w:rsidR="009C1DDC" w:rsidRDefault="00BC54FC">
      <w:pPr>
        <w:pStyle w:val="ListBullet"/>
        <w:spacing w:after="60" w:line="269" w:lineRule="auto"/>
        <w:ind w:left="547" w:hanging="274"/>
        <w:rPr>
          <w:lang w:val="sv-SE"/>
        </w:rPr>
      </w:pPr>
      <w:r w:rsidRPr="00442444">
        <w:rPr>
          <w:lang w:val="sv-SE"/>
        </w:rPr>
        <w:t>Domare, vaktmästare, tränare och lagledare betalar för inköp, om inte en särskild matchinstruktion uttryckligen</w:t>
      </w:r>
    </w:p>
    <w:p w14:paraId="4D058FBA" w14:textId="7327ADCF" w:rsidR="007A1261" w:rsidRPr="00442444" w:rsidRDefault="00BC54FC" w:rsidP="009C1DDC">
      <w:pPr>
        <w:pStyle w:val="ListBullet"/>
        <w:numPr>
          <w:ilvl w:val="0"/>
          <w:numId w:val="0"/>
        </w:numPr>
        <w:spacing w:after="60" w:line="269" w:lineRule="auto"/>
        <w:ind w:left="547"/>
        <w:rPr>
          <w:lang w:val="sv-SE"/>
        </w:rPr>
      </w:pPr>
      <w:r w:rsidRPr="00442444">
        <w:rPr>
          <w:lang w:val="sv-SE"/>
        </w:rPr>
        <w:t xml:space="preserve"> anger något annat.</w:t>
      </w:r>
    </w:p>
    <w:p w14:paraId="6967A5D0" w14:textId="247ABD87" w:rsidR="007A1261" w:rsidRPr="00442444" w:rsidRDefault="00BC54FC">
      <w:pPr>
        <w:pStyle w:val="ListBullet"/>
        <w:spacing w:after="60" w:line="269" w:lineRule="auto"/>
        <w:ind w:left="547" w:hanging="274"/>
        <w:rPr>
          <w:lang w:val="sv-SE"/>
        </w:rPr>
      </w:pPr>
      <w:r w:rsidRPr="00442444">
        <w:rPr>
          <w:lang w:val="sv-SE"/>
        </w:rPr>
        <w:t xml:space="preserve">Alla varor köps in av </w:t>
      </w:r>
      <w:r w:rsidR="005553FA" w:rsidRPr="00442444">
        <w:rPr>
          <w:lang w:val="sv-SE"/>
        </w:rPr>
        <w:t xml:space="preserve">föreningens </w:t>
      </w:r>
      <w:r w:rsidR="005553FA">
        <w:rPr>
          <w:lang w:val="sv-SE"/>
        </w:rPr>
        <w:t>ansvariga klubbchef</w:t>
      </w:r>
      <w:r w:rsidRPr="00442444">
        <w:rPr>
          <w:lang w:val="sv-SE"/>
        </w:rPr>
        <w:t>. Gör inga egna inköp för caféets räkning utan godkännande.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7A1261" w:rsidRPr="00AC4BF3" w14:paraId="69A709EF" w14:textId="77777777">
        <w:tc>
          <w:tcPr>
            <w:tcW w:w="9360" w:type="dxa"/>
            <w:shd w:val="clear" w:color="auto" w:fill="FFF2E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8511532" w14:textId="77777777" w:rsidR="007A1261" w:rsidRPr="00442444" w:rsidRDefault="00BC54FC">
            <w:pPr>
              <w:spacing w:after="0"/>
              <w:rPr>
                <w:lang w:val="sv-SE"/>
              </w:rPr>
            </w:pPr>
            <w:r w:rsidRPr="00442444">
              <w:rPr>
                <w:b/>
                <w:color w:val="A65417"/>
                <w:lang w:val="sv-SE"/>
              </w:rPr>
              <w:t xml:space="preserve">Kan ni inte bemanna?  </w:t>
            </w:r>
            <w:r w:rsidRPr="00442444">
              <w:rPr>
                <w:lang w:val="sv-SE"/>
              </w:rPr>
              <w:t>Försök först byta pass inom laget. Alternativt kan passet överlåtas till en person på föreningens godkända reservlista enligt den separata instruktionen ”Överlåta ett cafépass”.</w:t>
            </w:r>
          </w:p>
        </w:tc>
      </w:tr>
    </w:tbl>
    <w:p w14:paraId="36AC46F3" w14:textId="00BE8482" w:rsidR="007A1261" w:rsidRPr="00442444" w:rsidRDefault="00DA6197">
      <w:pPr>
        <w:rPr>
          <w:lang w:val="sv-SE"/>
        </w:rPr>
      </w:pPr>
      <w:r>
        <w:rPr>
          <w:b/>
          <w:lang w:val="sv-SE"/>
        </w:rPr>
        <w:t xml:space="preserve"> </w:t>
      </w:r>
    </w:p>
    <w:sectPr w:rsidR="007A1261" w:rsidRPr="00442444" w:rsidSect="00034616">
      <w:headerReference w:type="default" r:id="rId8"/>
      <w:footerReference w:type="default" r:id="rId9"/>
      <w:pgSz w:w="12240" w:h="15840"/>
      <w:pgMar w:top="835" w:right="1181" w:bottom="835" w:left="1181" w:header="504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11BD7" w14:textId="77777777" w:rsidR="00EA6CEF" w:rsidRDefault="00EA6CEF">
      <w:pPr>
        <w:spacing w:after="0" w:line="240" w:lineRule="auto"/>
      </w:pPr>
      <w:r>
        <w:separator/>
      </w:r>
    </w:p>
  </w:endnote>
  <w:endnote w:type="continuationSeparator" w:id="0">
    <w:p w14:paraId="0ABFCE9F" w14:textId="77777777" w:rsidR="00EA6CEF" w:rsidRDefault="00EA6C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93289" w14:textId="336E8E59" w:rsidR="007A1261" w:rsidRDefault="00BC54FC">
    <w:pPr>
      <w:pStyle w:val="Footer"/>
      <w:jc w:val="right"/>
    </w:pPr>
    <w:proofErr w:type="spellStart"/>
    <w:proofErr w:type="gramStart"/>
    <w:r>
      <w:rPr>
        <w:color w:val="5B6770"/>
        <w:sz w:val="16"/>
      </w:rPr>
      <w:t>Caféinstruktion</w:t>
    </w:r>
    <w:proofErr w:type="spellEnd"/>
    <w:r>
      <w:rPr>
        <w:color w:val="5B6770"/>
        <w:sz w:val="16"/>
      </w:rPr>
      <w:t xml:space="preserve">  •</w:t>
    </w:r>
    <w:proofErr w:type="gramEnd"/>
    <w:r>
      <w:rPr>
        <w:color w:val="5B6770"/>
        <w:sz w:val="16"/>
      </w:rPr>
      <w:t xml:space="preserve">  </w:t>
    </w:r>
    <w:proofErr w:type="spellStart"/>
    <w:r>
      <w:rPr>
        <w:color w:val="5B6770"/>
        <w:sz w:val="16"/>
      </w:rPr>
      <w:t>sida</w:t>
    </w:r>
    <w:proofErr w:type="spellEnd"/>
    <w:r>
      <w:rPr>
        <w:color w:val="5B6770"/>
        <w:sz w:val="16"/>
      </w:rPr>
      <w:t xml:space="preserve"> </w:t>
    </w:r>
    <w:r>
      <w:fldChar w:fldCharType="begin"/>
    </w:r>
    <w:r>
      <w:instrText>PAGE</w:instrText>
    </w:r>
    <w:r>
      <w:fldChar w:fldCharType="separate"/>
    </w:r>
    <w:r w:rsidR="00442444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7DE68" w14:textId="77777777" w:rsidR="00EA6CEF" w:rsidRDefault="00EA6CEF">
      <w:pPr>
        <w:spacing w:after="0" w:line="240" w:lineRule="auto"/>
      </w:pPr>
      <w:r>
        <w:separator/>
      </w:r>
    </w:p>
  </w:footnote>
  <w:footnote w:type="continuationSeparator" w:id="0">
    <w:p w14:paraId="7B5F4BB7" w14:textId="77777777" w:rsidR="00EA6CEF" w:rsidRDefault="00EA6C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ADAD8" w14:textId="77777777" w:rsidR="007A1261" w:rsidRDefault="00BC54FC">
    <w:pPr>
      <w:pStyle w:val="Header"/>
    </w:pPr>
    <w:r>
      <w:rPr>
        <w:b/>
        <w:color w:val="5B6770"/>
        <w:sz w:val="17"/>
      </w:rPr>
      <w:t xml:space="preserve">MÄLARÖ </w:t>
    </w:r>
    <w:proofErr w:type="gramStart"/>
    <w:r>
      <w:rPr>
        <w:b/>
        <w:color w:val="5B6770"/>
        <w:sz w:val="17"/>
      </w:rPr>
      <w:t>HOCKEY  |</w:t>
    </w:r>
    <w:proofErr w:type="gramEnd"/>
    <w:r>
      <w:rPr>
        <w:b/>
        <w:color w:val="5B6770"/>
        <w:sz w:val="17"/>
      </w:rPr>
      <w:t xml:space="preserve">  ALLHALLENS CAFÉ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94419897">
    <w:abstractNumId w:val="8"/>
  </w:num>
  <w:num w:numId="2" w16cid:durableId="691107909">
    <w:abstractNumId w:val="6"/>
  </w:num>
  <w:num w:numId="3" w16cid:durableId="665323198">
    <w:abstractNumId w:val="5"/>
  </w:num>
  <w:num w:numId="4" w16cid:durableId="839932222">
    <w:abstractNumId w:val="4"/>
  </w:num>
  <w:num w:numId="5" w16cid:durableId="673650124">
    <w:abstractNumId w:val="7"/>
  </w:num>
  <w:num w:numId="6" w16cid:durableId="1532721109">
    <w:abstractNumId w:val="3"/>
  </w:num>
  <w:num w:numId="7" w16cid:durableId="126171594">
    <w:abstractNumId w:val="2"/>
  </w:num>
  <w:num w:numId="8" w16cid:durableId="585040331">
    <w:abstractNumId w:val="1"/>
  </w:num>
  <w:num w:numId="9" w16cid:durableId="485240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426"/>
    <w:rsid w:val="00034616"/>
    <w:rsid w:val="0006063C"/>
    <w:rsid w:val="000B3556"/>
    <w:rsid w:val="0015074B"/>
    <w:rsid w:val="0020623D"/>
    <w:rsid w:val="002371ED"/>
    <w:rsid w:val="0029639D"/>
    <w:rsid w:val="002B5DAB"/>
    <w:rsid w:val="00326F90"/>
    <w:rsid w:val="00442444"/>
    <w:rsid w:val="005553FA"/>
    <w:rsid w:val="005E75F7"/>
    <w:rsid w:val="00656BD6"/>
    <w:rsid w:val="006E6AEB"/>
    <w:rsid w:val="007A1261"/>
    <w:rsid w:val="009B7162"/>
    <w:rsid w:val="009C1DDC"/>
    <w:rsid w:val="00AA1D8D"/>
    <w:rsid w:val="00AC4BF3"/>
    <w:rsid w:val="00AF03C4"/>
    <w:rsid w:val="00B44346"/>
    <w:rsid w:val="00B47730"/>
    <w:rsid w:val="00BC54FC"/>
    <w:rsid w:val="00CB0664"/>
    <w:rsid w:val="00CC70B2"/>
    <w:rsid w:val="00DA6197"/>
    <w:rsid w:val="00EA6CEF"/>
    <w:rsid w:val="00FC693F"/>
    <w:rsid w:val="00FF6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CE87FE35-2A55-4EA6-8066-35E0896D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50" w:line="245" w:lineRule="auto"/>
    </w:pPr>
    <w:rPr>
      <w:rFonts w:ascii="Aptos" w:hAnsi="Aptos"/>
      <w:color w:val="1F2933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/>
      <w:b/>
      <w:bCs/>
      <w:color w:val="2E74B5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/>
      <w:outlineLvl w:val="1"/>
    </w:pPr>
    <w:rPr>
      <w:rFonts w:asciiTheme="majorHAnsi" w:eastAsiaTheme="majorEastAsia" w:hAnsiTheme="majorHAnsi" w:cstheme="majorBidi"/>
      <w:b/>
      <w:bCs/>
      <w:color w:val="163A5F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/>
      <w:b/>
      <w:bCs/>
      <w:color w:val="163A5F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40" w:line="240" w:lineRule="auto"/>
      <w:contextualSpacing/>
    </w:pPr>
    <w:rPr>
      <w:rFonts w:asciiTheme="majorHAnsi" w:eastAsiaTheme="majorEastAsia" w:hAnsiTheme="majorHAnsi" w:cstheme="majorBidi"/>
      <w:b/>
      <w:color w:val="163A5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after="140"/>
    </w:pPr>
    <w:rPr>
      <w:rFonts w:asciiTheme="majorHAnsi" w:eastAsiaTheme="majorEastAsia" w:hAnsiTheme="majorHAnsi" w:cstheme="majorBidi"/>
      <w:i/>
      <w:iCs/>
      <w:color w:val="5B6770"/>
      <w:spacing w:val="15"/>
      <w:sz w:val="19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4522a4d-f12f-4888-8028-d80fdde3b7d9}" enabled="1" method="Privileged" siteId="{9a8ff9e3-0e35-4620-a724-e9834dc50b5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1501</Characters>
  <Application>Microsoft Office Word</Application>
  <DocSecurity>0</DocSecurity>
  <Lines>37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Gosch, Jessica</cp:lastModifiedBy>
  <cp:revision>15</cp:revision>
  <dcterms:created xsi:type="dcterms:W3CDTF">2013-12-23T23:15:00Z</dcterms:created>
  <dcterms:modified xsi:type="dcterms:W3CDTF">2026-10-09T11:55:00Z</dcterms:modified>
  <cp:category/>
</cp:coreProperties>
</file>