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F671" w14:textId="529B0531" w:rsidR="0004278F" w:rsidRPr="00A077C1" w:rsidRDefault="00000000">
      <w:pPr>
        <w:pStyle w:val="Title"/>
        <w:rPr>
          <w:lang w:val="sv-SE"/>
        </w:rPr>
      </w:pPr>
      <w:r w:rsidRPr="00A077C1">
        <w:rPr>
          <w:lang w:val="sv-SE"/>
        </w:rPr>
        <w:t xml:space="preserve">iPad och </w:t>
      </w:r>
      <w:r w:rsidR="00D10B8A">
        <w:rPr>
          <w:lang w:val="sv-SE"/>
        </w:rPr>
        <w:t>Paypal</w:t>
      </w:r>
    </w:p>
    <w:p w14:paraId="309C16DB" w14:textId="77777777" w:rsidR="0004278F" w:rsidRPr="00A077C1" w:rsidRDefault="00000000">
      <w:pPr>
        <w:pStyle w:val="Subtitle"/>
        <w:rPr>
          <w:lang w:val="sv-SE"/>
        </w:rPr>
      </w:pPr>
      <w:r w:rsidRPr="00A077C1">
        <w:rPr>
          <w:lang w:val="sv-SE"/>
        </w:rPr>
        <w:t>Start, försäljning, felslag och säker förvaring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4278F" w:rsidRPr="00D10B8A" w14:paraId="1264E54A" w14:textId="77777777">
        <w:tc>
          <w:tcPr>
            <w:tcW w:w="936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25A62C" w14:textId="77777777" w:rsidR="0004278F" w:rsidRPr="00A077C1" w:rsidRDefault="00000000">
            <w:pPr>
              <w:spacing w:after="0"/>
              <w:rPr>
                <w:lang w:val="sv-SE"/>
              </w:rPr>
            </w:pPr>
            <w:proofErr w:type="gramStart"/>
            <w:r w:rsidRPr="00A077C1">
              <w:rPr>
                <w:b/>
                <w:color w:val="2E74B5"/>
                <w:lang w:val="sv-SE"/>
              </w:rPr>
              <w:t xml:space="preserve">Förvaring  </w:t>
            </w:r>
            <w:r w:rsidRPr="00A077C1">
              <w:rPr>
                <w:lang w:val="sv-SE"/>
              </w:rPr>
              <w:t>iPad</w:t>
            </w:r>
            <w:proofErr w:type="gramEnd"/>
            <w:r w:rsidRPr="00A077C1">
              <w:rPr>
                <w:lang w:val="sv-SE"/>
              </w:rPr>
              <w:t xml:space="preserve"> och kortläsare förvaras i det blå skåpet i caféförrådet.</w:t>
            </w:r>
          </w:p>
        </w:tc>
      </w:tr>
    </w:tbl>
    <w:p w14:paraId="43BD12BC" w14:textId="77777777" w:rsidR="0004278F" w:rsidRDefault="00000000">
      <w:pPr>
        <w:pStyle w:val="Heading1"/>
      </w:pPr>
      <w:proofErr w:type="spellStart"/>
      <w:r>
        <w:t>Starta</w:t>
      </w:r>
      <w:proofErr w:type="spellEnd"/>
      <w:r>
        <w:t xml:space="preserve"> </w:t>
      </w:r>
      <w:proofErr w:type="spellStart"/>
      <w:r>
        <w:t>betalningen</w:t>
      </w:r>
      <w:proofErr w:type="spellEnd"/>
    </w:p>
    <w:p w14:paraId="4784A1BE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Starta iPaden. </w:t>
      </w:r>
      <w:r w:rsidRPr="00A077C1">
        <w:rPr>
          <w:lang w:val="sv-SE"/>
        </w:rPr>
        <w:t xml:space="preserve">Tryck på hemknappen och lås upp med kod </w:t>
      </w:r>
      <w:proofErr w:type="gramStart"/>
      <w:r w:rsidRPr="00A077C1">
        <w:rPr>
          <w:lang w:val="sv-SE"/>
        </w:rPr>
        <w:t>123456</w:t>
      </w:r>
      <w:proofErr w:type="gramEnd"/>
      <w:r w:rsidRPr="00A077C1">
        <w:rPr>
          <w:lang w:val="sv-SE"/>
        </w:rPr>
        <w:t>.</w:t>
      </w:r>
    </w:p>
    <w:p w14:paraId="463DE1FF" w14:textId="28806B4B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Öppna appen. </w:t>
      </w:r>
      <w:r w:rsidRPr="00A077C1">
        <w:rPr>
          <w:lang w:val="sv-SE"/>
        </w:rPr>
        <w:t xml:space="preserve">Starta appen </w:t>
      </w:r>
      <w:proofErr w:type="spellStart"/>
      <w:r w:rsidR="001674FE">
        <w:rPr>
          <w:lang w:val="sv-SE"/>
        </w:rPr>
        <w:t>paypal</w:t>
      </w:r>
      <w:proofErr w:type="spellEnd"/>
      <w:r w:rsidR="001674FE">
        <w:rPr>
          <w:lang w:val="sv-SE"/>
        </w:rPr>
        <w:t>/</w:t>
      </w:r>
      <w:proofErr w:type="spellStart"/>
      <w:r w:rsidRPr="00A077C1">
        <w:rPr>
          <w:lang w:val="sv-SE"/>
        </w:rPr>
        <w:t>iZettle</w:t>
      </w:r>
      <w:proofErr w:type="spellEnd"/>
      <w:r w:rsidRPr="00A077C1">
        <w:rPr>
          <w:lang w:val="sv-SE"/>
        </w:rPr>
        <w:t>. Produkterna finns upplagda med bild och text.</w:t>
      </w:r>
    </w:p>
    <w:p w14:paraId="4F13C3A9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Starta kortläsaren. </w:t>
      </w:r>
      <w:r w:rsidRPr="00A077C1">
        <w:rPr>
          <w:lang w:val="sv-SE"/>
        </w:rPr>
        <w:t>Tryck på kortläsarens knapp och kontrollera att den är ansluten till iPaden innan första köpet.</w:t>
      </w:r>
    </w:p>
    <w:p w14:paraId="444603EF" w14:textId="77777777" w:rsidR="0004278F" w:rsidRDefault="00000000">
      <w:pPr>
        <w:pStyle w:val="Heading2"/>
      </w:pPr>
      <w:proofErr w:type="spellStart"/>
      <w:r>
        <w:t>Inloggning</w:t>
      </w:r>
      <w:proofErr w:type="spellEnd"/>
      <w:r>
        <w:t xml:space="preserve"> vid </w:t>
      </w:r>
      <w:proofErr w:type="spellStart"/>
      <w:r>
        <w:t>behov</w:t>
      </w:r>
      <w:proofErr w:type="spellEnd"/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04278F" w14:paraId="1F1CEFF7" w14:textId="77777777">
        <w:tc>
          <w:tcPr>
            <w:tcW w:w="260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11C3FC" w14:textId="77777777" w:rsidR="0004278F" w:rsidRDefault="00000000">
            <w:proofErr w:type="spellStart"/>
            <w:r>
              <w:rPr>
                <w:b/>
              </w:rPr>
              <w:t>Användarnamn</w:t>
            </w:r>
            <w:proofErr w:type="spellEnd"/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98846C" w14:textId="06854589" w:rsidR="0004278F" w:rsidRDefault="0040719F">
            <w:hyperlink r:id="rId8" w:history="1">
              <w:r w:rsidRPr="00543B5F">
                <w:rPr>
                  <w:rStyle w:val="Hyperlink"/>
                </w:rPr>
                <w:t>ekonomi@malarohockey.com</w:t>
              </w:r>
            </w:hyperlink>
          </w:p>
        </w:tc>
      </w:tr>
      <w:tr w:rsidR="0004278F" w14:paraId="50F3317D" w14:textId="77777777">
        <w:tc>
          <w:tcPr>
            <w:tcW w:w="260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2E8A35" w14:textId="77777777" w:rsidR="0004278F" w:rsidRDefault="00000000">
            <w:proofErr w:type="spellStart"/>
            <w:r>
              <w:rPr>
                <w:b/>
              </w:rPr>
              <w:t>Lösenord</w:t>
            </w:r>
            <w:proofErr w:type="spellEnd"/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78E4EC" w14:textId="7C85ACEF" w:rsidR="0004278F" w:rsidRDefault="0040719F">
            <w:r>
              <w:t>Betala123!</w:t>
            </w:r>
          </w:p>
        </w:tc>
      </w:tr>
    </w:tbl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4278F" w:rsidRPr="00D10B8A" w14:paraId="4D1156D6" w14:textId="77777777">
        <w:tc>
          <w:tcPr>
            <w:tcW w:w="9360" w:type="dxa"/>
            <w:shd w:val="clear" w:color="auto" w:fill="FFF2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BE56B6" w14:textId="77777777" w:rsidR="0004278F" w:rsidRPr="00A077C1" w:rsidRDefault="00000000">
            <w:pPr>
              <w:spacing w:after="0"/>
              <w:rPr>
                <w:lang w:val="sv-SE"/>
              </w:rPr>
            </w:pPr>
            <w:proofErr w:type="gramStart"/>
            <w:r w:rsidRPr="00A077C1">
              <w:rPr>
                <w:b/>
                <w:color w:val="A65417"/>
                <w:lang w:val="sv-SE"/>
              </w:rPr>
              <w:t xml:space="preserve">Viktigt  </w:t>
            </w:r>
            <w:r w:rsidRPr="00A077C1">
              <w:rPr>
                <w:lang w:val="sv-SE"/>
              </w:rPr>
              <w:t>Logga</w:t>
            </w:r>
            <w:proofErr w:type="gramEnd"/>
            <w:r w:rsidRPr="00A077C1">
              <w:rPr>
                <w:lang w:val="sv-SE"/>
              </w:rPr>
              <w:t xml:space="preserve"> aldrig ut ur appen. Använd inloggningsuppgifterna endast för caféets betalningar.</w:t>
            </w:r>
          </w:p>
        </w:tc>
      </w:tr>
    </w:tbl>
    <w:p w14:paraId="2D3D3DF7" w14:textId="77777777" w:rsidR="0004278F" w:rsidRDefault="00000000">
      <w:pPr>
        <w:pStyle w:val="Heading1"/>
      </w:pPr>
      <w:proofErr w:type="spellStart"/>
      <w:r>
        <w:t>Registrera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köp</w:t>
      </w:r>
      <w:proofErr w:type="spellEnd"/>
    </w:p>
    <w:p w14:paraId="217EE7A0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Välj alla varor. </w:t>
      </w:r>
      <w:r w:rsidRPr="00A077C1">
        <w:rPr>
          <w:lang w:val="sv-SE"/>
        </w:rPr>
        <w:t>Tryck på varje produkt som kunden köper. Bläddra mellan produktsidorna vid behov.</w:t>
      </w:r>
    </w:p>
    <w:p w14:paraId="1C88B620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Kontrollera varukorgen. </w:t>
      </w:r>
      <w:r w:rsidRPr="00A077C1">
        <w:rPr>
          <w:lang w:val="sv-SE"/>
        </w:rPr>
        <w:t>Säkerställ att antal och produkter stämmer innan betalning.</w:t>
      </w:r>
    </w:p>
    <w:p w14:paraId="43BFAAAA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Tryck på Ta betalt. </w:t>
      </w:r>
      <w:r w:rsidRPr="00A077C1">
        <w:rPr>
          <w:lang w:val="sv-SE"/>
        </w:rPr>
        <w:t>Välj kort eller Swish enligt kundens betalningssätt.</w:t>
      </w:r>
    </w:p>
    <w:p w14:paraId="2B0308B6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Slutför betalningen. </w:t>
      </w:r>
      <w:r w:rsidRPr="00A077C1">
        <w:rPr>
          <w:lang w:val="sv-SE"/>
        </w:rPr>
        <w:t>Vid kortköp använder kunden kortläsaren och följer anvisningarna. Lämna inte ut varorna förrän köpet visas som godkänt/klart.</w:t>
      </w:r>
    </w:p>
    <w:p w14:paraId="2E71F680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Erbjud kvitto. </w:t>
      </w:r>
      <w:r w:rsidRPr="00A077C1">
        <w:rPr>
          <w:lang w:val="sv-SE"/>
        </w:rPr>
        <w:t>Kunden kan få kvittot digitalt genom att ange sin e-postadress.</w:t>
      </w:r>
    </w:p>
    <w:p w14:paraId="650A51CF" w14:textId="77777777" w:rsidR="0004278F" w:rsidRDefault="00000000">
      <w:pPr>
        <w:pStyle w:val="Heading1"/>
      </w:pPr>
      <w:proofErr w:type="spellStart"/>
      <w:r>
        <w:t>Rätta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felslag</w:t>
      </w:r>
      <w:proofErr w:type="spellEnd"/>
      <w:r>
        <w:t xml:space="preserve"> </w:t>
      </w:r>
      <w:proofErr w:type="spellStart"/>
      <w:r>
        <w:t>före</w:t>
      </w:r>
      <w:proofErr w:type="spellEnd"/>
      <w:r>
        <w:t xml:space="preserve"> </w:t>
      </w:r>
      <w:proofErr w:type="spellStart"/>
      <w:r>
        <w:t>betalning</w:t>
      </w:r>
      <w:proofErr w:type="spellEnd"/>
    </w:p>
    <w:p w14:paraId="5F18CC24" w14:textId="34624B16" w:rsidR="0004278F" w:rsidRPr="00A077C1" w:rsidRDefault="00000000">
      <w:pPr>
        <w:pStyle w:val="ListBullet"/>
        <w:spacing w:after="60"/>
        <w:ind w:left="547" w:hanging="274"/>
        <w:rPr>
          <w:lang w:val="sv-SE"/>
        </w:rPr>
      </w:pPr>
      <w:r w:rsidRPr="00A077C1">
        <w:rPr>
          <w:lang w:val="sv-SE"/>
        </w:rPr>
        <w:t xml:space="preserve">Ta bort en enskild produkt genom att </w:t>
      </w:r>
      <w:r w:rsidR="00F506F3">
        <w:rPr>
          <w:lang w:val="sv-SE"/>
        </w:rPr>
        <w:t>klicka på produkten och ändra antal</w:t>
      </w:r>
    </w:p>
    <w:p w14:paraId="555C5BBE" w14:textId="77777777" w:rsidR="0004278F" w:rsidRDefault="00000000">
      <w:pPr>
        <w:pStyle w:val="Heading1"/>
      </w:pPr>
      <w:proofErr w:type="spellStart"/>
      <w:r>
        <w:t>Efter</w:t>
      </w:r>
      <w:proofErr w:type="spellEnd"/>
      <w:r>
        <w:t xml:space="preserve"> </w:t>
      </w:r>
      <w:proofErr w:type="spellStart"/>
      <w:r>
        <w:t>passet</w:t>
      </w:r>
      <w:proofErr w:type="spellEnd"/>
    </w:p>
    <w:p w14:paraId="5338599F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Låt appen vara inloggad. </w:t>
      </w:r>
      <w:r w:rsidRPr="00A077C1">
        <w:rPr>
          <w:lang w:val="sv-SE"/>
        </w:rPr>
        <w:t>Logga inte ut.</w:t>
      </w:r>
    </w:p>
    <w:p w14:paraId="33D2FB2F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Stäng av iPaden. </w:t>
      </w:r>
      <w:r w:rsidRPr="00A077C1">
        <w:rPr>
          <w:lang w:val="sv-SE"/>
        </w:rPr>
        <w:t>Använd knappen på kanten så att batteriet inte laddas ur.</w:t>
      </w:r>
    </w:p>
    <w:p w14:paraId="3FFB0C6C" w14:textId="77777777" w:rsidR="0004278F" w:rsidRPr="00A077C1" w:rsidRDefault="00000000">
      <w:pPr>
        <w:pStyle w:val="ListNumber"/>
        <w:ind w:left="605" w:hanging="346"/>
        <w:rPr>
          <w:lang w:val="sv-SE"/>
        </w:rPr>
      </w:pPr>
      <w:r w:rsidRPr="00A077C1">
        <w:rPr>
          <w:b/>
          <w:color w:val="163A5F"/>
          <w:lang w:val="sv-SE"/>
        </w:rPr>
        <w:t xml:space="preserve">Lås in utrustningen. </w:t>
      </w:r>
      <w:r w:rsidRPr="00A077C1">
        <w:rPr>
          <w:lang w:val="sv-SE"/>
        </w:rPr>
        <w:t>Lägg både iPad och kortläsare i det blå skåpet i förrådet.</w:t>
      </w:r>
    </w:p>
    <w:sectPr w:rsidR="0004278F" w:rsidRPr="00A077C1" w:rsidSect="00034616">
      <w:headerReference w:type="default" r:id="rId9"/>
      <w:footerReference w:type="default" r:id="rId10"/>
      <w:pgSz w:w="12240" w:h="15840"/>
      <w:pgMar w:top="1123" w:right="1181" w:bottom="1037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44D9" w14:textId="77777777" w:rsidR="009D102E" w:rsidRDefault="009D102E">
      <w:pPr>
        <w:spacing w:after="0" w:line="240" w:lineRule="auto"/>
      </w:pPr>
      <w:r>
        <w:separator/>
      </w:r>
    </w:p>
  </w:endnote>
  <w:endnote w:type="continuationSeparator" w:id="0">
    <w:p w14:paraId="4D45FECF" w14:textId="77777777" w:rsidR="009D102E" w:rsidRDefault="009D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45F5" w14:textId="0261523E" w:rsidR="0004278F" w:rsidRDefault="00000000">
    <w:pPr>
      <w:pStyle w:val="Footer"/>
      <w:jc w:val="right"/>
    </w:pPr>
    <w:proofErr w:type="spellStart"/>
    <w:proofErr w:type="gramStart"/>
    <w:r>
      <w:rPr>
        <w:color w:val="5B6770"/>
        <w:sz w:val="16"/>
      </w:rPr>
      <w:t>Caféinstruktion</w:t>
    </w:r>
    <w:proofErr w:type="spellEnd"/>
    <w:r>
      <w:rPr>
        <w:color w:val="5B6770"/>
        <w:sz w:val="16"/>
      </w:rPr>
      <w:t xml:space="preserve">  •</w:t>
    </w:r>
    <w:proofErr w:type="gramEnd"/>
    <w:r>
      <w:rPr>
        <w:color w:val="5B6770"/>
        <w:sz w:val="16"/>
      </w:rPr>
      <w:t xml:space="preserve">  </w:t>
    </w:r>
    <w:proofErr w:type="spellStart"/>
    <w:r>
      <w:rPr>
        <w:color w:val="5B6770"/>
        <w:sz w:val="16"/>
      </w:rPr>
      <w:t>sida</w:t>
    </w:r>
    <w:proofErr w:type="spellEnd"/>
    <w:r>
      <w:rPr>
        <w:color w:val="5B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A077C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2899" w14:textId="77777777" w:rsidR="009D102E" w:rsidRDefault="009D102E">
      <w:pPr>
        <w:spacing w:after="0" w:line="240" w:lineRule="auto"/>
      </w:pPr>
      <w:r>
        <w:separator/>
      </w:r>
    </w:p>
  </w:footnote>
  <w:footnote w:type="continuationSeparator" w:id="0">
    <w:p w14:paraId="7CB91BCC" w14:textId="77777777" w:rsidR="009D102E" w:rsidRDefault="009D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0A707" w14:textId="77777777" w:rsidR="0004278F" w:rsidRDefault="00000000">
    <w:pPr>
      <w:pStyle w:val="Header"/>
    </w:pPr>
    <w:r>
      <w:rPr>
        <w:b/>
        <w:color w:val="5B6770"/>
        <w:sz w:val="17"/>
      </w:rPr>
      <w:t xml:space="preserve">MÄLARÖ </w:t>
    </w:r>
    <w:proofErr w:type="gramStart"/>
    <w:r>
      <w:rPr>
        <w:b/>
        <w:color w:val="5B6770"/>
        <w:sz w:val="17"/>
      </w:rPr>
      <w:t>HOCKEY  |</w:t>
    </w:r>
    <w:proofErr w:type="gramEnd"/>
    <w:r>
      <w:rPr>
        <w:b/>
        <w:color w:val="5B6770"/>
        <w:sz w:val="17"/>
      </w:rPr>
      <w:t xml:space="preserve">  ALLHALLENS CAFÉ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3927361">
    <w:abstractNumId w:val="8"/>
  </w:num>
  <w:num w:numId="2" w16cid:durableId="1201625095">
    <w:abstractNumId w:val="6"/>
  </w:num>
  <w:num w:numId="3" w16cid:durableId="1551184520">
    <w:abstractNumId w:val="5"/>
  </w:num>
  <w:num w:numId="4" w16cid:durableId="1304310227">
    <w:abstractNumId w:val="4"/>
  </w:num>
  <w:num w:numId="5" w16cid:durableId="110638876">
    <w:abstractNumId w:val="7"/>
  </w:num>
  <w:num w:numId="6" w16cid:durableId="280303539">
    <w:abstractNumId w:val="3"/>
  </w:num>
  <w:num w:numId="7" w16cid:durableId="226576646">
    <w:abstractNumId w:val="2"/>
  </w:num>
  <w:num w:numId="8" w16cid:durableId="1746605589">
    <w:abstractNumId w:val="1"/>
  </w:num>
  <w:num w:numId="9" w16cid:durableId="161829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8F"/>
    <w:rsid w:val="0006063C"/>
    <w:rsid w:val="0015074B"/>
    <w:rsid w:val="001674FE"/>
    <w:rsid w:val="0029639D"/>
    <w:rsid w:val="00326F90"/>
    <w:rsid w:val="00357951"/>
    <w:rsid w:val="0040719F"/>
    <w:rsid w:val="00942C18"/>
    <w:rsid w:val="009D102E"/>
    <w:rsid w:val="00A077C1"/>
    <w:rsid w:val="00AA1D8D"/>
    <w:rsid w:val="00B47730"/>
    <w:rsid w:val="00CA362F"/>
    <w:rsid w:val="00CB0664"/>
    <w:rsid w:val="00D10B8A"/>
    <w:rsid w:val="00F50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A465597-7166-4033-86FC-EBE93EE9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6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6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color w:val="5B67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071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nomi@malarohocke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1245</Characters>
  <Application>Microsoft Office Word</Application>
  <DocSecurity>0</DocSecurity>
  <Lines>27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6</cp:revision>
  <dcterms:created xsi:type="dcterms:W3CDTF">2013-12-23T23:15:00Z</dcterms:created>
  <dcterms:modified xsi:type="dcterms:W3CDTF">2026-09-29T21:24:00Z</dcterms:modified>
  <cp:category/>
</cp:coreProperties>
</file>