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02A93" w14:textId="721E0DF6" w:rsidR="006D7EB9" w:rsidRDefault="006D7EB9">
      <w:pPr>
        <w:pStyle w:val="Title"/>
        <w:jc w:val="center"/>
        <w:rPr>
          <w:b/>
          <w:lang w:val="sv-SE"/>
        </w:rPr>
      </w:pPr>
      <w:r w:rsidRPr="006D720C">
        <w:rPr>
          <w:b/>
          <w:bCs/>
          <w:noProof/>
        </w:rPr>
        <w:drawing>
          <wp:inline distT="0" distB="0" distL="0" distR="0" wp14:anchorId="060A77ED" wp14:editId="5AA785C1">
            <wp:extent cx="1224192" cy="1230748"/>
            <wp:effectExtent l="0" t="0" r="0" b="7620"/>
            <wp:docPr id="118224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247006" name=""/>
                    <pic:cNvPicPr/>
                  </pic:nvPicPr>
                  <pic:blipFill>
                    <a:blip r:embed="rId8"/>
                    <a:stretch>
                      <a:fillRect/>
                    </a:stretch>
                  </pic:blipFill>
                  <pic:spPr>
                    <a:xfrm>
                      <a:off x="0" y="0"/>
                      <a:ext cx="1239773" cy="1246412"/>
                    </a:xfrm>
                    <a:prstGeom prst="rect">
                      <a:avLst/>
                    </a:prstGeom>
                  </pic:spPr>
                </pic:pic>
              </a:graphicData>
            </a:graphic>
          </wp:inline>
        </w:drawing>
      </w:r>
    </w:p>
    <w:p w14:paraId="3CA9105E" w14:textId="77777777" w:rsidR="00494E16" w:rsidRPr="009A0CF1" w:rsidRDefault="003F2380" w:rsidP="00595C87">
      <w:pPr>
        <w:pStyle w:val="Title"/>
        <w:jc w:val="center"/>
        <w:rPr>
          <w:rFonts w:ascii="SEB SansSerif Book" w:hAnsi="SEB SansSerif Book"/>
          <w:lang w:val="sv-SE"/>
        </w:rPr>
      </w:pPr>
      <w:r w:rsidRPr="009A0CF1">
        <w:rPr>
          <w:rFonts w:ascii="SEB SansSerif Book" w:hAnsi="SEB SansSerif Book"/>
          <w:b/>
          <w:lang w:val="sv-SE"/>
        </w:rPr>
        <w:t>Välkommen som lagledare i Mälarö Hockey</w:t>
      </w:r>
    </w:p>
    <w:p w14:paraId="0AA7DCE3" w14:textId="77777777" w:rsidR="00494E16" w:rsidRPr="009A0CF1" w:rsidRDefault="00FA2801">
      <w:pPr>
        <w:rPr>
          <w:rFonts w:ascii="SEB SansSerif Book" w:hAnsi="SEB SansSerif Book"/>
          <w:lang w:val="sv-SE"/>
        </w:rPr>
      </w:pPr>
      <w:r w:rsidRPr="009A0CF1">
        <w:rPr>
          <w:rFonts w:ascii="SEB SansSerif Book" w:hAnsi="SEB SansSerif Book"/>
          <w:b/>
          <w:lang w:val="sv-SE"/>
        </w:rPr>
        <w:t>Tack för att du engagerar dig som lagledare i Mälarö Hockey!</w:t>
      </w:r>
    </w:p>
    <w:p w14:paraId="64D1AB0F"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har en viktig roll i laget och är en central länk mellan spelare, vårdnadshavare, tränare och föreningen. Rollen handlar framför allt om att skapa struktur runt laget och se till att det praktiska och administrativa fungerar, så att tränarna kan fokusera på den sportsliga verksamheten.</w:t>
      </w:r>
    </w:p>
    <w:p w14:paraId="5A9C39EF" w14:textId="77777777" w:rsidR="00494E16" w:rsidRPr="009A0CF1" w:rsidRDefault="00FA2801">
      <w:pPr>
        <w:rPr>
          <w:rFonts w:ascii="SEB SansSerif Book" w:hAnsi="SEB SansSerif Book"/>
          <w:lang w:val="sv-SE"/>
        </w:rPr>
      </w:pPr>
      <w:r w:rsidRPr="009A0CF1">
        <w:rPr>
          <w:rFonts w:ascii="SEB SansSerif Book" w:hAnsi="SEB SansSerif Book"/>
          <w:lang w:val="sv-SE"/>
        </w:rPr>
        <w:t>Det här dokumentet är tänkt som en introduktion till rollen och som stöd för dig när du kommer igång.</w:t>
      </w:r>
    </w:p>
    <w:p w14:paraId="462194BD" w14:textId="77777777" w:rsidR="00494E16" w:rsidRPr="009A0CF1" w:rsidRDefault="003F2380" w:rsidP="00923D1B">
      <w:pPr>
        <w:pStyle w:val="Heading1"/>
        <w:rPr>
          <w:rFonts w:ascii="SEB SansSerif Book" w:hAnsi="SEB SansSerif Book"/>
          <w:lang w:val="sv-SE"/>
        </w:rPr>
      </w:pPr>
      <w:r w:rsidRPr="009A0CF1">
        <w:rPr>
          <w:rFonts w:ascii="SEB SansSerif Book" w:hAnsi="SEB SansSerif Book"/>
          <w:lang w:val="sv-SE"/>
        </w:rPr>
        <w:t>Lagledarens roll</w:t>
      </w:r>
    </w:p>
    <w:p w14:paraId="41EDD561" w14:textId="77777777" w:rsidR="00494E16" w:rsidRPr="009A0CF1" w:rsidRDefault="003F2380" w:rsidP="0049523E">
      <w:pPr>
        <w:rPr>
          <w:rFonts w:ascii="SEB SansSerif Book" w:hAnsi="SEB SansSerif Book"/>
          <w:lang w:val="sv-SE"/>
        </w:rPr>
      </w:pPr>
      <w:r w:rsidRPr="009A0CF1">
        <w:rPr>
          <w:rFonts w:ascii="SEB SansSerif Book" w:hAnsi="SEB SansSerif Book"/>
          <w:lang w:val="sv-SE"/>
        </w:rPr>
        <w:t>Som lagledare håller du ihop det praktiska och administrativa arbetet kring laget</w:t>
      </w:r>
      <w:r w:rsidR="001630E0" w:rsidRPr="009A0CF1">
        <w:rPr>
          <w:rFonts w:ascii="SEB SansSerif Book" w:hAnsi="SEB SansSerif Book"/>
          <w:lang w:val="sv-SE"/>
        </w:rPr>
        <w:t xml:space="preserve"> och bidrar samtidigt till att laget känner sig som en del av hela Mälarö Hockey</w:t>
      </w:r>
      <w:r w:rsidRPr="009A0CF1">
        <w:rPr>
          <w:rFonts w:ascii="SEB SansSerif Book" w:hAnsi="SEB SansSerif Book"/>
          <w:lang w:val="sv-SE"/>
        </w:rPr>
        <w:t>.</w:t>
      </w:r>
    </w:p>
    <w:p w14:paraId="4CC10981" w14:textId="77777777" w:rsidR="00494E16" w:rsidRPr="009A0CF1" w:rsidRDefault="00FA2801">
      <w:pPr>
        <w:rPr>
          <w:rFonts w:ascii="SEB SansSerif Book" w:hAnsi="SEB SansSerif Book"/>
          <w:lang w:val="sv-SE"/>
        </w:rPr>
      </w:pPr>
      <w:r w:rsidRPr="009A0CF1">
        <w:rPr>
          <w:rFonts w:ascii="SEB SansSerif Book" w:hAnsi="SEB SansSerif Book"/>
          <w:lang w:val="sv-SE"/>
        </w:rPr>
        <w:t>Du behöver inte göra allting själv. En viktig del av rollen är att samordna och fördela arbetsuppgifter mellan andra ledare och föräldrar.</w:t>
      </w:r>
    </w:p>
    <w:p w14:paraId="24968B3B"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ansvarar i huvudsak för att:</w:t>
      </w:r>
    </w:p>
    <w:p w14:paraId="3E682974"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hålla</w:t>
      </w:r>
      <w:proofErr w:type="spellEnd"/>
      <w:r w:rsidRPr="009A0CF1">
        <w:rPr>
          <w:rFonts w:ascii="SEB SansSerif Book" w:hAnsi="SEB SansSerif Book"/>
        </w:rPr>
        <w:t xml:space="preserve"> </w:t>
      </w:r>
      <w:proofErr w:type="spellStart"/>
      <w:r w:rsidRPr="009A0CF1">
        <w:rPr>
          <w:rFonts w:ascii="SEB SansSerif Book" w:hAnsi="SEB SansSerif Book"/>
        </w:rPr>
        <w:t>ihop</w:t>
      </w:r>
      <w:proofErr w:type="spellEnd"/>
      <w:r w:rsidRPr="009A0CF1">
        <w:rPr>
          <w:rFonts w:ascii="SEB SansSerif Book" w:hAnsi="SEB SansSerif Book"/>
        </w:rPr>
        <w:t xml:space="preserve"> </w:t>
      </w:r>
      <w:proofErr w:type="spellStart"/>
      <w:r w:rsidRPr="009A0CF1">
        <w:rPr>
          <w:rFonts w:ascii="SEB SansSerif Book" w:hAnsi="SEB SansSerif Book"/>
        </w:rPr>
        <w:t>lagets</w:t>
      </w:r>
      <w:proofErr w:type="spellEnd"/>
      <w:r w:rsidRPr="009A0CF1">
        <w:rPr>
          <w:rFonts w:ascii="SEB SansSerif Book" w:hAnsi="SEB SansSerif Book"/>
        </w:rPr>
        <w:t xml:space="preserve"> </w:t>
      </w:r>
      <w:proofErr w:type="spellStart"/>
      <w:r w:rsidRPr="009A0CF1">
        <w:rPr>
          <w:rFonts w:ascii="SEB SansSerif Book" w:hAnsi="SEB SansSerif Book"/>
        </w:rPr>
        <w:t>administrativa</w:t>
      </w:r>
      <w:proofErr w:type="spellEnd"/>
      <w:r w:rsidRPr="009A0CF1">
        <w:rPr>
          <w:rFonts w:ascii="SEB SansSerif Book" w:hAnsi="SEB SansSerif Book"/>
        </w:rPr>
        <w:t xml:space="preserve"> </w:t>
      </w:r>
      <w:proofErr w:type="spellStart"/>
      <w:r w:rsidRPr="009A0CF1">
        <w:rPr>
          <w:rFonts w:ascii="SEB SansSerif Book" w:hAnsi="SEB SansSerif Book"/>
        </w:rPr>
        <w:t>planering</w:t>
      </w:r>
      <w:proofErr w:type="spellEnd"/>
    </w:p>
    <w:p w14:paraId="3D0B2ADF" w14:textId="77777777" w:rsidR="00494E16" w:rsidRPr="009A0CF1" w:rsidRDefault="00FA2801">
      <w:pPr>
        <w:pStyle w:val="ListBullet"/>
        <w:rPr>
          <w:rFonts w:ascii="SEB SansSerif Book" w:hAnsi="SEB SansSerif Book"/>
          <w:lang w:val="sv-SE"/>
        </w:rPr>
      </w:pPr>
      <w:r w:rsidRPr="009A0CF1">
        <w:rPr>
          <w:rFonts w:ascii="SEB SansSerif Book" w:hAnsi="SEB SansSerif Book"/>
          <w:lang w:val="sv-SE"/>
        </w:rPr>
        <w:t>säkerställa att information når spelare och vårdnadshavare</w:t>
      </w:r>
    </w:p>
    <w:p w14:paraId="70787DC8"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administrera</w:t>
      </w:r>
      <w:proofErr w:type="spellEnd"/>
      <w:r w:rsidRPr="009A0CF1">
        <w:rPr>
          <w:rFonts w:ascii="SEB SansSerif Book" w:hAnsi="SEB SansSerif Book"/>
        </w:rPr>
        <w:t xml:space="preserve"> </w:t>
      </w:r>
      <w:proofErr w:type="spellStart"/>
      <w:r w:rsidRPr="009A0CF1">
        <w:rPr>
          <w:rFonts w:ascii="SEB SansSerif Book" w:hAnsi="SEB SansSerif Book"/>
        </w:rPr>
        <w:t>aktiviteter</w:t>
      </w:r>
      <w:proofErr w:type="spellEnd"/>
      <w:r w:rsidRPr="009A0CF1">
        <w:rPr>
          <w:rFonts w:ascii="SEB SansSerif Book" w:hAnsi="SEB SansSerif Book"/>
        </w:rPr>
        <w:t xml:space="preserve">, </w:t>
      </w:r>
      <w:proofErr w:type="spellStart"/>
      <w:r w:rsidRPr="009A0CF1">
        <w:rPr>
          <w:rFonts w:ascii="SEB SansSerif Book" w:hAnsi="SEB SansSerif Book"/>
        </w:rPr>
        <w:t>kallelser</w:t>
      </w:r>
      <w:proofErr w:type="spellEnd"/>
      <w:r w:rsidRPr="009A0CF1">
        <w:rPr>
          <w:rFonts w:ascii="SEB SansSerif Book" w:hAnsi="SEB SansSerif Book"/>
        </w:rPr>
        <w:t xml:space="preserve"> och </w:t>
      </w:r>
      <w:proofErr w:type="spellStart"/>
      <w:r w:rsidRPr="009A0CF1">
        <w:rPr>
          <w:rFonts w:ascii="SEB SansSerif Book" w:hAnsi="SEB SansSerif Book"/>
        </w:rPr>
        <w:t>närvaro</w:t>
      </w:r>
      <w:proofErr w:type="spellEnd"/>
    </w:p>
    <w:p w14:paraId="597E5A84"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samordna</w:t>
      </w:r>
      <w:proofErr w:type="spellEnd"/>
      <w:r w:rsidRPr="009A0CF1">
        <w:rPr>
          <w:rFonts w:ascii="SEB SansSerif Book" w:hAnsi="SEB SansSerif Book"/>
        </w:rPr>
        <w:t xml:space="preserve"> matcher och </w:t>
      </w:r>
      <w:proofErr w:type="spellStart"/>
      <w:r w:rsidRPr="009A0CF1">
        <w:rPr>
          <w:rFonts w:ascii="SEB SansSerif Book" w:hAnsi="SEB SansSerif Book"/>
        </w:rPr>
        <w:t>andra</w:t>
      </w:r>
      <w:proofErr w:type="spellEnd"/>
      <w:r w:rsidRPr="009A0CF1">
        <w:rPr>
          <w:rFonts w:ascii="SEB SansSerif Book" w:hAnsi="SEB SansSerif Book"/>
        </w:rPr>
        <w:t xml:space="preserve"> </w:t>
      </w:r>
      <w:proofErr w:type="spellStart"/>
      <w:r w:rsidRPr="009A0CF1">
        <w:rPr>
          <w:rFonts w:ascii="SEB SansSerif Book" w:hAnsi="SEB SansSerif Book"/>
        </w:rPr>
        <w:t>lagaktiviteter</w:t>
      </w:r>
      <w:proofErr w:type="spellEnd"/>
    </w:p>
    <w:p w14:paraId="5F635357" w14:textId="77777777" w:rsidR="00494E16" w:rsidRPr="009A0CF1" w:rsidRDefault="00FA2801">
      <w:pPr>
        <w:pStyle w:val="ListBullet"/>
        <w:rPr>
          <w:rFonts w:ascii="SEB SansSerif Book" w:hAnsi="SEB SansSerif Book"/>
          <w:lang w:val="sv-SE"/>
        </w:rPr>
      </w:pPr>
      <w:r w:rsidRPr="009A0CF1">
        <w:rPr>
          <w:rFonts w:ascii="SEB SansSerif Book" w:hAnsi="SEB SansSerif Book"/>
          <w:lang w:val="sv-SE"/>
        </w:rPr>
        <w:t>vara kontaktperson mellan laget och föreningen</w:t>
      </w:r>
    </w:p>
    <w:p w14:paraId="00812533" w14:textId="77777777" w:rsidR="00494E16" w:rsidRPr="009A0CF1" w:rsidRDefault="00FA2801">
      <w:pPr>
        <w:pStyle w:val="ListBullet"/>
        <w:rPr>
          <w:rFonts w:ascii="SEB SansSerif Book" w:hAnsi="SEB SansSerif Book"/>
          <w:lang w:val="sv-SE"/>
        </w:rPr>
      </w:pPr>
      <w:r w:rsidRPr="009A0CF1">
        <w:rPr>
          <w:rFonts w:ascii="SEB SansSerif Book" w:hAnsi="SEB SansSerif Book"/>
          <w:lang w:val="sv-SE"/>
        </w:rPr>
        <w:t>samarbeta med tränare, materialare och lagets kassör</w:t>
      </w:r>
    </w:p>
    <w:p w14:paraId="0284325F" w14:textId="77777777" w:rsidR="001630E0" w:rsidRPr="009A0CF1" w:rsidRDefault="001630E0" w:rsidP="001630E0">
      <w:pPr>
        <w:pStyle w:val="ListBullet"/>
        <w:rPr>
          <w:rFonts w:ascii="SEB SansSerif Book" w:hAnsi="SEB SansSerif Book"/>
          <w:lang w:val="sv-SE"/>
        </w:rPr>
      </w:pPr>
      <w:r w:rsidRPr="009A0CF1">
        <w:rPr>
          <w:rFonts w:ascii="SEB SansSerif Book" w:hAnsi="SEB SansSerif Book"/>
          <w:lang w:val="sv-SE"/>
        </w:rPr>
        <w:t>skapa engagemang och uppmuntra laget att delta i föreningens gemensamma aktiviteter</w:t>
      </w:r>
    </w:p>
    <w:p w14:paraId="5BFE286A" w14:textId="77777777" w:rsidR="001630E0" w:rsidRPr="009A0CF1" w:rsidRDefault="001630E0" w:rsidP="001630E0">
      <w:pPr>
        <w:pStyle w:val="ListBullet"/>
        <w:rPr>
          <w:rFonts w:ascii="SEB SansSerif Book" w:hAnsi="SEB SansSerif Book"/>
          <w:lang w:val="sv-SE"/>
        </w:rPr>
      </w:pPr>
      <w:r w:rsidRPr="009A0CF1">
        <w:rPr>
          <w:rFonts w:ascii="SEB SansSerif Book" w:hAnsi="SEB SansSerif Book"/>
          <w:lang w:val="sv-SE"/>
        </w:rPr>
        <w:t>förstå och bidra till föreningens helhetsperspektiv – där alla lag arbetar tillsammans för en hållbar ekonomi, stark gemenskap och bra utbildning för våra spelare</w:t>
      </w:r>
    </w:p>
    <w:p w14:paraId="076E17AF" w14:textId="77777777" w:rsidR="001630E0" w:rsidRPr="009A0CF1" w:rsidRDefault="001630E0" w:rsidP="001630E0">
      <w:pPr>
        <w:pStyle w:val="ListBullet"/>
        <w:rPr>
          <w:rFonts w:ascii="SEB SansSerif Book" w:hAnsi="SEB SansSerif Book"/>
          <w:lang w:val="sv-SE"/>
        </w:rPr>
      </w:pPr>
      <w:r w:rsidRPr="009A0CF1">
        <w:rPr>
          <w:rFonts w:ascii="SEB SansSerif Book" w:hAnsi="SEB SansSerif Book"/>
          <w:lang w:val="sv-SE"/>
        </w:rPr>
        <w:t>föra vidare viktiga budskap från föreningen till berörda spelare, vårdnadshavare och ledare i laget</w:t>
      </w:r>
    </w:p>
    <w:p w14:paraId="757CBAEA" w14:textId="77777777" w:rsidR="00494E16" w:rsidRPr="009A0CF1" w:rsidRDefault="00FA2801">
      <w:pPr>
        <w:pStyle w:val="ListBullet"/>
        <w:rPr>
          <w:rFonts w:ascii="SEB SansSerif Book" w:hAnsi="SEB SansSerif Book"/>
          <w:lang w:val="sv-SE"/>
        </w:rPr>
      </w:pPr>
      <w:r w:rsidRPr="009A0CF1">
        <w:rPr>
          <w:rFonts w:ascii="SEB SansSerif Book" w:hAnsi="SEB SansSerif Book"/>
          <w:lang w:val="sv-SE"/>
        </w:rPr>
        <w:t>säkerställa att laget följer Mälarö Hockeys beslutade rutiner och riktlinjer.</w:t>
      </w:r>
    </w:p>
    <w:p w14:paraId="1FA2CFCE" w14:textId="77777777" w:rsidR="001630E0" w:rsidRPr="009A0CF1" w:rsidRDefault="001630E0">
      <w:pPr>
        <w:rPr>
          <w:rFonts w:ascii="SEB SansSerif Book" w:hAnsi="SEB SansSerif Book"/>
          <w:kern w:val="2"/>
          <w:szCs w:val="21"/>
          <w:lang w:val="sv-SE" w:eastAsia="zh-CN"/>
          <w14:ligatures w14:val="standardContextual"/>
        </w:rPr>
      </w:pPr>
      <w:r w:rsidRPr="009A0CF1">
        <w:rPr>
          <w:rFonts w:ascii="SEB SansSerif Book" w:hAnsi="SEB SansSerif Book"/>
          <w:lang w:val="sv-SE"/>
        </w:rPr>
        <w:t>Lagledaren är med andra ord en viktig budbärare mellan föreningen och laget. Rollen handlar inte bara om det egna lagets frågor, utan också om att hjälpa till att skapa förståelse, engagemang och samsyn kring föreningens gemensamma mål och aktiviteter.</w:t>
      </w:r>
    </w:p>
    <w:p w14:paraId="4D1B9559" w14:textId="77777777" w:rsidR="00494E16" w:rsidRDefault="00FA2801">
      <w:pPr>
        <w:rPr>
          <w:rFonts w:ascii="SEB SansSerif Book" w:hAnsi="SEB SansSerif Book"/>
          <w:b/>
          <w:lang w:val="sv-SE"/>
        </w:rPr>
      </w:pPr>
      <w:r w:rsidRPr="009A0CF1">
        <w:rPr>
          <w:rFonts w:ascii="SEB SansSerif Book" w:hAnsi="SEB SansSerif Book"/>
          <w:b/>
          <w:lang w:val="sv-SE"/>
        </w:rPr>
        <w:t>Lagledaren ansvarar för organisationen runt laget – tränarna ansvarar för den sportsliga verksamheten.</w:t>
      </w:r>
    </w:p>
    <w:p w14:paraId="7FA794D8" w14:textId="77777777" w:rsidR="00420423" w:rsidRPr="009A0CF1" w:rsidRDefault="00420423">
      <w:pPr>
        <w:rPr>
          <w:rFonts w:ascii="SEB SansSerif Book" w:hAnsi="SEB SansSerif Book"/>
          <w:lang w:val="sv-SE"/>
        </w:rPr>
      </w:pPr>
    </w:p>
    <w:p w14:paraId="4B658211" w14:textId="77777777" w:rsidR="00494E16" w:rsidRPr="009A0CF1" w:rsidRDefault="003F2380" w:rsidP="00F43189">
      <w:pPr>
        <w:pStyle w:val="Heading1"/>
        <w:rPr>
          <w:rFonts w:ascii="SEB SansSerif Book" w:hAnsi="SEB SansSerif Book"/>
          <w:lang w:val="sv-SE"/>
        </w:rPr>
      </w:pPr>
      <w:r w:rsidRPr="009A0CF1">
        <w:rPr>
          <w:rFonts w:ascii="SEB SansSerif Book" w:hAnsi="SEB SansSerif Book"/>
          <w:lang w:val="sv-SE"/>
        </w:rPr>
        <w:lastRenderedPageBreak/>
        <w:t>1. Kommunikation inom laget</w:t>
      </w:r>
    </w:p>
    <w:p w14:paraId="6C28B695"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ansvarar tillsammans med tränarna för att laget har en tydlig och fungerande kommunikation.</w:t>
      </w:r>
    </w:p>
    <w:p w14:paraId="75FBE3D1" w14:textId="77777777" w:rsidR="00494E16" w:rsidRPr="009A0CF1" w:rsidRDefault="00FA2801">
      <w:pPr>
        <w:rPr>
          <w:rFonts w:ascii="SEB SansSerif Book" w:hAnsi="SEB SansSerif Book"/>
          <w:lang w:val="sv-SE"/>
        </w:rPr>
      </w:pPr>
      <w:r w:rsidRPr="009A0CF1">
        <w:rPr>
          <w:rFonts w:ascii="SEB SansSerif Book" w:hAnsi="SEB SansSerif Book"/>
          <w:lang w:val="sv-SE"/>
        </w:rPr>
        <w:t>Försök alltid besvara: Vad ska hända? – När? – Var? – För vem? – Vad behöver man göra?</w:t>
      </w:r>
    </w:p>
    <w:p w14:paraId="5B5FCB13" w14:textId="5C1D975D" w:rsidR="00494E16" w:rsidRPr="009A0CF1" w:rsidRDefault="00FA2801">
      <w:pPr>
        <w:rPr>
          <w:rFonts w:ascii="SEB SansSerif Book" w:hAnsi="SEB SansSerif Book"/>
          <w:lang w:val="sv-SE"/>
        </w:rPr>
      </w:pPr>
      <w:r w:rsidRPr="009A0CF1">
        <w:rPr>
          <w:rFonts w:ascii="SEB SansSerif Book" w:hAnsi="SEB SansSerif Book"/>
          <w:lang w:val="sv-SE"/>
        </w:rPr>
        <w:t>Använd de kommunikationskanaler som föreningen beslutat om och undvik att viktig information endast finns i privata chattar eller parallella grupper.</w:t>
      </w:r>
    </w:p>
    <w:p w14:paraId="04FE8560"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är ofta den första kontaktvägen för praktiska frågor från vårdnadshavare.</w:t>
      </w:r>
    </w:p>
    <w:p w14:paraId="5C092C44" w14:textId="2F0F2F10" w:rsidR="00494E16" w:rsidRPr="009A0CF1" w:rsidRDefault="00FA2801">
      <w:pPr>
        <w:rPr>
          <w:rFonts w:ascii="SEB SansSerif Book" w:hAnsi="SEB SansSerif Book"/>
          <w:lang w:val="sv-SE"/>
        </w:rPr>
      </w:pPr>
      <w:r w:rsidRPr="009A0CF1">
        <w:rPr>
          <w:rFonts w:ascii="SEB SansSerif Book" w:hAnsi="SEB SansSerif Book"/>
          <w:lang w:val="sv-SE"/>
        </w:rPr>
        <w:t xml:space="preserve">Frågor om ovanstående ska däremot hanteras av tränarna och vid behov </w:t>
      </w:r>
      <w:r w:rsidR="006F1393">
        <w:rPr>
          <w:rFonts w:ascii="SEB SansSerif Book" w:hAnsi="SEB SansSerif Book"/>
          <w:lang w:val="sv-SE"/>
        </w:rPr>
        <w:t xml:space="preserve">föreningens sportchef och </w:t>
      </w:r>
      <w:proofErr w:type="spellStart"/>
      <w:r w:rsidR="006F1393">
        <w:rPr>
          <w:rFonts w:ascii="SEB SansSerif Book" w:hAnsi="SEB SansSerif Book"/>
          <w:lang w:val="sv-SE"/>
        </w:rPr>
        <w:t>sportråd</w:t>
      </w:r>
      <w:proofErr w:type="spellEnd"/>
      <w:r w:rsidRPr="009A0CF1">
        <w:rPr>
          <w:rFonts w:ascii="SEB SansSerif Book" w:hAnsi="SEB SansSerif Book"/>
          <w:lang w:val="sv-SE"/>
        </w:rPr>
        <w:t>.</w:t>
      </w:r>
    </w:p>
    <w:p w14:paraId="2C33751C" w14:textId="77777777" w:rsidR="00494E16" w:rsidRPr="009A0CF1" w:rsidRDefault="003F2380" w:rsidP="00B16172">
      <w:pPr>
        <w:pStyle w:val="Heading1"/>
        <w:rPr>
          <w:rFonts w:ascii="SEB SansSerif Book" w:hAnsi="SEB SansSerif Book"/>
          <w:lang w:val="sv-SE"/>
        </w:rPr>
      </w:pPr>
      <w:r w:rsidRPr="009A0CF1">
        <w:rPr>
          <w:rFonts w:ascii="SEB SansSerif Book" w:hAnsi="SEB SansSerif Book"/>
          <w:lang w:val="sv-SE"/>
        </w:rPr>
        <w:t xml:space="preserve">2. </w:t>
      </w:r>
      <w:proofErr w:type="spellStart"/>
      <w:r w:rsidRPr="009A0CF1">
        <w:rPr>
          <w:rFonts w:ascii="SEB SansSerif Book" w:hAnsi="SEB SansSerif Book"/>
          <w:lang w:val="sv-SE"/>
        </w:rPr>
        <w:t>SportAdmin</w:t>
      </w:r>
      <w:proofErr w:type="spellEnd"/>
    </w:p>
    <w:p w14:paraId="3E2CABD2" w14:textId="77777777" w:rsidR="00494E16" w:rsidRPr="009A0CF1" w:rsidRDefault="00FA2801">
      <w:pPr>
        <w:rPr>
          <w:rFonts w:ascii="SEB SansSerif Book" w:hAnsi="SEB SansSerif Book"/>
          <w:lang w:val="sv-SE"/>
        </w:rPr>
      </w:pPr>
      <w:proofErr w:type="spellStart"/>
      <w:r w:rsidRPr="009A0CF1">
        <w:rPr>
          <w:rFonts w:ascii="SEB SansSerif Book" w:hAnsi="SEB SansSerif Book"/>
          <w:lang w:val="sv-SE"/>
        </w:rPr>
        <w:t>SportAdmin</w:t>
      </w:r>
      <w:proofErr w:type="spellEnd"/>
      <w:r w:rsidRPr="009A0CF1">
        <w:rPr>
          <w:rFonts w:ascii="SEB SansSerif Book" w:hAnsi="SEB SansSerif Book"/>
          <w:lang w:val="sv-SE"/>
        </w:rPr>
        <w:t xml:space="preserve"> är ett av lagledarens viktigaste administrativa verktyg.</w:t>
      </w:r>
    </w:p>
    <w:p w14:paraId="52C85CE6" w14:textId="77777777" w:rsidR="00494E16" w:rsidRPr="009A0CF1" w:rsidRDefault="00FA2801">
      <w:pPr>
        <w:rPr>
          <w:rFonts w:ascii="SEB SansSerif Book" w:hAnsi="SEB SansSerif Book"/>
        </w:rPr>
      </w:pPr>
      <w:proofErr w:type="spellStart"/>
      <w:r w:rsidRPr="009A0CF1">
        <w:rPr>
          <w:rFonts w:ascii="SEB SansSerif Book" w:hAnsi="SEB SansSerif Book"/>
        </w:rPr>
        <w:t>Här</w:t>
      </w:r>
      <w:proofErr w:type="spellEnd"/>
      <w:r w:rsidRPr="009A0CF1">
        <w:rPr>
          <w:rFonts w:ascii="SEB SansSerif Book" w:hAnsi="SEB SansSerif Book"/>
        </w:rPr>
        <w:t xml:space="preserve"> </w:t>
      </w:r>
      <w:proofErr w:type="spellStart"/>
      <w:r w:rsidRPr="009A0CF1">
        <w:rPr>
          <w:rFonts w:ascii="SEB SansSerif Book" w:hAnsi="SEB SansSerif Book"/>
        </w:rPr>
        <w:t>hanteras</w:t>
      </w:r>
      <w:proofErr w:type="spellEnd"/>
      <w:r w:rsidRPr="009A0CF1">
        <w:rPr>
          <w:rFonts w:ascii="SEB SansSerif Book" w:hAnsi="SEB SansSerif Book"/>
        </w:rPr>
        <w:t xml:space="preserve"> bland </w:t>
      </w:r>
      <w:proofErr w:type="spellStart"/>
      <w:r w:rsidRPr="009A0CF1">
        <w:rPr>
          <w:rFonts w:ascii="SEB SansSerif Book" w:hAnsi="SEB SansSerif Book"/>
        </w:rPr>
        <w:t>annat</w:t>
      </w:r>
      <w:proofErr w:type="spellEnd"/>
      <w:r w:rsidRPr="009A0CF1">
        <w:rPr>
          <w:rFonts w:ascii="SEB SansSerif Book" w:hAnsi="SEB SansSerif Book"/>
        </w:rPr>
        <w:t>:</w:t>
      </w:r>
    </w:p>
    <w:p w14:paraId="6BA0B393"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lagets</w:t>
      </w:r>
      <w:proofErr w:type="spellEnd"/>
      <w:r w:rsidRPr="009A0CF1">
        <w:rPr>
          <w:rFonts w:ascii="SEB SansSerif Book" w:hAnsi="SEB SansSerif Book"/>
        </w:rPr>
        <w:t xml:space="preserve"> </w:t>
      </w:r>
      <w:proofErr w:type="spellStart"/>
      <w:r w:rsidRPr="009A0CF1">
        <w:rPr>
          <w:rFonts w:ascii="SEB SansSerif Book" w:hAnsi="SEB SansSerif Book"/>
        </w:rPr>
        <w:t>spelar</w:t>
      </w:r>
      <w:proofErr w:type="spellEnd"/>
      <w:r w:rsidRPr="009A0CF1">
        <w:rPr>
          <w:rFonts w:ascii="SEB SansSerif Book" w:hAnsi="SEB SansSerif Book"/>
        </w:rPr>
        <w:t xml:space="preserve">- och </w:t>
      </w:r>
      <w:proofErr w:type="spellStart"/>
      <w:r w:rsidRPr="009A0CF1">
        <w:rPr>
          <w:rFonts w:ascii="SEB SansSerif Book" w:hAnsi="SEB SansSerif Book"/>
        </w:rPr>
        <w:t>ledarregister</w:t>
      </w:r>
      <w:proofErr w:type="spellEnd"/>
    </w:p>
    <w:p w14:paraId="0F160E4F"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kalender</w:t>
      </w:r>
      <w:proofErr w:type="spellEnd"/>
    </w:p>
    <w:p w14:paraId="5C2FA292"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träningar</w:t>
      </w:r>
      <w:proofErr w:type="spellEnd"/>
    </w:p>
    <w:p w14:paraId="2A7CABE2" w14:textId="77777777" w:rsidR="00494E16" w:rsidRPr="009A0CF1" w:rsidRDefault="00FA2801">
      <w:pPr>
        <w:pStyle w:val="ListBullet"/>
        <w:rPr>
          <w:rFonts w:ascii="SEB SansSerif Book" w:hAnsi="SEB SansSerif Book"/>
        </w:rPr>
      </w:pPr>
      <w:r w:rsidRPr="009A0CF1">
        <w:rPr>
          <w:rFonts w:ascii="SEB SansSerif Book" w:hAnsi="SEB SansSerif Book"/>
        </w:rPr>
        <w:t>matcher</w:t>
      </w:r>
    </w:p>
    <w:p w14:paraId="0BDAC5B6"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kallelser</w:t>
      </w:r>
      <w:proofErr w:type="spellEnd"/>
    </w:p>
    <w:p w14:paraId="62DF8AF7"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närvaro</w:t>
      </w:r>
      <w:proofErr w:type="spellEnd"/>
    </w:p>
    <w:p w14:paraId="34E31A3F"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utskick</w:t>
      </w:r>
      <w:proofErr w:type="spellEnd"/>
      <w:r w:rsidRPr="009A0CF1">
        <w:rPr>
          <w:rFonts w:ascii="SEB SansSerif Book" w:hAnsi="SEB SansSerif Book"/>
        </w:rPr>
        <w:t xml:space="preserve"> och information</w:t>
      </w:r>
    </w:p>
    <w:p w14:paraId="0772A7AD" w14:textId="77777777" w:rsidR="00494E16" w:rsidRPr="009A0CF1" w:rsidRDefault="00FA2801">
      <w:pPr>
        <w:rPr>
          <w:rFonts w:ascii="SEB SansSerif Book" w:hAnsi="SEB SansSerif Book"/>
          <w:lang w:val="sv-SE"/>
        </w:rPr>
      </w:pPr>
      <w:r w:rsidRPr="009A0CF1">
        <w:rPr>
          <w:rFonts w:ascii="SEB SansSerif Book" w:hAnsi="SEB SansSerif Book"/>
          <w:lang w:val="sv-SE"/>
        </w:rPr>
        <w:t>Som ny lagledare ska du kontrollera att du har rätt behörigheter och att lagets spelar- och ledaruppgifter är aktuella. Det är viktigt att kalendern hålls uppdaterad så att spelare och vårdnadshavare kan lita på informationen som finns där.</w:t>
      </w:r>
    </w:p>
    <w:p w14:paraId="79C59E60" w14:textId="77777777" w:rsidR="00494E16" w:rsidRPr="009A0CF1" w:rsidRDefault="003F2380" w:rsidP="000210E6">
      <w:pPr>
        <w:pStyle w:val="Heading1"/>
        <w:rPr>
          <w:rFonts w:ascii="SEB SansSerif Book" w:hAnsi="SEB SansSerif Book"/>
          <w:lang w:val="sv-SE"/>
        </w:rPr>
      </w:pPr>
      <w:r w:rsidRPr="009A0CF1">
        <w:rPr>
          <w:rFonts w:ascii="SEB SansSerif Book" w:hAnsi="SEB SansSerif Book"/>
          <w:lang w:val="sv-SE"/>
        </w:rPr>
        <w:t>3. Träningar och istider</w:t>
      </w:r>
    </w:p>
    <w:p w14:paraId="49BBD1A3"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hjälper till att säkerställa att lagets träningar och aktiviteter finns korrekt inlagda och kommunicerade.</w:t>
      </w:r>
    </w:p>
    <w:p w14:paraId="45663241" w14:textId="7C3D0901" w:rsidR="00494E16" w:rsidRPr="009A0CF1" w:rsidRDefault="00FA2801">
      <w:pPr>
        <w:rPr>
          <w:rFonts w:ascii="SEB SansSerif Book" w:hAnsi="SEB SansSerif Book"/>
          <w:lang w:val="sv-SE"/>
        </w:rPr>
      </w:pPr>
      <w:r w:rsidRPr="009A0CF1">
        <w:rPr>
          <w:rFonts w:ascii="SEB SansSerif Book" w:hAnsi="SEB SansSerif Book"/>
          <w:lang w:val="sv-SE"/>
        </w:rPr>
        <w:t>Kontrollera regelbundet</w:t>
      </w:r>
      <w:r w:rsidR="006D7EB9" w:rsidRPr="009A0CF1">
        <w:rPr>
          <w:rFonts w:ascii="SEB SansSerif Book" w:hAnsi="SEB SansSerif Book"/>
          <w:lang w:val="sv-SE"/>
        </w:rPr>
        <w:t xml:space="preserve"> mot kommunens </w:t>
      </w:r>
      <w:proofErr w:type="spellStart"/>
      <w:r w:rsidR="006D7EB9" w:rsidRPr="009A0CF1">
        <w:rPr>
          <w:rFonts w:ascii="SEB SansSerif Book" w:hAnsi="SEB SansSerif Book"/>
          <w:lang w:val="sv-SE"/>
        </w:rPr>
        <w:t>isschema</w:t>
      </w:r>
      <w:proofErr w:type="spellEnd"/>
      <w:r w:rsidRPr="009A0CF1">
        <w:rPr>
          <w:rFonts w:ascii="SEB SansSerif Book" w:hAnsi="SEB SansSerif Book"/>
          <w:lang w:val="sv-SE"/>
        </w:rPr>
        <w:t>:</w:t>
      </w:r>
    </w:p>
    <w:p w14:paraId="7CA2D1DC"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träningsdag</w:t>
      </w:r>
      <w:proofErr w:type="spellEnd"/>
      <w:r w:rsidRPr="009A0CF1">
        <w:rPr>
          <w:rFonts w:ascii="SEB SansSerif Book" w:hAnsi="SEB SansSerif Book"/>
        </w:rPr>
        <w:t xml:space="preserve"> och </w:t>
      </w:r>
      <w:proofErr w:type="spellStart"/>
      <w:r w:rsidRPr="009A0CF1">
        <w:rPr>
          <w:rFonts w:ascii="SEB SansSerif Book" w:hAnsi="SEB SansSerif Book"/>
        </w:rPr>
        <w:t>tid</w:t>
      </w:r>
      <w:proofErr w:type="spellEnd"/>
    </w:p>
    <w:p w14:paraId="0D59D47E"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vilken</w:t>
      </w:r>
      <w:proofErr w:type="spellEnd"/>
      <w:r w:rsidRPr="009A0CF1">
        <w:rPr>
          <w:rFonts w:ascii="SEB SansSerif Book" w:hAnsi="SEB SansSerif Book"/>
        </w:rPr>
        <w:t xml:space="preserve"> hall/plan </w:t>
      </w:r>
      <w:proofErr w:type="spellStart"/>
      <w:r w:rsidRPr="009A0CF1">
        <w:rPr>
          <w:rFonts w:ascii="SEB SansSerif Book" w:hAnsi="SEB SansSerif Book"/>
        </w:rPr>
        <w:t>som</w:t>
      </w:r>
      <w:proofErr w:type="spellEnd"/>
      <w:r w:rsidRPr="009A0CF1">
        <w:rPr>
          <w:rFonts w:ascii="SEB SansSerif Book" w:hAnsi="SEB SansSerif Book"/>
        </w:rPr>
        <w:t xml:space="preserve"> </w:t>
      </w:r>
      <w:proofErr w:type="spellStart"/>
      <w:r w:rsidRPr="009A0CF1">
        <w:rPr>
          <w:rFonts w:ascii="SEB SansSerif Book" w:hAnsi="SEB SansSerif Book"/>
        </w:rPr>
        <w:t>gäller</w:t>
      </w:r>
      <w:proofErr w:type="spellEnd"/>
    </w:p>
    <w:p w14:paraId="4A39AB15"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eventuella</w:t>
      </w:r>
      <w:proofErr w:type="spellEnd"/>
      <w:r w:rsidRPr="009A0CF1">
        <w:rPr>
          <w:rFonts w:ascii="SEB SansSerif Book" w:hAnsi="SEB SansSerif Book"/>
        </w:rPr>
        <w:t xml:space="preserve"> </w:t>
      </w:r>
      <w:proofErr w:type="spellStart"/>
      <w:r w:rsidRPr="009A0CF1">
        <w:rPr>
          <w:rFonts w:ascii="SEB SansSerif Book" w:hAnsi="SEB SansSerif Book"/>
        </w:rPr>
        <w:t>ändringar</w:t>
      </w:r>
      <w:proofErr w:type="spellEnd"/>
    </w:p>
    <w:p w14:paraId="21651F25"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inställda</w:t>
      </w:r>
      <w:proofErr w:type="spellEnd"/>
      <w:r w:rsidRPr="009A0CF1">
        <w:rPr>
          <w:rFonts w:ascii="SEB SansSerif Book" w:hAnsi="SEB SansSerif Book"/>
        </w:rPr>
        <w:t xml:space="preserve"> </w:t>
      </w:r>
      <w:proofErr w:type="spellStart"/>
      <w:r w:rsidRPr="009A0CF1">
        <w:rPr>
          <w:rFonts w:ascii="SEB SansSerif Book" w:hAnsi="SEB SansSerif Book"/>
        </w:rPr>
        <w:t>träningar</w:t>
      </w:r>
      <w:proofErr w:type="spellEnd"/>
    </w:p>
    <w:p w14:paraId="3F68921A"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omklädningsrum</w:t>
      </w:r>
      <w:proofErr w:type="spellEnd"/>
      <w:r w:rsidRPr="009A0CF1">
        <w:rPr>
          <w:rFonts w:ascii="SEB SansSerif Book" w:hAnsi="SEB SansSerif Book"/>
        </w:rPr>
        <w:t xml:space="preserve"> </w:t>
      </w:r>
      <w:proofErr w:type="spellStart"/>
      <w:r w:rsidRPr="009A0CF1">
        <w:rPr>
          <w:rFonts w:ascii="SEB SansSerif Book" w:hAnsi="SEB SansSerif Book"/>
        </w:rPr>
        <w:t>när</w:t>
      </w:r>
      <w:proofErr w:type="spellEnd"/>
      <w:r w:rsidRPr="009A0CF1">
        <w:rPr>
          <w:rFonts w:ascii="SEB SansSerif Book" w:hAnsi="SEB SansSerif Book"/>
        </w:rPr>
        <w:t xml:space="preserve"> det </w:t>
      </w:r>
      <w:proofErr w:type="spellStart"/>
      <w:r w:rsidRPr="009A0CF1">
        <w:rPr>
          <w:rFonts w:ascii="SEB SansSerif Book" w:hAnsi="SEB SansSerif Book"/>
        </w:rPr>
        <w:t>är</w:t>
      </w:r>
      <w:proofErr w:type="spellEnd"/>
      <w:r w:rsidRPr="009A0CF1">
        <w:rPr>
          <w:rFonts w:ascii="SEB SansSerif Book" w:hAnsi="SEB SansSerif Book"/>
        </w:rPr>
        <w:t xml:space="preserve"> relevant</w:t>
      </w:r>
    </w:p>
    <w:p w14:paraId="29B9CA1C" w14:textId="3624F032" w:rsidR="00494E16" w:rsidRDefault="00FA2801">
      <w:pPr>
        <w:rPr>
          <w:rFonts w:ascii="SEB SansSerif Book" w:hAnsi="SEB SansSerif Book"/>
          <w:lang w:val="sv-SE"/>
        </w:rPr>
      </w:pPr>
      <w:r w:rsidRPr="009A0CF1">
        <w:rPr>
          <w:rFonts w:ascii="SEB SansSerif Book" w:hAnsi="SEB SansSerif Book"/>
          <w:lang w:val="sv-SE"/>
        </w:rPr>
        <w:t xml:space="preserve">Om det finns fel, krockar eller oklarheter kring istider ska detta hanteras </w:t>
      </w:r>
      <w:r w:rsidR="006D7EB9" w:rsidRPr="009A0CF1">
        <w:rPr>
          <w:rFonts w:ascii="SEB SansSerif Book" w:hAnsi="SEB SansSerif Book"/>
          <w:lang w:val="sv-SE"/>
        </w:rPr>
        <w:t xml:space="preserve">genom att skicka till </w:t>
      </w:r>
      <w:hyperlink r:id="rId9" w:history="1">
        <w:r w:rsidR="006D7EB9" w:rsidRPr="009A0CF1">
          <w:rPr>
            <w:rStyle w:val="Hyperlink"/>
            <w:rFonts w:ascii="SEB SansSerif Book" w:hAnsi="SEB SansSerif Book"/>
            <w:lang w:val="sv-SE"/>
          </w:rPr>
          <w:t>info@malarohockey.com</w:t>
        </w:r>
      </w:hyperlink>
      <w:r w:rsidRPr="009A0CF1">
        <w:rPr>
          <w:rFonts w:ascii="SEB SansSerif Book" w:hAnsi="SEB SansSerif Book"/>
          <w:lang w:val="sv-SE"/>
        </w:rPr>
        <w:t>. Gör inte egna permanenta överenskommelser om istider eller större förändringar utan att frågan är förankrad med ansvarig inom föreningen.</w:t>
      </w:r>
    </w:p>
    <w:p w14:paraId="24329DFD" w14:textId="77777777" w:rsidR="00233E5A" w:rsidRPr="009A0CF1" w:rsidRDefault="00233E5A">
      <w:pPr>
        <w:rPr>
          <w:rFonts w:ascii="SEB SansSerif Book" w:hAnsi="SEB SansSerif Book"/>
          <w:lang w:val="sv-SE"/>
        </w:rPr>
      </w:pPr>
    </w:p>
    <w:p w14:paraId="0FCF0AA4" w14:textId="77777777" w:rsidR="00494E16" w:rsidRPr="009A0CF1" w:rsidRDefault="003F2380" w:rsidP="00580CDE">
      <w:pPr>
        <w:pStyle w:val="Heading1"/>
        <w:rPr>
          <w:rFonts w:ascii="SEB SansSerif Book" w:hAnsi="SEB SansSerif Book"/>
          <w:lang w:val="sv-SE"/>
        </w:rPr>
      </w:pPr>
      <w:r w:rsidRPr="009A0CF1">
        <w:rPr>
          <w:rFonts w:ascii="SEB SansSerif Book" w:hAnsi="SEB SansSerif Book"/>
          <w:lang w:val="sv-SE"/>
        </w:rPr>
        <w:lastRenderedPageBreak/>
        <w:t>4. Matcher</w:t>
      </w:r>
    </w:p>
    <w:p w14:paraId="19CC08FD"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har en central roll i administrationen kring lagets matcher.</w:t>
      </w:r>
    </w:p>
    <w:p w14:paraId="4381A442" w14:textId="77777777" w:rsidR="00494E16" w:rsidRPr="009A0CF1" w:rsidRDefault="00FA2801">
      <w:pPr>
        <w:rPr>
          <w:rFonts w:ascii="SEB SansSerif Book" w:hAnsi="SEB SansSerif Book"/>
          <w:lang w:val="sv-SE"/>
        </w:rPr>
      </w:pPr>
      <w:r w:rsidRPr="009A0CF1">
        <w:rPr>
          <w:rFonts w:ascii="SEB SansSerif Book" w:hAnsi="SEB SansSerif Book"/>
          <w:lang w:val="sv-SE"/>
        </w:rPr>
        <w:t>Inför en hemmamatch behöver laget bland annat säkerställa:</w:t>
      </w:r>
    </w:p>
    <w:p w14:paraId="632FC98E" w14:textId="60111755" w:rsidR="00494E16" w:rsidRPr="00785FF3" w:rsidRDefault="00FA2801" w:rsidP="00785FF3">
      <w:pPr>
        <w:pStyle w:val="ListBullet"/>
        <w:rPr>
          <w:rFonts w:ascii="SEB SansSerif Book" w:hAnsi="SEB SansSerif Book"/>
        </w:rPr>
      </w:pPr>
      <w:proofErr w:type="spellStart"/>
      <w:r w:rsidRPr="009A0CF1">
        <w:rPr>
          <w:rFonts w:ascii="SEB SansSerif Book" w:hAnsi="SEB SansSerif Book"/>
        </w:rPr>
        <w:t>matchdatum</w:t>
      </w:r>
      <w:proofErr w:type="spellEnd"/>
      <w:r w:rsidRPr="009A0CF1">
        <w:rPr>
          <w:rFonts w:ascii="SEB SansSerif Book" w:hAnsi="SEB SansSerif Book"/>
        </w:rPr>
        <w:t xml:space="preserve"> och </w:t>
      </w:r>
      <w:proofErr w:type="spellStart"/>
      <w:r w:rsidRPr="009A0CF1">
        <w:rPr>
          <w:rFonts w:ascii="SEB SansSerif Book" w:hAnsi="SEB SansSerif Book"/>
        </w:rPr>
        <w:t>matchtid</w:t>
      </w:r>
      <w:proofErr w:type="spellEnd"/>
    </w:p>
    <w:p w14:paraId="3B544213"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motståndarlag</w:t>
      </w:r>
      <w:proofErr w:type="spellEnd"/>
    </w:p>
    <w:p w14:paraId="2A77A58D" w14:textId="672340F8" w:rsidR="00494E16" w:rsidRPr="001D641D" w:rsidRDefault="00FA2801">
      <w:pPr>
        <w:pStyle w:val="ListBullet"/>
        <w:rPr>
          <w:rFonts w:ascii="SEB SansSerif Book" w:hAnsi="SEB SansSerif Book"/>
          <w:lang w:val="sv-SE"/>
        </w:rPr>
      </w:pPr>
      <w:r w:rsidRPr="001D641D">
        <w:rPr>
          <w:rFonts w:ascii="SEB SansSerif Book" w:hAnsi="SEB SansSerif Book"/>
          <w:lang w:val="sv-SE"/>
        </w:rPr>
        <w:t>domare</w:t>
      </w:r>
      <w:r w:rsidR="001D641D" w:rsidRPr="001D641D">
        <w:rPr>
          <w:rFonts w:ascii="SEB SansSerif Book" w:hAnsi="SEB SansSerif Book"/>
          <w:lang w:val="sv-SE"/>
        </w:rPr>
        <w:t xml:space="preserve"> (helplan tillsätts av DA</w:t>
      </w:r>
      <w:r w:rsidR="001D641D">
        <w:rPr>
          <w:rFonts w:ascii="SEB SansSerif Book" w:hAnsi="SEB SansSerif Book"/>
          <w:lang w:val="sv-SE"/>
        </w:rPr>
        <w:t>IF, Poolspel tillsätter laget själva och rapporterar in till DAIF)</w:t>
      </w:r>
    </w:p>
    <w:p w14:paraId="4B16D31C"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sekretariat</w:t>
      </w:r>
      <w:proofErr w:type="spellEnd"/>
      <w:r w:rsidRPr="009A0CF1">
        <w:rPr>
          <w:rFonts w:ascii="SEB SansSerif Book" w:hAnsi="SEB SansSerif Book"/>
        </w:rPr>
        <w:t xml:space="preserve"> och </w:t>
      </w:r>
      <w:proofErr w:type="spellStart"/>
      <w:r w:rsidRPr="009A0CF1">
        <w:rPr>
          <w:rFonts w:ascii="SEB SansSerif Book" w:hAnsi="SEB SansSerif Book"/>
        </w:rPr>
        <w:t>övriga</w:t>
      </w:r>
      <w:proofErr w:type="spellEnd"/>
      <w:r w:rsidRPr="009A0CF1">
        <w:rPr>
          <w:rFonts w:ascii="SEB SansSerif Book" w:hAnsi="SEB SansSerif Book"/>
        </w:rPr>
        <w:t xml:space="preserve"> </w:t>
      </w:r>
      <w:proofErr w:type="spellStart"/>
      <w:r w:rsidRPr="009A0CF1">
        <w:rPr>
          <w:rFonts w:ascii="SEB SansSerif Book" w:hAnsi="SEB SansSerif Book"/>
        </w:rPr>
        <w:t>funktionärer</w:t>
      </w:r>
      <w:proofErr w:type="spellEnd"/>
    </w:p>
    <w:p w14:paraId="3573F7D9" w14:textId="14D178C7" w:rsidR="00494E16" w:rsidRPr="00785FF3" w:rsidRDefault="00FA2801" w:rsidP="00785FF3">
      <w:pPr>
        <w:pStyle w:val="ListBullet"/>
        <w:rPr>
          <w:rFonts w:ascii="SEB SansSerif Book" w:hAnsi="SEB SansSerif Book"/>
        </w:rPr>
      </w:pPr>
      <w:proofErr w:type="spellStart"/>
      <w:r w:rsidRPr="009A0CF1">
        <w:rPr>
          <w:rFonts w:ascii="SEB SansSerif Book" w:hAnsi="SEB SansSerif Book"/>
        </w:rPr>
        <w:t>omklädningsrum</w:t>
      </w:r>
      <w:proofErr w:type="spellEnd"/>
    </w:p>
    <w:p w14:paraId="3CF80464" w14:textId="77777777" w:rsidR="00494E16" w:rsidRPr="00785FF3" w:rsidRDefault="00FA2801">
      <w:pPr>
        <w:pStyle w:val="ListBullet"/>
        <w:rPr>
          <w:rFonts w:ascii="SEB SansSerif Book" w:hAnsi="SEB SansSerif Book"/>
          <w:lang w:val="sv-SE"/>
        </w:rPr>
      </w:pPr>
      <w:r w:rsidRPr="00785FF3">
        <w:rPr>
          <w:rFonts w:ascii="SEB SansSerif Book" w:hAnsi="SEB SansSerif Book"/>
          <w:lang w:val="sv-SE"/>
        </w:rPr>
        <w:t>information och kallelse till spelarna</w:t>
      </w:r>
    </w:p>
    <w:p w14:paraId="11CD51E3"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samlingstid</w:t>
      </w:r>
      <w:proofErr w:type="spellEnd"/>
    </w:p>
    <w:p w14:paraId="0CCB37FA"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eventuella</w:t>
      </w:r>
      <w:proofErr w:type="spellEnd"/>
      <w:r w:rsidRPr="009A0CF1">
        <w:rPr>
          <w:rFonts w:ascii="SEB SansSerif Book" w:hAnsi="SEB SansSerif Book"/>
        </w:rPr>
        <w:t xml:space="preserve"> </w:t>
      </w:r>
      <w:proofErr w:type="spellStart"/>
      <w:r w:rsidRPr="009A0CF1">
        <w:rPr>
          <w:rFonts w:ascii="SEB SansSerif Book" w:hAnsi="SEB SansSerif Book"/>
        </w:rPr>
        <w:t>övriga</w:t>
      </w:r>
      <w:proofErr w:type="spellEnd"/>
      <w:r w:rsidRPr="009A0CF1">
        <w:rPr>
          <w:rFonts w:ascii="SEB SansSerif Book" w:hAnsi="SEB SansSerif Book"/>
        </w:rPr>
        <w:t xml:space="preserve"> </w:t>
      </w:r>
      <w:proofErr w:type="spellStart"/>
      <w:r w:rsidRPr="009A0CF1">
        <w:rPr>
          <w:rFonts w:ascii="SEB SansSerif Book" w:hAnsi="SEB SansSerif Book"/>
        </w:rPr>
        <w:t>uppgifter</w:t>
      </w:r>
      <w:proofErr w:type="spellEnd"/>
      <w:r w:rsidRPr="009A0CF1">
        <w:rPr>
          <w:rFonts w:ascii="SEB SansSerif Book" w:hAnsi="SEB SansSerif Book"/>
        </w:rPr>
        <w:t xml:space="preserve"> </w:t>
      </w:r>
      <w:proofErr w:type="spellStart"/>
      <w:r w:rsidRPr="009A0CF1">
        <w:rPr>
          <w:rFonts w:ascii="SEB SansSerif Book" w:hAnsi="SEB SansSerif Book"/>
        </w:rPr>
        <w:t>kring</w:t>
      </w:r>
      <w:proofErr w:type="spellEnd"/>
      <w:r w:rsidRPr="009A0CF1">
        <w:rPr>
          <w:rFonts w:ascii="SEB SansSerif Book" w:hAnsi="SEB SansSerif Book"/>
        </w:rPr>
        <w:t xml:space="preserve"> </w:t>
      </w:r>
      <w:proofErr w:type="spellStart"/>
      <w:r w:rsidRPr="009A0CF1">
        <w:rPr>
          <w:rFonts w:ascii="SEB SansSerif Book" w:hAnsi="SEB SansSerif Book"/>
        </w:rPr>
        <w:t>arrangemanget</w:t>
      </w:r>
      <w:proofErr w:type="spellEnd"/>
    </w:p>
    <w:p w14:paraId="526DC7E3" w14:textId="77777777" w:rsidR="00494E16" w:rsidRPr="009A0CF1" w:rsidRDefault="003F2380" w:rsidP="00AD5D58">
      <w:pPr>
        <w:pStyle w:val="Heading2"/>
        <w:rPr>
          <w:rFonts w:ascii="SEB SansSerif Book" w:hAnsi="SEB SansSerif Book"/>
          <w:lang w:val="sv-SE"/>
        </w:rPr>
      </w:pPr>
      <w:r w:rsidRPr="0042549A">
        <w:rPr>
          <w:rFonts w:ascii="SEB SansSerif Book" w:hAnsi="SEB SansSerif Book"/>
          <w:lang w:val="sv-SE"/>
        </w:rPr>
        <w:t>Funktionärer</w:t>
      </w:r>
    </w:p>
    <w:p w14:paraId="22D1EFC9" w14:textId="77777777" w:rsidR="000A0E47" w:rsidRPr="001F7F96" w:rsidRDefault="00FA2801" w:rsidP="000A0E47">
      <w:pPr>
        <w:rPr>
          <w:rFonts w:ascii="SEB SansSerif Book" w:hAnsi="SEB SansSerif Book"/>
          <w:lang w:val="sv-SE"/>
        </w:rPr>
      </w:pPr>
      <w:r w:rsidRPr="009A0CF1">
        <w:rPr>
          <w:rFonts w:ascii="SEB SansSerif Book" w:hAnsi="SEB SansSerif Book"/>
          <w:lang w:val="sv-SE"/>
        </w:rPr>
        <w:t>Lagledaren behöver säkerställa att laget har en fungerande organisation för exempelvis:</w:t>
      </w:r>
      <w:r w:rsidR="002C5CFA">
        <w:rPr>
          <w:rFonts w:ascii="SEB SansSerif Book" w:hAnsi="SEB SansSerif Book"/>
          <w:lang w:val="sv-SE"/>
        </w:rPr>
        <w:t xml:space="preserve"> </w:t>
      </w:r>
      <w:r w:rsidR="002C5CFA">
        <w:rPr>
          <w:rFonts w:ascii="SEB SansSerif Book" w:hAnsi="SEB SansSerif Book"/>
          <w:lang w:val="sv-SE"/>
        </w:rPr>
        <w:br/>
      </w:r>
    </w:p>
    <w:p w14:paraId="4F5BCFE2" w14:textId="1A866CDB" w:rsidR="00494E16" w:rsidRPr="000A0E47" w:rsidRDefault="000A0E47" w:rsidP="000A0E47">
      <w:pPr>
        <w:rPr>
          <w:rFonts w:ascii="SEB SansSerif Book" w:hAnsi="SEB SansSerif Book"/>
          <w:b/>
          <w:bCs/>
          <w:u w:val="single"/>
        </w:rPr>
      </w:pPr>
      <w:proofErr w:type="spellStart"/>
      <w:r>
        <w:rPr>
          <w:rFonts w:ascii="SEB SansSerif Book" w:hAnsi="SEB SansSerif Book"/>
          <w:b/>
          <w:bCs/>
          <w:u w:val="single"/>
        </w:rPr>
        <w:t>Sekretariat</w:t>
      </w:r>
      <w:proofErr w:type="spellEnd"/>
    </w:p>
    <w:p w14:paraId="1042FE0D" w14:textId="77777777" w:rsidR="00494E16" w:rsidRPr="009A0CF1" w:rsidRDefault="00FA2801" w:rsidP="007E7B0C">
      <w:pPr>
        <w:pStyle w:val="ListBullet"/>
        <w:tabs>
          <w:tab w:val="clear" w:pos="360"/>
          <w:tab w:val="num" w:pos="720"/>
        </w:tabs>
        <w:ind w:left="720"/>
        <w:rPr>
          <w:rFonts w:ascii="SEB SansSerif Book" w:hAnsi="SEB SansSerif Book"/>
        </w:rPr>
      </w:pPr>
      <w:r w:rsidRPr="009A0CF1">
        <w:rPr>
          <w:rFonts w:ascii="SEB SansSerif Book" w:hAnsi="SEB SansSerif Book"/>
        </w:rPr>
        <w:t>speaker</w:t>
      </w:r>
    </w:p>
    <w:p w14:paraId="7518F03E" w14:textId="37F900AF" w:rsidR="00494E16" w:rsidRPr="009A0CF1" w:rsidRDefault="006D7EB9" w:rsidP="007E7B0C">
      <w:pPr>
        <w:pStyle w:val="ListBullet"/>
        <w:tabs>
          <w:tab w:val="clear" w:pos="360"/>
          <w:tab w:val="num" w:pos="720"/>
        </w:tabs>
        <w:ind w:left="720"/>
        <w:rPr>
          <w:rFonts w:ascii="SEB SansSerif Book" w:hAnsi="SEB SansSerif Book"/>
        </w:rPr>
      </w:pPr>
      <w:proofErr w:type="spellStart"/>
      <w:r w:rsidRPr="009A0CF1">
        <w:rPr>
          <w:rFonts w:ascii="SEB SansSerif Book" w:hAnsi="SEB SansSerif Book"/>
        </w:rPr>
        <w:t>klocka</w:t>
      </w:r>
      <w:proofErr w:type="spellEnd"/>
    </w:p>
    <w:p w14:paraId="58C56B37" w14:textId="77777777" w:rsidR="00494E16" w:rsidRDefault="00FA2801" w:rsidP="007E7B0C">
      <w:pPr>
        <w:pStyle w:val="ListBullet"/>
        <w:tabs>
          <w:tab w:val="clear" w:pos="360"/>
          <w:tab w:val="num" w:pos="720"/>
        </w:tabs>
        <w:ind w:left="720"/>
        <w:rPr>
          <w:rFonts w:ascii="SEB SansSerif Book" w:hAnsi="SEB SansSerif Book"/>
        </w:rPr>
      </w:pPr>
      <w:proofErr w:type="spellStart"/>
      <w:r w:rsidRPr="009A0CF1">
        <w:rPr>
          <w:rFonts w:ascii="SEB SansSerif Book" w:hAnsi="SEB SansSerif Book"/>
        </w:rPr>
        <w:t>utvisningsbås</w:t>
      </w:r>
      <w:proofErr w:type="spellEnd"/>
    </w:p>
    <w:p w14:paraId="3FDAA927" w14:textId="20F8489A" w:rsidR="007E7B0C" w:rsidRPr="004D7A09" w:rsidRDefault="007E7B0C" w:rsidP="007E7B0C">
      <w:pPr>
        <w:pStyle w:val="ListBullet"/>
        <w:tabs>
          <w:tab w:val="clear" w:pos="360"/>
          <w:tab w:val="num" w:pos="720"/>
        </w:tabs>
        <w:ind w:left="720"/>
        <w:rPr>
          <w:rFonts w:ascii="SEB SansSerif Book" w:hAnsi="SEB SansSerif Book"/>
        </w:rPr>
      </w:pPr>
      <w:proofErr w:type="spellStart"/>
      <w:r>
        <w:rPr>
          <w:rFonts w:ascii="SEB SansSerif Book" w:hAnsi="SEB SansSerif Book"/>
        </w:rPr>
        <w:t>Ovr</w:t>
      </w:r>
      <w:proofErr w:type="spellEnd"/>
      <w:r w:rsidR="00F73619">
        <w:rPr>
          <w:rFonts w:ascii="SEB SansSerif Book" w:hAnsi="SEB SansSerif Book"/>
        </w:rPr>
        <w:t xml:space="preserve"> – From </w:t>
      </w:r>
      <w:proofErr w:type="spellStart"/>
      <w:r w:rsidR="00F73619">
        <w:rPr>
          <w:rFonts w:ascii="SEB SansSerif Book" w:hAnsi="SEB SansSerif Book"/>
        </w:rPr>
        <w:t>helplan</w:t>
      </w:r>
      <w:proofErr w:type="spellEnd"/>
      <w:r w:rsidR="00425AD5">
        <w:rPr>
          <w:rFonts w:ascii="SEB SansSerif Book" w:hAnsi="SEB SansSerif Book"/>
        </w:rPr>
        <w:t xml:space="preserve"> -</w:t>
      </w:r>
      <w:proofErr w:type="spellStart"/>
      <w:r w:rsidR="00425AD5">
        <w:fldChar w:fldCharType="begin"/>
      </w:r>
      <w:r w:rsidR="00425AD5">
        <w:instrText>HYPERLINK "https://www.stockholmhockey.se/nyheter/ovr-kurs/"</w:instrText>
      </w:r>
      <w:r w:rsidR="00425AD5">
        <w:fldChar w:fldCharType="separate"/>
      </w:r>
      <w:r w:rsidR="00425AD5" w:rsidRPr="00425AD5">
        <w:rPr>
          <w:rStyle w:val="Hyperlink"/>
          <w:rFonts w:ascii="SEB SansSerif Book" w:hAnsi="SEB SansSerif Book"/>
        </w:rPr>
        <w:t>Stockholms</w:t>
      </w:r>
      <w:proofErr w:type="spellEnd"/>
      <w:r w:rsidR="00425AD5" w:rsidRPr="00425AD5">
        <w:rPr>
          <w:rStyle w:val="Hyperlink"/>
          <w:rFonts w:ascii="SEB SansSerif Book" w:hAnsi="SEB SansSerif Book"/>
        </w:rPr>
        <w:t xml:space="preserve"> </w:t>
      </w:r>
      <w:proofErr w:type="spellStart"/>
      <w:r w:rsidR="00425AD5" w:rsidRPr="00425AD5">
        <w:rPr>
          <w:rStyle w:val="Hyperlink"/>
          <w:rFonts w:ascii="SEB SansSerif Book" w:hAnsi="SEB SansSerif Book"/>
        </w:rPr>
        <w:t>Ishockeyförbund</w:t>
      </w:r>
      <w:proofErr w:type="spellEnd"/>
      <w:r w:rsidR="00425AD5">
        <w:fldChar w:fldCharType="end"/>
      </w:r>
    </w:p>
    <w:p w14:paraId="381702A9" w14:textId="61526BAD" w:rsidR="00431CCD" w:rsidRPr="00981991" w:rsidRDefault="004D7A09" w:rsidP="00981991">
      <w:pPr>
        <w:pStyle w:val="ListBullet"/>
        <w:tabs>
          <w:tab w:val="clear" w:pos="360"/>
          <w:tab w:val="num" w:pos="1080"/>
        </w:tabs>
        <w:ind w:left="1080"/>
        <w:rPr>
          <w:rFonts w:ascii="SEB SansSerif Book" w:hAnsi="SEB SansSerif Book"/>
          <w:lang w:val="sv-SE"/>
        </w:rPr>
      </w:pPr>
      <w:r w:rsidRPr="004D7A09">
        <w:rPr>
          <w:lang w:val="sv-SE"/>
        </w:rPr>
        <w:t>Utbildning erbjuds kontakta föreningen på</w:t>
      </w:r>
      <w:r w:rsidR="00981991">
        <w:rPr>
          <w:lang w:val="sv-SE"/>
        </w:rPr>
        <w:t xml:space="preserve"> kontakta</w:t>
      </w:r>
      <w:r w:rsidRPr="004D7A09">
        <w:rPr>
          <w:lang w:val="sv-SE"/>
        </w:rPr>
        <w:t xml:space="preserve"> </w:t>
      </w:r>
      <w:hyperlink r:id="rId10" w:history="1">
        <w:r w:rsidR="00431CCD" w:rsidRPr="009C5ADC">
          <w:rPr>
            <w:rStyle w:val="Hyperlink"/>
            <w:lang w:val="sv-SE"/>
          </w:rPr>
          <w:t>info@malarohockey.com</w:t>
        </w:r>
      </w:hyperlink>
    </w:p>
    <w:p w14:paraId="28AEFE04" w14:textId="039B519A" w:rsidR="00494E16" w:rsidRPr="00981991" w:rsidRDefault="00395D74" w:rsidP="00425AD5">
      <w:pPr>
        <w:pStyle w:val="ListBullet"/>
        <w:tabs>
          <w:tab w:val="clear" w:pos="360"/>
          <w:tab w:val="num" w:pos="720"/>
        </w:tabs>
        <w:ind w:left="720"/>
        <w:rPr>
          <w:rFonts w:ascii="SEB SansSerif Book" w:hAnsi="SEB SansSerif Book"/>
          <w:lang w:val="sv-SE"/>
        </w:rPr>
      </w:pPr>
      <w:proofErr w:type="spellStart"/>
      <w:r w:rsidRPr="00981991">
        <w:rPr>
          <w:rFonts w:ascii="SEB SansSerif Book" w:hAnsi="SEB SansSerif Book"/>
          <w:lang w:val="sv-SE"/>
        </w:rPr>
        <w:t>Cafeet</w:t>
      </w:r>
      <w:proofErr w:type="spellEnd"/>
      <w:r w:rsidR="009B7DC3">
        <w:rPr>
          <w:rFonts w:ascii="SEB SansSerif Book" w:hAnsi="SEB SansSerif Book"/>
          <w:lang w:val="sv-SE"/>
        </w:rPr>
        <w:t xml:space="preserve"> ska vara öppet och</w:t>
      </w:r>
      <w:r w:rsidR="00981991" w:rsidRPr="00981991">
        <w:rPr>
          <w:rFonts w:ascii="SEB SansSerif Book" w:hAnsi="SEB SansSerif Book"/>
          <w:lang w:val="sv-SE"/>
        </w:rPr>
        <w:t xml:space="preserve"> bemannas under sina e</w:t>
      </w:r>
      <w:r w:rsidR="00981991">
        <w:rPr>
          <w:rFonts w:ascii="SEB SansSerif Book" w:hAnsi="SEB SansSerif Book"/>
          <w:lang w:val="sv-SE"/>
        </w:rPr>
        <w:t xml:space="preserve">gna </w:t>
      </w:r>
      <w:r w:rsidR="009B7DC3">
        <w:rPr>
          <w:rFonts w:ascii="SEB SansSerif Book" w:hAnsi="SEB SansSerif Book"/>
          <w:lang w:val="sv-SE"/>
        </w:rPr>
        <w:t>träningsmatcher/ hockeyskoj/</w:t>
      </w:r>
      <w:r w:rsidR="00981991">
        <w:rPr>
          <w:rFonts w:ascii="SEB SansSerif Book" w:hAnsi="SEB SansSerif Book"/>
          <w:lang w:val="sv-SE"/>
        </w:rPr>
        <w:t xml:space="preserve">hemmamatcher/poolspel </w:t>
      </w:r>
      <w:r w:rsidR="009B7DC3">
        <w:rPr>
          <w:rFonts w:ascii="SEB SansSerif Book" w:hAnsi="SEB SansSerif Book"/>
          <w:lang w:val="sv-SE"/>
        </w:rPr>
        <w:t>åt föreningen</w:t>
      </w:r>
    </w:p>
    <w:p w14:paraId="226546BA" w14:textId="33DCF887" w:rsidR="00395D74" w:rsidRPr="00395D74" w:rsidRDefault="00395D74" w:rsidP="00425AD5">
      <w:pPr>
        <w:pStyle w:val="ListBullet"/>
        <w:tabs>
          <w:tab w:val="clear" w:pos="360"/>
          <w:tab w:val="num" w:pos="720"/>
        </w:tabs>
        <w:ind w:left="720"/>
        <w:rPr>
          <w:kern w:val="2"/>
          <w:szCs w:val="21"/>
          <w:lang w:val="sv-SE" w:eastAsia="zh-CN"/>
          <w14:ligatures w14:val="standardContextual"/>
        </w:rPr>
      </w:pPr>
      <w:r w:rsidRPr="00395D74">
        <w:rPr>
          <w:lang w:val="sv-SE"/>
        </w:rPr>
        <w:t>Matchvärd</w:t>
      </w:r>
      <w:r>
        <w:rPr>
          <w:lang w:val="sv-SE"/>
        </w:rPr>
        <w:t xml:space="preserve"> – Ny regel från förbundet inför säsong 26/27</w:t>
      </w:r>
    </w:p>
    <w:p w14:paraId="2257028C" w14:textId="77777777" w:rsidR="00395D74" w:rsidRDefault="00395D74" w:rsidP="00395D74">
      <w:pPr>
        <w:pStyle w:val="ListBullet"/>
        <w:numPr>
          <w:ilvl w:val="0"/>
          <w:numId w:val="0"/>
        </w:numPr>
        <w:ind w:left="360"/>
        <w:rPr>
          <w:lang w:val="sv-SE"/>
        </w:rPr>
      </w:pPr>
      <w:r w:rsidRPr="00395D74">
        <w:rPr>
          <w:lang w:val="sv-SE"/>
        </w:rPr>
        <w:t>Vid varje barn- och ungdomsmatch/arrangemang (TKH–U16) ska föreningen som ansvarar för arrangemanget utse minst en matchvärd. Matchvärden ska vara minst 18 år och vara iklädd den för ändamålet framtagna matchvärdsvästen. Matchvärden ska, i enlighet med instruktioner, bidra till ett bra matchklimat i samband med ungdomsmatcher.</w:t>
      </w:r>
    </w:p>
    <w:p w14:paraId="5756FEDE" w14:textId="77777777" w:rsidR="008541E4" w:rsidRDefault="008541E4" w:rsidP="00395D74">
      <w:pPr>
        <w:pStyle w:val="ListBullet"/>
        <w:numPr>
          <w:ilvl w:val="0"/>
          <w:numId w:val="0"/>
        </w:numPr>
        <w:ind w:left="360"/>
        <w:rPr>
          <w:lang w:val="sv-SE"/>
        </w:rPr>
      </w:pPr>
    </w:p>
    <w:p w14:paraId="7313FD79" w14:textId="058896A7" w:rsidR="007A0075" w:rsidRDefault="00F00210" w:rsidP="00F00210">
      <w:pPr>
        <w:pStyle w:val="ListBullet"/>
        <w:numPr>
          <w:ilvl w:val="0"/>
          <w:numId w:val="0"/>
        </w:numPr>
        <w:rPr>
          <w:lang w:val="sv-SE"/>
        </w:rPr>
      </w:pPr>
      <w:r>
        <w:rPr>
          <w:lang w:val="sv-SE"/>
        </w:rPr>
        <w:t xml:space="preserve">Digital båsfunktionärskurs för alla de som är funktionär </w:t>
      </w:r>
      <w:r w:rsidR="000B6F03">
        <w:rPr>
          <w:lang w:val="sv-SE"/>
        </w:rPr>
        <w:t>på</w:t>
      </w:r>
      <w:r>
        <w:rPr>
          <w:lang w:val="sv-SE"/>
        </w:rPr>
        <w:t xml:space="preserve"> </w:t>
      </w:r>
      <w:r w:rsidR="000B6F03">
        <w:rPr>
          <w:lang w:val="sv-SE"/>
        </w:rPr>
        <w:t>helplansmatcher</w:t>
      </w:r>
      <w:r w:rsidR="007A0075">
        <w:rPr>
          <w:lang w:val="sv-SE"/>
        </w:rPr>
        <w:t xml:space="preserve"> </w:t>
      </w:r>
    </w:p>
    <w:p w14:paraId="3EDFB66E" w14:textId="48BA9562" w:rsidR="008541E4" w:rsidRDefault="008541E4" w:rsidP="008541E4">
      <w:pPr>
        <w:pStyle w:val="ListBullet"/>
        <w:numPr>
          <w:ilvl w:val="0"/>
          <w:numId w:val="0"/>
        </w:numPr>
        <w:rPr>
          <w:kern w:val="2"/>
          <w:szCs w:val="21"/>
          <w:lang w:val="sv-SE" w:eastAsia="zh-CN"/>
          <w14:ligatures w14:val="standardContextual"/>
        </w:rPr>
      </w:pPr>
      <w:hyperlink r:id="rId11" w:history="1">
        <w:proofErr w:type="spellStart"/>
        <w:r w:rsidRPr="008541E4">
          <w:rPr>
            <w:rStyle w:val="Hyperlink"/>
            <w:kern w:val="2"/>
            <w:szCs w:val="21"/>
            <w:lang w:val="sv-SE" w:eastAsia="zh-CN"/>
            <w14:ligatures w14:val="standardContextual"/>
          </w:rPr>
          <w:t>Båsfunktionär</w:t>
        </w:r>
        <w:proofErr w:type="spellEnd"/>
      </w:hyperlink>
      <w:r>
        <w:rPr>
          <w:kern w:val="2"/>
          <w:szCs w:val="21"/>
          <w:lang w:val="sv-SE" w:eastAsia="zh-CN"/>
          <w14:ligatures w14:val="standardContextual"/>
        </w:rPr>
        <w:t xml:space="preserve"> </w:t>
      </w:r>
    </w:p>
    <w:p w14:paraId="6B39C5C7" w14:textId="77777777" w:rsidR="00395D74" w:rsidRPr="00395D74" w:rsidRDefault="00395D74" w:rsidP="007E7B0C">
      <w:pPr>
        <w:pStyle w:val="ListBullet"/>
        <w:numPr>
          <w:ilvl w:val="0"/>
          <w:numId w:val="0"/>
        </w:numPr>
        <w:ind w:left="360"/>
        <w:rPr>
          <w:rFonts w:ascii="SEB SansSerif Book" w:hAnsi="SEB SansSerif Book"/>
          <w:lang w:val="sv-SE"/>
        </w:rPr>
      </w:pPr>
    </w:p>
    <w:p w14:paraId="5C539B8B" w14:textId="5BE6EE44" w:rsidR="00494E16" w:rsidRPr="009A0CF1" w:rsidRDefault="00FA2801">
      <w:pPr>
        <w:rPr>
          <w:rFonts w:ascii="SEB SansSerif Book" w:hAnsi="SEB SansSerif Book"/>
          <w:lang w:val="sv-SE"/>
        </w:rPr>
      </w:pPr>
      <w:r w:rsidRPr="009A0CF1">
        <w:rPr>
          <w:rFonts w:ascii="SEB SansSerif Book" w:hAnsi="SEB SansSerif Book"/>
          <w:lang w:val="sv-SE"/>
        </w:rPr>
        <w:t>Lagledaren behöver inte själv bemanna dessa funktioner. Uppgiften är i första hand att säkerställa att de blir bemannade och att alla vet vad de ska göra.</w:t>
      </w:r>
    </w:p>
    <w:p w14:paraId="519C1002" w14:textId="33AED1E3" w:rsidR="00395D74" w:rsidRDefault="00054D69" w:rsidP="00395D74">
      <w:pPr>
        <w:rPr>
          <w:rFonts w:ascii="SEB SansSerif Book" w:hAnsi="SEB SansSerif Book"/>
          <w:lang w:val="sv-SE"/>
        </w:rPr>
      </w:pPr>
      <w:r w:rsidRPr="009A0CF1">
        <w:rPr>
          <w:rFonts w:ascii="SEB SansSerif Book" w:hAnsi="SEB SansSerif Book"/>
          <w:lang w:val="sv-SE"/>
        </w:rPr>
        <w:t xml:space="preserve">Alla lag i Mälarö Hockey ansvarar för att bemanna caféet i Allhallen under sina egna matcher. Inför säsongsstart skickas även schema ut för lagens bemanning av </w:t>
      </w:r>
      <w:r w:rsidR="003B408E">
        <w:rPr>
          <w:rFonts w:ascii="SEB SansSerif Book" w:hAnsi="SEB SansSerif Book"/>
          <w:lang w:val="sv-SE"/>
        </w:rPr>
        <w:t xml:space="preserve">föreningens möjlighet till intäkter så som </w:t>
      </w:r>
      <w:r w:rsidR="000B629E">
        <w:rPr>
          <w:rFonts w:ascii="SEB SansSerif Book" w:hAnsi="SEB SansSerif Book"/>
          <w:lang w:val="sv-SE"/>
        </w:rPr>
        <w:t>jul</w:t>
      </w:r>
      <w:r w:rsidR="003B408E">
        <w:rPr>
          <w:rFonts w:ascii="SEB SansSerif Book" w:hAnsi="SEB SansSerif Book"/>
          <w:lang w:val="sv-SE"/>
        </w:rPr>
        <w:t xml:space="preserve">granförsäljning, </w:t>
      </w:r>
      <w:r w:rsidRPr="009A0CF1">
        <w:rPr>
          <w:rFonts w:ascii="SEB SansSerif Book" w:hAnsi="SEB SansSerif Book"/>
          <w:lang w:val="sv-SE"/>
        </w:rPr>
        <w:t>A-lagsmatcher</w:t>
      </w:r>
      <w:r w:rsidR="000B629E">
        <w:rPr>
          <w:rFonts w:ascii="SEB SansSerif Book" w:hAnsi="SEB SansSerif Book"/>
          <w:lang w:val="sv-SE"/>
        </w:rPr>
        <w:t>, skridsko-hockeyskola och skridskodisco</w:t>
      </w:r>
      <w:r w:rsidRPr="009A0CF1">
        <w:rPr>
          <w:rFonts w:ascii="SEB SansSerif Book" w:hAnsi="SEB SansSerif Book"/>
          <w:lang w:val="sv-SE"/>
        </w:rPr>
        <w:t>.</w:t>
      </w:r>
    </w:p>
    <w:p w14:paraId="14F00AA7" w14:textId="77777777" w:rsidR="00167236" w:rsidRDefault="00167236" w:rsidP="00395D74">
      <w:pPr>
        <w:rPr>
          <w:rFonts w:ascii="SEB SansSerif Book" w:hAnsi="SEB SansSerif Book"/>
          <w:lang w:val="sv-SE"/>
        </w:rPr>
      </w:pPr>
    </w:p>
    <w:p w14:paraId="310014CF" w14:textId="77777777" w:rsidR="00167236" w:rsidRDefault="00167236" w:rsidP="00395D74">
      <w:pPr>
        <w:rPr>
          <w:rFonts w:ascii="SEB SansSerif Book" w:hAnsi="SEB SansSerif Book"/>
          <w:lang w:val="sv-SE"/>
        </w:rPr>
      </w:pPr>
    </w:p>
    <w:p w14:paraId="71A12028" w14:textId="77777777" w:rsidR="00167236" w:rsidRDefault="00167236" w:rsidP="00395D74">
      <w:pPr>
        <w:rPr>
          <w:rFonts w:ascii="SEB SansSerif Book" w:hAnsi="SEB SansSerif Book"/>
          <w:lang w:val="sv-SE"/>
        </w:rPr>
      </w:pPr>
    </w:p>
    <w:p w14:paraId="0D2FFCA6" w14:textId="77777777" w:rsidR="00494E16" w:rsidRPr="009A0CF1" w:rsidRDefault="003F2380" w:rsidP="00C730D2">
      <w:pPr>
        <w:pStyle w:val="Heading1"/>
        <w:rPr>
          <w:rFonts w:ascii="SEB SansSerif Book" w:hAnsi="SEB SansSerif Book"/>
          <w:lang w:val="sv-SE"/>
        </w:rPr>
      </w:pPr>
      <w:r w:rsidRPr="009A0CF1">
        <w:rPr>
          <w:rFonts w:ascii="SEB SansSerif Book" w:hAnsi="SEB SansSerif Book"/>
          <w:lang w:val="sv-SE"/>
        </w:rPr>
        <w:lastRenderedPageBreak/>
        <w:t>5. Bortamatcher</w:t>
      </w:r>
    </w:p>
    <w:p w14:paraId="5620312B" w14:textId="77777777" w:rsidR="00494E16" w:rsidRPr="009A0CF1" w:rsidRDefault="00FA2801">
      <w:pPr>
        <w:rPr>
          <w:rFonts w:ascii="SEB SansSerif Book" w:hAnsi="SEB SansSerif Book"/>
          <w:lang w:val="sv-SE"/>
        </w:rPr>
      </w:pPr>
      <w:r w:rsidRPr="009A0CF1">
        <w:rPr>
          <w:rFonts w:ascii="SEB SansSerif Book" w:hAnsi="SEB SansSerif Book"/>
          <w:lang w:val="sv-SE"/>
        </w:rPr>
        <w:t>Inför bortamatcher ska laget få tydlig information om:</w:t>
      </w:r>
    </w:p>
    <w:p w14:paraId="2C0B1191"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motståndare</w:t>
      </w:r>
      <w:proofErr w:type="spellEnd"/>
    </w:p>
    <w:p w14:paraId="3FADC470" w14:textId="77777777" w:rsidR="00494E16" w:rsidRPr="009A0CF1" w:rsidRDefault="00FA2801">
      <w:pPr>
        <w:pStyle w:val="ListBullet"/>
        <w:rPr>
          <w:rFonts w:ascii="SEB SansSerif Book" w:hAnsi="SEB SansSerif Book"/>
        </w:rPr>
      </w:pPr>
      <w:r w:rsidRPr="009A0CF1">
        <w:rPr>
          <w:rFonts w:ascii="SEB SansSerif Book" w:hAnsi="SEB SansSerif Book"/>
        </w:rPr>
        <w:t>arena</w:t>
      </w:r>
    </w:p>
    <w:p w14:paraId="0855D196"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matchstart</w:t>
      </w:r>
      <w:proofErr w:type="spellEnd"/>
    </w:p>
    <w:p w14:paraId="5F561340"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samlingstid</w:t>
      </w:r>
      <w:proofErr w:type="spellEnd"/>
    </w:p>
    <w:p w14:paraId="042D5B17"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eventuell</w:t>
      </w:r>
      <w:proofErr w:type="spellEnd"/>
      <w:r w:rsidRPr="009A0CF1">
        <w:rPr>
          <w:rFonts w:ascii="SEB SansSerif Book" w:hAnsi="SEB SansSerif Book"/>
        </w:rPr>
        <w:t xml:space="preserve"> </w:t>
      </w:r>
      <w:proofErr w:type="spellStart"/>
      <w:r w:rsidRPr="009A0CF1">
        <w:rPr>
          <w:rFonts w:ascii="SEB SansSerif Book" w:hAnsi="SEB SansSerif Book"/>
        </w:rPr>
        <w:t>gemensam</w:t>
      </w:r>
      <w:proofErr w:type="spellEnd"/>
      <w:r w:rsidRPr="009A0CF1">
        <w:rPr>
          <w:rFonts w:ascii="SEB SansSerif Book" w:hAnsi="SEB SansSerif Book"/>
        </w:rPr>
        <w:t xml:space="preserve"> </w:t>
      </w:r>
      <w:proofErr w:type="spellStart"/>
      <w:r w:rsidRPr="009A0CF1">
        <w:rPr>
          <w:rFonts w:ascii="SEB SansSerif Book" w:hAnsi="SEB SansSerif Book"/>
        </w:rPr>
        <w:t>avresa</w:t>
      </w:r>
      <w:proofErr w:type="spellEnd"/>
    </w:p>
    <w:p w14:paraId="5B0C36DA" w14:textId="77777777" w:rsidR="00494E16" w:rsidRPr="009A0CF1" w:rsidRDefault="00FA2801">
      <w:pPr>
        <w:pStyle w:val="ListBullet"/>
        <w:rPr>
          <w:rFonts w:ascii="SEB SansSerif Book" w:hAnsi="SEB SansSerif Book"/>
        </w:rPr>
      </w:pPr>
      <w:r w:rsidRPr="009A0CF1">
        <w:rPr>
          <w:rFonts w:ascii="SEB SansSerif Book" w:hAnsi="SEB SansSerif Book"/>
        </w:rPr>
        <w:t>transport</w:t>
      </w:r>
    </w:p>
    <w:p w14:paraId="7EA13D8E"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övrig</w:t>
      </w:r>
      <w:proofErr w:type="spellEnd"/>
      <w:r w:rsidRPr="009A0CF1">
        <w:rPr>
          <w:rFonts w:ascii="SEB SansSerif Book" w:hAnsi="SEB SansSerif Book"/>
        </w:rPr>
        <w:t xml:space="preserve"> </w:t>
      </w:r>
      <w:proofErr w:type="spellStart"/>
      <w:r w:rsidRPr="009A0CF1">
        <w:rPr>
          <w:rFonts w:ascii="SEB SansSerif Book" w:hAnsi="SEB SansSerif Book"/>
        </w:rPr>
        <w:t>praktisk</w:t>
      </w:r>
      <w:proofErr w:type="spellEnd"/>
      <w:r w:rsidRPr="009A0CF1">
        <w:rPr>
          <w:rFonts w:ascii="SEB SansSerif Book" w:hAnsi="SEB SansSerif Book"/>
        </w:rPr>
        <w:t xml:space="preserve"> information</w:t>
      </w:r>
    </w:p>
    <w:p w14:paraId="0AC3742A" w14:textId="77777777" w:rsidR="00494E16" w:rsidRPr="009A0CF1" w:rsidRDefault="00FA2801">
      <w:pPr>
        <w:rPr>
          <w:rFonts w:ascii="SEB SansSerif Book" w:hAnsi="SEB SansSerif Book"/>
          <w:lang w:val="sv-SE"/>
        </w:rPr>
      </w:pPr>
      <w:r w:rsidRPr="009A0CF1">
        <w:rPr>
          <w:rFonts w:ascii="SEB SansSerif Book" w:hAnsi="SEB SansSerif Book"/>
          <w:lang w:val="sv-SE"/>
        </w:rPr>
        <w:t>Kontrollera alltid informationen från arrangerande förening. Vid längre resor behöver planeringen göras i god tid.</w:t>
      </w:r>
    </w:p>
    <w:p w14:paraId="1441210E" w14:textId="2DB666C6" w:rsidR="00494E16" w:rsidRPr="00F05500" w:rsidRDefault="003F2380" w:rsidP="00892736">
      <w:pPr>
        <w:pStyle w:val="Heading1"/>
        <w:rPr>
          <w:rFonts w:ascii="SEB SansSerif Book" w:hAnsi="SEB SansSerif Book"/>
          <w:lang w:val="sv-SE"/>
        </w:rPr>
      </w:pPr>
      <w:r w:rsidRPr="00F05500">
        <w:rPr>
          <w:rFonts w:ascii="SEB SansSerif Book" w:hAnsi="SEB SansSerif Book"/>
          <w:lang w:val="sv-SE"/>
        </w:rPr>
        <w:t xml:space="preserve">6. Domare och </w:t>
      </w:r>
      <w:r w:rsidR="00A336C6" w:rsidRPr="00F05500">
        <w:rPr>
          <w:rFonts w:ascii="SEB SansSerif Book" w:hAnsi="SEB SansSerif Book"/>
          <w:lang w:val="sv-SE"/>
        </w:rPr>
        <w:t>ersättningsanspråk</w:t>
      </w:r>
    </w:p>
    <w:p w14:paraId="0EA3DA8F" w14:textId="77777777" w:rsidR="00494E16" w:rsidRPr="00F05500" w:rsidRDefault="00FA2801">
      <w:pPr>
        <w:rPr>
          <w:rFonts w:ascii="SEB SansSerif Book" w:hAnsi="SEB SansSerif Book"/>
          <w:lang w:val="sv-SE"/>
        </w:rPr>
      </w:pPr>
      <w:r w:rsidRPr="00F05500">
        <w:rPr>
          <w:rFonts w:ascii="SEB SansSerif Book" w:hAnsi="SEB SansSerif Book"/>
          <w:lang w:val="sv-SE"/>
        </w:rPr>
        <w:t>Följ alltid Mälarö Hockeys rutiner för:</w:t>
      </w:r>
    </w:p>
    <w:p w14:paraId="3F0458AC" w14:textId="3A7899FD" w:rsidR="00494E16" w:rsidRDefault="00552F7A">
      <w:pPr>
        <w:pStyle w:val="ListBullet"/>
        <w:rPr>
          <w:rFonts w:ascii="SEB SansSerif Book" w:hAnsi="SEB SansSerif Book"/>
        </w:rPr>
      </w:pPr>
      <w:proofErr w:type="spellStart"/>
      <w:r w:rsidRPr="00F05500">
        <w:rPr>
          <w:rFonts w:ascii="SEB SansSerif Book" w:hAnsi="SEB SansSerif Book"/>
        </w:rPr>
        <w:t>D</w:t>
      </w:r>
      <w:r w:rsidR="00FA2801" w:rsidRPr="00F05500">
        <w:rPr>
          <w:rFonts w:ascii="SEB SansSerif Book" w:hAnsi="SEB SansSerif Book"/>
        </w:rPr>
        <w:t>omartillsättning</w:t>
      </w:r>
      <w:proofErr w:type="spellEnd"/>
    </w:p>
    <w:p w14:paraId="6B36FCCA" w14:textId="52C573B3" w:rsidR="00771190" w:rsidRDefault="00771190" w:rsidP="00771190">
      <w:pPr>
        <w:pStyle w:val="ListBullet"/>
        <w:tabs>
          <w:tab w:val="clear" w:pos="360"/>
          <w:tab w:val="num" w:pos="720"/>
        </w:tabs>
        <w:ind w:left="720"/>
        <w:rPr>
          <w:rFonts w:ascii="SEB SansSerif Book" w:hAnsi="SEB SansSerif Book"/>
          <w:lang w:val="sv-SE"/>
        </w:rPr>
      </w:pPr>
      <w:r w:rsidRPr="00BE6153">
        <w:rPr>
          <w:rFonts w:ascii="SEB SansSerif Book" w:hAnsi="SEB SansSerif Book"/>
          <w:lang w:val="sv-SE"/>
        </w:rPr>
        <w:t>Poolspel/</w:t>
      </w:r>
      <w:proofErr w:type="spellStart"/>
      <w:r w:rsidRPr="00BE6153">
        <w:rPr>
          <w:rFonts w:ascii="SEB SansSerif Book" w:hAnsi="SEB SansSerif Book"/>
          <w:lang w:val="sv-SE"/>
        </w:rPr>
        <w:t>zonspel</w:t>
      </w:r>
      <w:proofErr w:type="spellEnd"/>
      <w:r w:rsidRPr="00BE6153">
        <w:rPr>
          <w:rFonts w:ascii="SEB SansSerif Book" w:hAnsi="SEB SansSerif Book"/>
          <w:lang w:val="sv-SE"/>
        </w:rPr>
        <w:t xml:space="preserve"> </w:t>
      </w:r>
      <w:r w:rsidR="00BE6153">
        <w:rPr>
          <w:rFonts w:ascii="SEB SansSerif Book" w:hAnsi="SEB SansSerif Book"/>
          <w:lang w:val="sv-SE"/>
        </w:rPr>
        <w:t xml:space="preserve">tillsatta domare </w:t>
      </w:r>
      <w:r w:rsidR="00BE6153" w:rsidRPr="00BE6153">
        <w:rPr>
          <w:rFonts w:ascii="SEB SansSerif Book" w:hAnsi="SEB SansSerif Book"/>
          <w:lang w:val="sv-SE"/>
        </w:rPr>
        <w:t>rapporteras in ti</w:t>
      </w:r>
      <w:r w:rsidR="00BE6153">
        <w:rPr>
          <w:rFonts w:ascii="SEB SansSerif Book" w:hAnsi="SEB SansSerif Book"/>
          <w:lang w:val="sv-SE"/>
        </w:rPr>
        <w:t xml:space="preserve">ll DAIF </w:t>
      </w:r>
    </w:p>
    <w:p w14:paraId="6BF9BE39" w14:textId="7F4F00D0" w:rsidR="00BE6153" w:rsidRPr="00BE6153" w:rsidRDefault="00BE6153" w:rsidP="00771190">
      <w:pPr>
        <w:pStyle w:val="ListBullet"/>
        <w:tabs>
          <w:tab w:val="clear" w:pos="360"/>
          <w:tab w:val="num" w:pos="720"/>
        </w:tabs>
        <w:ind w:left="720"/>
        <w:rPr>
          <w:rFonts w:ascii="SEB SansSerif Book" w:hAnsi="SEB SansSerif Book"/>
          <w:lang w:val="sv-SE"/>
        </w:rPr>
      </w:pPr>
      <w:r>
        <w:rPr>
          <w:rFonts w:ascii="SEB SansSerif Book" w:hAnsi="SEB SansSerif Book"/>
          <w:lang w:val="sv-SE"/>
        </w:rPr>
        <w:t xml:space="preserve">Helplan </w:t>
      </w:r>
      <w:r w:rsidR="002C4B20">
        <w:rPr>
          <w:rFonts w:ascii="SEB SansSerif Book" w:hAnsi="SEB SansSerif Book"/>
          <w:lang w:val="sv-SE"/>
        </w:rPr>
        <w:t>görs av DAIF</w:t>
      </w:r>
    </w:p>
    <w:p w14:paraId="4DBFC6BA" w14:textId="3325F235" w:rsidR="002C4B20" w:rsidRDefault="00552F7A" w:rsidP="002C4B20">
      <w:pPr>
        <w:pStyle w:val="ListBullet"/>
        <w:tabs>
          <w:tab w:val="clear" w:pos="360"/>
        </w:tabs>
        <w:rPr>
          <w:rFonts w:ascii="SEB SansSerif Book" w:hAnsi="SEB SansSerif Book"/>
          <w:lang w:val="sv-SE"/>
        </w:rPr>
      </w:pPr>
      <w:r w:rsidRPr="00F05500">
        <w:rPr>
          <w:rFonts w:ascii="SEB SansSerif Book" w:hAnsi="SEB SansSerif Book"/>
          <w:lang w:val="sv-SE"/>
        </w:rPr>
        <w:t>E</w:t>
      </w:r>
      <w:r w:rsidR="00A336C6" w:rsidRPr="00F05500">
        <w:rPr>
          <w:rFonts w:ascii="SEB SansSerif Book" w:hAnsi="SEB SansSerif Book"/>
          <w:lang w:val="sv-SE"/>
        </w:rPr>
        <w:t>rsättnings</w:t>
      </w:r>
      <w:r w:rsidR="005228D4" w:rsidRPr="00F05500">
        <w:rPr>
          <w:rFonts w:ascii="SEB SansSerif Book" w:hAnsi="SEB SansSerif Book"/>
          <w:lang w:val="sv-SE"/>
        </w:rPr>
        <w:t>rutiner</w:t>
      </w:r>
      <w:r w:rsidRPr="00F05500">
        <w:rPr>
          <w:rFonts w:ascii="SEB SansSerif Book" w:hAnsi="SEB SansSerif Book"/>
          <w:lang w:val="sv-SE"/>
        </w:rPr>
        <w:t xml:space="preserve"> </w:t>
      </w:r>
    </w:p>
    <w:p w14:paraId="40EA9A43" w14:textId="2E2B8B90" w:rsidR="002C4B20" w:rsidRPr="002C4B20" w:rsidRDefault="002C4B20" w:rsidP="002C4B20">
      <w:pPr>
        <w:pStyle w:val="ListBullet"/>
        <w:tabs>
          <w:tab w:val="clear" w:pos="360"/>
        </w:tabs>
        <w:ind w:left="720"/>
        <w:rPr>
          <w:rFonts w:ascii="SEB SansSerif Book" w:hAnsi="SEB SansSerif Book"/>
          <w:lang w:val="sv-SE"/>
        </w:rPr>
      </w:pPr>
      <w:r>
        <w:rPr>
          <w:rFonts w:ascii="SEB SansSerif Book" w:hAnsi="SEB SansSerif Book"/>
          <w:lang w:val="sv-SE"/>
        </w:rPr>
        <w:t xml:space="preserve">Se </w:t>
      </w:r>
      <w:r w:rsidR="0025634E">
        <w:rPr>
          <w:rFonts w:ascii="SEB SansSerif Book" w:hAnsi="SEB SansSerif Book"/>
          <w:lang w:val="sv-SE"/>
        </w:rPr>
        <w:t>kassör instruktion</w:t>
      </w:r>
    </w:p>
    <w:p w14:paraId="3824F2EC" w14:textId="74A0F047" w:rsidR="00494E16" w:rsidRPr="00F05500" w:rsidRDefault="00552F7A">
      <w:pPr>
        <w:pStyle w:val="ListBullet"/>
        <w:rPr>
          <w:rFonts w:ascii="SEB SansSerif Book" w:hAnsi="SEB SansSerif Book"/>
        </w:rPr>
      </w:pPr>
      <w:proofErr w:type="spellStart"/>
      <w:r w:rsidRPr="00F05500">
        <w:rPr>
          <w:rFonts w:ascii="SEB SansSerif Book" w:hAnsi="SEB SansSerif Book"/>
        </w:rPr>
        <w:t>Ä</w:t>
      </w:r>
      <w:r w:rsidR="00FA2801" w:rsidRPr="00F05500">
        <w:rPr>
          <w:rFonts w:ascii="SEB SansSerif Book" w:hAnsi="SEB SansSerif Book"/>
        </w:rPr>
        <w:t>ndringar</w:t>
      </w:r>
      <w:proofErr w:type="spellEnd"/>
      <w:r w:rsidR="00FA2801" w:rsidRPr="00F05500">
        <w:rPr>
          <w:rFonts w:ascii="SEB SansSerif Book" w:hAnsi="SEB SansSerif Book"/>
        </w:rPr>
        <w:t xml:space="preserve"> av matcher</w:t>
      </w:r>
      <w:r w:rsidR="00313564" w:rsidRPr="00F05500">
        <w:rPr>
          <w:rFonts w:ascii="SEB SansSerif Book" w:hAnsi="SEB SansSerif Book"/>
        </w:rPr>
        <w:t xml:space="preserve"> </w:t>
      </w:r>
    </w:p>
    <w:p w14:paraId="34CD03E4" w14:textId="2F52B4D1" w:rsidR="00313564" w:rsidRPr="00F05500" w:rsidRDefault="00313564" w:rsidP="00313564">
      <w:pPr>
        <w:pStyle w:val="ListBullet"/>
        <w:tabs>
          <w:tab w:val="clear" w:pos="360"/>
          <w:tab w:val="num" w:pos="720"/>
        </w:tabs>
        <w:ind w:left="720"/>
        <w:rPr>
          <w:rFonts w:ascii="SEB SansSerif Book" w:hAnsi="SEB SansSerif Book"/>
          <w:lang w:val="sv-SE"/>
        </w:rPr>
      </w:pPr>
      <w:r w:rsidRPr="00F05500">
        <w:rPr>
          <w:rFonts w:ascii="SEB SansSerif Book" w:hAnsi="SEB SansSerif Book"/>
          <w:lang w:val="sv-SE"/>
        </w:rPr>
        <w:t xml:space="preserve">DAIF ska informeras </w:t>
      </w:r>
      <w:r w:rsidR="00A427EF" w:rsidRPr="00F05500">
        <w:rPr>
          <w:rFonts w:ascii="SEB SansSerif Book" w:hAnsi="SEB SansSerif Book"/>
          <w:lang w:val="sv-SE"/>
        </w:rPr>
        <w:t xml:space="preserve">av lagledare </w:t>
      </w:r>
      <w:r w:rsidR="00C25FA3" w:rsidRPr="00F05500">
        <w:rPr>
          <w:rFonts w:ascii="SEB SansSerif Book" w:hAnsi="SEB SansSerif Book"/>
          <w:lang w:val="sv-SE"/>
        </w:rPr>
        <w:t>direkt när matchen ställs in eller ändras, och säkerställ att matchen också hanteras i TSM. Stockholmsförbundet betonar särskilt detta för träningsmatcher för att undvika kostnader.</w:t>
      </w:r>
    </w:p>
    <w:p w14:paraId="685D18F4" w14:textId="60679C88" w:rsidR="00552F7A" w:rsidRPr="00F05500" w:rsidRDefault="00552F7A" w:rsidP="00313564">
      <w:pPr>
        <w:pStyle w:val="ListBullet"/>
        <w:tabs>
          <w:tab w:val="clear" w:pos="360"/>
          <w:tab w:val="num" w:pos="720"/>
        </w:tabs>
        <w:ind w:left="720"/>
        <w:rPr>
          <w:rFonts w:ascii="SEB SansSerif Book" w:hAnsi="SEB SansSerif Book"/>
          <w:lang w:val="sv-SE"/>
        </w:rPr>
      </w:pPr>
      <w:r w:rsidRPr="00F05500">
        <w:rPr>
          <w:rFonts w:ascii="SEB SansSerif Book" w:hAnsi="SEB SansSerif Book"/>
          <w:lang w:val="sv-SE"/>
        </w:rPr>
        <w:t xml:space="preserve">Vid inställd match eller walkover med </w:t>
      </w:r>
      <w:r w:rsidRPr="00F05500">
        <w:rPr>
          <w:rFonts w:ascii="SEB SansSerif Book" w:hAnsi="SEB SansSerif Book"/>
          <w:b/>
          <w:bCs/>
          <w:lang w:val="sv-SE"/>
        </w:rPr>
        <w:t>mindre än 24 timmars varsel</w:t>
      </w:r>
      <w:r w:rsidRPr="00F05500">
        <w:rPr>
          <w:rFonts w:ascii="SEB SansSerif Book" w:hAnsi="SEB SansSerif Book"/>
          <w:lang w:val="sv-SE"/>
        </w:rPr>
        <w:t xml:space="preserve"> har domarna rätt till fullt arvode, om de inte erbjudits ett liknande uppdrag som kompensation. Om matchen redan har startat utgår fullt arvode och sedvanlig reseersättning</w:t>
      </w:r>
    </w:p>
    <w:p w14:paraId="13D3AAF8" w14:textId="0939367F" w:rsidR="003F62F2" w:rsidRPr="00F05500" w:rsidRDefault="003F62F2">
      <w:pPr>
        <w:rPr>
          <w:kern w:val="2"/>
          <w:szCs w:val="21"/>
          <w:lang w:val="sv-SE" w:eastAsia="zh-CN"/>
          <w14:ligatures w14:val="standardContextual"/>
        </w:rPr>
      </w:pPr>
      <w:proofErr w:type="spellStart"/>
      <w:r w:rsidRPr="00F05500">
        <w:rPr>
          <w:rFonts w:ascii="SEB SansSerif Book" w:hAnsi="SEB SansSerif Book"/>
          <w:lang w:val="sv-SE"/>
        </w:rPr>
        <w:t>Clever</w:t>
      </w:r>
      <w:proofErr w:type="spellEnd"/>
      <w:r w:rsidRPr="00F05500">
        <w:rPr>
          <w:rFonts w:ascii="SEB SansSerif Book" w:hAnsi="SEB SansSerif Book"/>
          <w:lang w:val="sv-SE"/>
        </w:rPr>
        <w:t xml:space="preserve"> Service </w:t>
      </w:r>
      <w:r w:rsidR="00CA1E2F" w:rsidRPr="00F05500">
        <w:rPr>
          <w:rFonts w:ascii="SEB SansSerif Book" w:hAnsi="SEB SansSerif Book"/>
          <w:lang w:val="sv-SE"/>
        </w:rPr>
        <w:t xml:space="preserve">är föreningens </w:t>
      </w:r>
      <w:r w:rsidR="0025634E">
        <w:rPr>
          <w:rFonts w:ascii="SEB SansSerif Book" w:hAnsi="SEB SansSerif Book"/>
          <w:lang w:val="sv-SE"/>
        </w:rPr>
        <w:t>och domarnas system</w:t>
      </w:r>
      <w:r w:rsidR="00691B02" w:rsidRPr="00F05500">
        <w:rPr>
          <w:rFonts w:ascii="SEB SansSerif Book" w:hAnsi="SEB SansSerif Book"/>
          <w:lang w:val="sv-SE"/>
        </w:rPr>
        <w:t xml:space="preserve"> och</w:t>
      </w:r>
      <w:r w:rsidR="00CA1E2F" w:rsidRPr="00F05500">
        <w:rPr>
          <w:rFonts w:ascii="SEB SansSerif Book" w:hAnsi="SEB SansSerif Book"/>
          <w:lang w:val="sv-SE"/>
        </w:rPr>
        <w:t xml:space="preserve"> </w:t>
      </w:r>
      <w:r w:rsidRPr="00F05500">
        <w:rPr>
          <w:rFonts w:ascii="SEB SansSerif Book" w:hAnsi="SEB SansSerif Book"/>
          <w:lang w:val="sv-SE"/>
        </w:rPr>
        <w:t xml:space="preserve">används för att </w:t>
      </w:r>
      <w:r w:rsidR="00D93BB7" w:rsidRPr="00F05500">
        <w:rPr>
          <w:rFonts w:ascii="SEB SansSerif Book" w:hAnsi="SEB SansSerif Book"/>
          <w:lang w:val="sv-SE"/>
        </w:rPr>
        <w:t>visa domartillsättningar</w:t>
      </w:r>
      <w:r w:rsidRPr="00F05500">
        <w:rPr>
          <w:rFonts w:ascii="SEB SansSerif Book" w:hAnsi="SEB SansSerif Book"/>
          <w:lang w:val="sv-SE"/>
        </w:rPr>
        <w:t xml:space="preserve"> och</w:t>
      </w:r>
      <w:r w:rsidR="00D93BB7" w:rsidRPr="00F05500">
        <w:rPr>
          <w:rFonts w:ascii="SEB SansSerif Book" w:hAnsi="SEB SansSerif Book"/>
          <w:lang w:val="sv-SE"/>
        </w:rPr>
        <w:t xml:space="preserve"> ersättningsanspråk.</w:t>
      </w:r>
      <w:r w:rsidR="0036055B" w:rsidRPr="00F05500">
        <w:rPr>
          <w:rFonts w:ascii="SEB SansSerif Book" w:hAnsi="SEB SansSerif Book"/>
          <w:lang w:val="sv-SE"/>
        </w:rPr>
        <w:br/>
      </w:r>
      <w:hyperlink r:id="rId12" w:history="1">
        <w:r w:rsidR="005F6E0F" w:rsidRPr="00F05500">
          <w:rPr>
            <w:rStyle w:val="Hyperlink"/>
            <w:kern w:val="2"/>
            <w:szCs w:val="21"/>
            <w:lang w:val="sv-SE" w:eastAsia="zh-CN"/>
            <w14:ligatures w14:val="standardContextual"/>
          </w:rPr>
          <w:t xml:space="preserve">Hem | </w:t>
        </w:r>
        <w:proofErr w:type="spellStart"/>
        <w:r w:rsidR="005F6E0F" w:rsidRPr="00F05500">
          <w:rPr>
            <w:rStyle w:val="Hyperlink"/>
            <w:kern w:val="2"/>
            <w:szCs w:val="21"/>
            <w:lang w:val="sv-SE" w:eastAsia="zh-CN"/>
            <w14:ligatures w14:val="standardContextual"/>
          </w:rPr>
          <w:t>Cleverservice</w:t>
        </w:r>
        <w:proofErr w:type="spellEnd"/>
      </w:hyperlink>
    </w:p>
    <w:p w14:paraId="3EE3A606" w14:textId="5C48AD49" w:rsidR="003F62F2" w:rsidRPr="00F05500" w:rsidRDefault="003F62F2">
      <w:pPr>
        <w:rPr>
          <w:kern w:val="2"/>
          <w:szCs w:val="21"/>
          <w:lang w:val="sv-SE" w:eastAsia="zh-CN"/>
          <w14:ligatures w14:val="standardContextual"/>
        </w:rPr>
      </w:pPr>
      <w:r w:rsidRPr="00F05500">
        <w:rPr>
          <w:rFonts w:ascii="SEB SansSerif Book" w:hAnsi="SEB SansSerif Book"/>
          <w:lang w:val="sv-SE"/>
        </w:rPr>
        <w:t xml:space="preserve">Om inloggning eller behörighet saknas ska en begäran skickas till </w:t>
      </w:r>
      <w:hyperlink r:id="rId13" w:history="1">
        <w:r w:rsidRPr="00F05500">
          <w:rPr>
            <w:rStyle w:val="Hyperlink"/>
            <w:rFonts w:ascii="SEB SansSerif Book" w:hAnsi="SEB SansSerif Book"/>
            <w:lang w:val="sv-SE"/>
          </w:rPr>
          <w:t>info@malarohockey.com</w:t>
        </w:r>
      </w:hyperlink>
      <w:r w:rsidRPr="00F05500">
        <w:rPr>
          <w:rFonts w:ascii="SEB SansSerif Book" w:hAnsi="SEB SansSerif Book"/>
          <w:lang w:val="sv-SE"/>
        </w:rPr>
        <w:t xml:space="preserve">. Behörighet ges till lagledare </w:t>
      </w:r>
      <w:r w:rsidR="00EB258B" w:rsidRPr="00F05500">
        <w:rPr>
          <w:rFonts w:ascii="SEB SansSerif Book" w:hAnsi="SEB SansSerif Book"/>
          <w:lang w:val="sv-SE"/>
        </w:rPr>
        <w:t xml:space="preserve">eller till delegerad </w:t>
      </w:r>
      <w:r w:rsidR="008B1F23" w:rsidRPr="00F05500">
        <w:rPr>
          <w:rFonts w:ascii="SEB SansSerif Book" w:hAnsi="SEB SansSerif Book"/>
          <w:lang w:val="sv-SE"/>
        </w:rPr>
        <w:t>ledare inom laget</w:t>
      </w:r>
      <w:r w:rsidR="00EB258B" w:rsidRPr="00F05500">
        <w:rPr>
          <w:rFonts w:ascii="SEB SansSerif Book" w:hAnsi="SEB SansSerif Book"/>
          <w:lang w:val="sv-SE"/>
        </w:rPr>
        <w:t xml:space="preserve"> </w:t>
      </w:r>
      <w:r w:rsidR="00D93BB7" w:rsidRPr="00F05500">
        <w:rPr>
          <w:rFonts w:ascii="SEB SansSerif Book" w:hAnsi="SEB SansSerif Book"/>
          <w:lang w:val="sv-SE"/>
        </w:rPr>
        <w:t>för information om tillsatta domare</w:t>
      </w:r>
      <w:r w:rsidR="00F05500">
        <w:rPr>
          <w:rFonts w:ascii="SEB SansSerif Book" w:hAnsi="SEB SansSerif Book"/>
          <w:lang w:val="sv-SE"/>
        </w:rPr>
        <w:t xml:space="preserve"> och för poolspel godkänna genomfört poolspel</w:t>
      </w:r>
      <w:r w:rsidRPr="00F05500">
        <w:rPr>
          <w:rFonts w:ascii="SEB SansSerif Book" w:hAnsi="SEB SansSerif Book"/>
          <w:lang w:val="sv-SE"/>
        </w:rPr>
        <w:t>.</w:t>
      </w:r>
    </w:p>
    <w:p w14:paraId="1B01A175" w14:textId="77777777" w:rsidR="00771190" w:rsidRDefault="003F62F2">
      <w:pPr>
        <w:rPr>
          <w:rFonts w:ascii="SEB SansSerif Book" w:hAnsi="SEB SansSerif Book"/>
          <w:lang w:val="sv-SE"/>
        </w:rPr>
      </w:pPr>
      <w:r w:rsidRPr="00F05500">
        <w:rPr>
          <w:rFonts w:ascii="SEB SansSerif Book" w:hAnsi="SEB SansSerif Book"/>
          <w:lang w:val="sv-SE"/>
        </w:rPr>
        <w:t xml:space="preserve">Domararvodet </w:t>
      </w:r>
      <w:r w:rsidR="009D6B02" w:rsidRPr="00F05500">
        <w:rPr>
          <w:rFonts w:ascii="SEB SansSerif Book" w:hAnsi="SEB SansSerif Book"/>
          <w:lang w:val="sv-SE"/>
        </w:rPr>
        <w:t>g</w:t>
      </w:r>
      <w:r w:rsidRPr="00F05500">
        <w:rPr>
          <w:rFonts w:ascii="SEB SansSerif Book" w:hAnsi="SEB SansSerif Book"/>
          <w:lang w:val="sv-SE"/>
        </w:rPr>
        <w:t>odkänn</w:t>
      </w:r>
      <w:r w:rsidR="009D6B02" w:rsidRPr="00F05500">
        <w:rPr>
          <w:rFonts w:ascii="SEB SansSerif Book" w:hAnsi="SEB SansSerif Book"/>
          <w:lang w:val="sv-SE"/>
        </w:rPr>
        <w:t xml:space="preserve">s </w:t>
      </w:r>
      <w:r w:rsidRPr="00F05500">
        <w:rPr>
          <w:rFonts w:ascii="SEB SansSerif Book" w:hAnsi="SEB SansSerif Book"/>
          <w:lang w:val="sv-SE"/>
        </w:rPr>
        <w:t xml:space="preserve">i </w:t>
      </w:r>
      <w:proofErr w:type="spellStart"/>
      <w:r w:rsidRPr="00F05500">
        <w:rPr>
          <w:rFonts w:ascii="SEB SansSerif Book" w:hAnsi="SEB SansSerif Book"/>
          <w:lang w:val="sv-SE"/>
        </w:rPr>
        <w:t>Clever</w:t>
      </w:r>
      <w:proofErr w:type="spellEnd"/>
      <w:r w:rsidRPr="00F05500">
        <w:rPr>
          <w:rFonts w:ascii="SEB SansSerif Book" w:hAnsi="SEB SansSerif Book"/>
          <w:lang w:val="sv-SE"/>
        </w:rPr>
        <w:t xml:space="preserve"> Service i direkt anslutning till genomförd match</w:t>
      </w:r>
      <w:r w:rsidR="00A26B4E">
        <w:rPr>
          <w:rFonts w:ascii="SEB SansSerif Book" w:hAnsi="SEB SansSerif Book"/>
          <w:lang w:val="sv-SE"/>
        </w:rPr>
        <w:t xml:space="preserve"> för helplansserier görs detta</w:t>
      </w:r>
      <w:r w:rsidR="009D6B02" w:rsidRPr="00F05500">
        <w:rPr>
          <w:rFonts w:ascii="SEB SansSerif Book" w:hAnsi="SEB SansSerif Book"/>
          <w:lang w:val="sv-SE"/>
        </w:rPr>
        <w:t xml:space="preserve"> av våra domaran</w:t>
      </w:r>
      <w:r w:rsidR="00A26B4E">
        <w:rPr>
          <w:rFonts w:ascii="SEB SansSerif Book" w:hAnsi="SEB SansSerif Book"/>
          <w:lang w:val="sv-SE"/>
        </w:rPr>
        <w:t>svariga</w:t>
      </w:r>
      <w:r w:rsidRPr="00F05500">
        <w:rPr>
          <w:rFonts w:ascii="SEB SansSerif Book" w:hAnsi="SEB SansSerif Book"/>
          <w:lang w:val="sv-SE"/>
        </w:rPr>
        <w:t>.</w:t>
      </w:r>
      <w:r w:rsidR="00A26B4E">
        <w:rPr>
          <w:rFonts w:ascii="SEB SansSerif Book" w:hAnsi="SEB SansSerif Book"/>
          <w:lang w:val="sv-SE"/>
        </w:rPr>
        <w:t xml:space="preserve"> För poolspel/</w:t>
      </w:r>
      <w:proofErr w:type="spellStart"/>
      <w:r w:rsidR="00A26B4E">
        <w:rPr>
          <w:rFonts w:ascii="SEB SansSerif Book" w:hAnsi="SEB SansSerif Book"/>
          <w:lang w:val="sv-SE"/>
        </w:rPr>
        <w:t>zonspel</w:t>
      </w:r>
      <w:proofErr w:type="spellEnd"/>
      <w:r w:rsidR="00A26B4E">
        <w:rPr>
          <w:rFonts w:ascii="SEB SansSerif Book" w:hAnsi="SEB SansSerif Book"/>
          <w:lang w:val="sv-SE"/>
        </w:rPr>
        <w:t xml:space="preserve"> godkänns detta av lagledare alternativt utsedd ledare</w:t>
      </w:r>
      <w:r w:rsidR="00771190">
        <w:rPr>
          <w:rFonts w:ascii="SEB SansSerif Book" w:hAnsi="SEB SansSerif Book"/>
          <w:lang w:val="sv-SE"/>
        </w:rPr>
        <w:t>.</w:t>
      </w:r>
    </w:p>
    <w:p w14:paraId="11569989" w14:textId="0761768E" w:rsidR="003F62F2" w:rsidRPr="00F05500" w:rsidRDefault="003F62F2">
      <w:pPr>
        <w:rPr>
          <w:rFonts w:ascii="SEB SansSerif Book" w:hAnsi="SEB SansSerif Book"/>
          <w:lang w:val="sv-SE"/>
        </w:rPr>
      </w:pPr>
      <w:r w:rsidRPr="00F05500">
        <w:rPr>
          <w:rFonts w:ascii="SEB SansSerif Book" w:hAnsi="SEB SansSerif Book"/>
          <w:lang w:val="sv-SE"/>
        </w:rPr>
        <w:t xml:space="preserve"> Efter </w:t>
      </w:r>
      <w:r w:rsidR="00771190">
        <w:rPr>
          <w:rFonts w:ascii="SEB SansSerif Book" w:hAnsi="SEB SansSerif Book"/>
          <w:lang w:val="sv-SE"/>
        </w:rPr>
        <w:t>godkännande</w:t>
      </w:r>
      <w:r w:rsidRPr="00F05500">
        <w:rPr>
          <w:rFonts w:ascii="SEB SansSerif Book" w:hAnsi="SEB SansSerif Book"/>
          <w:lang w:val="sv-SE"/>
        </w:rPr>
        <w:t xml:space="preserve"> betalas arvodet ut av föreningen inom fem bankdagar</w:t>
      </w:r>
      <w:r w:rsidR="009D6B02" w:rsidRPr="00F05500">
        <w:rPr>
          <w:rFonts w:ascii="SEB SansSerif Book" w:hAnsi="SEB SansSerif Book"/>
          <w:lang w:val="sv-SE"/>
        </w:rPr>
        <w:t>.</w:t>
      </w:r>
      <w:r w:rsidR="00810E6E" w:rsidRPr="00F05500">
        <w:rPr>
          <w:rFonts w:ascii="SEB SansSerif Book" w:hAnsi="SEB SansSerif Book"/>
          <w:lang w:val="sv-SE"/>
        </w:rPr>
        <w:t xml:space="preserve"> </w:t>
      </w:r>
    </w:p>
    <w:p w14:paraId="7C882983" w14:textId="197A920C" w:rsidR="00494E16" w:rsidRPr="00F05500" w:rsidRDefault="00FA2801">
      <w:pPr>
        <w:rPr>
          <w:lang w:val="sv-SE"/>
        </w:rPr>
      </w:pPr>
      <w:r w:rsidRPr="00F05500">
        <w:rPr>
          <w:rFonts w:ascii="SEB SansSerif Book" w:hAnsi="SEB SansSerif Book"/>
          <w:lang w:val="sv-SE"/>
        </w:rPr>
        <w:t>Gör inte egna ekonomiska överenskommelser eller utbetalningar till domare utanför föreningens beslutade arbetssätt. Är du osäker – kontakta</w:t>
      </w:r>
      <w:r w:rsidR="00771190">
        <w:rPr>
          <w:rFonts w:ascii="SEB SansSerif Book" w:hAnsi="SEB SansSerif Book"/>
          <w:lang w:val="sv-SE"/>
        </w:rPr>
        <w:t xml:space="preserve"> </w:t>
      </w:r>
      <w:hyperlink r:id="rId14" w:history="1">
        <w:r w:rsidR="00771190" w:rsidRPr="00991F33">
          <w:rPr>
            <w:rStyle w:val="Hyperlink"/>
            <w:rFonts w:ascii="SEB SansSerif Book" w:hAnsi="SEB SansSerif Book"/>
            <w:lang w:val="sv-SE"/>
          </w:rPr>
          <w:t>ekonomi@malarohockey.com</w:t>
        </w:r>
      </w:hyperlink>
      <w:r w:rsidR="00771190">
        <w:rPr>
          <w:rFonts w:ascii="SEB SansSerif Book" w:hAnsi="SEB SansSerif Book"/>
          <w:lang w:val="sv-SE"/>
        </w:rPr>
        <w:t xml:space="preserve"> alternativt</w:t>
      </w:r>
      <w:r w:rsidR="001F7F96" w:rsidRPr="00F05500">
        <w:rPr>
          <w:rFonts w:ascii="SEB SansSerif Book" w:hAnsi="SEB SansSerif Book"/>
          <w:lang w:val="sv-SE"/>
        </w:rPr>
        <w:t xml:space="preserve"> våra domaransvariga</w:t>
      </w:r>
      <w:r w:rsidR="009D6B02" w:rsidRPr="00F05500">
        <w:rPr>
          <w:rFonts w:ascii="SEB SansSerif Book" w:hAnsi="SEB SansSerif Book"/>
          <w:lang w:val="sv-SE"/>
        </w:rPr>
        <w:t>.</w:t>
      </w:r>
    </w:p>
    <w:p w14:paraId="107948FB" w14:textId="55DE48B7" w:rsidR="009D6B02" w:rsidRPr="006C5442" w:rsidRDefault="00150C4C" w:rsidP="009D6B02">
      <w:pPr>
        <w:rPr>
          <w:lang w:val="sv-SE"/>
        </w:rPr>
      </w:pPr>
      <w:r w:rsidRPr="00F05500">
        <w:rPr>
          <w:lang w:val="sv-SE"/>
        </w:rPr>
        <w:t>Kontakt till</w:t>
      </w:r>
      <w:r w:rsidR="009D6B02" w:rsidRPr="00F05500">
        <w:rPr>
          <w:lang w:val="sv-SE"/>
        </w:rPr>
        <w:t xml:space="preserve"> DAIF – Domaransvariga i föreningen</w:t>
      </w:r>
      <w:r w:rsidR="009D6B02" w:rsidRPr="00F05500">
        <w:rPr>
          <w:lang w:val="sv-SE"/>
        </w:rPr>
        <w:br/>
        <w:t>Emil Enhörning 0722518421</w:t>
      </w:r>
      <w:r w:rsidR="009D6B02" w:rsidRPr="00F05500">
        <w:rPr>
          <w:lang w:val="sv-SE"/>
        </w:rPr>
        <w:br/>
        <w:t xml:space="preserve">Kristian </w:t>
      </w:r>
      <w:proofErr w:type="spellStart"/>
      <w:r w:rsidR="009D6B02" w:rsidRPr="00F05500">
        <w:rPr>
          <w:lang w:val="sv-SE"/>
        </w:rPr>
        <w:t>Hokka</w:t>
      </w:r>
      <w:proofErr w:type="spellEnd"/>
      <w:r w:rsidR="009D6B02" w:rsidRPr="00F05500">
        <w:rPr>
          <w:lang w:val="sv-SE"/>
        </w:rPr>
        <w:t xml:space="preserve"> 0736306504</w:t>
      </w:r>
    </w:p>
    <w:p w14:paraId="15B39C38" w14:textId="77777777" w:rsidR="00494E16" w:rsidRPr="009A0CF1" w:rsidRDefault="003F2380" w:rsidP="004A6AAA">
      <w:pPr>
        <w:pStyle w:val="Heading1"/>
        <w:rPr>
          <w:rFonts w:ascii="SEB SansSerif Book" w:hAnsi="SEB SansSerif Book"/>
          <w:lang w:val="sv-SE"/>
        </w:rPr>
      </w:pPr>
      <w:r w:rsidRPr="009A0CF1">
        <w:rPr>
          <w:rFonts w:ascii="SEB SansSerif Book" w:hAnsi="SEB SansSerif Book"/>
          <w:lang w:val="sv-SE"/>
        </w:rPr>
        <w:lastRenderedPageBreak/>
        <w:t>7. Cuper och träningsmatcher</w:t>
      </w:r>
    </w:p>
    <w:p w14:paraId="325548B4" w14:textId="1B7E8CE6" w:rsidR="00494E16" w:rsidRPr="009A0CF1" w:rsidRDefault="00FA2801">
      <w:pPr>
        <w:rPr>
          <w:rFonts w:ascii="SEB SansSerif Book" w:hAnsi="SEB SansSerif Book"/>
          <w:lang w:val="sv-SE"/>
        </w:rPr>
      </w:pPr>
      <w:r w:rsidRPr="009A0CF1">
        <w:rPr>
          <w:rFonts w:ascii="SEB SansSerif Book" w:hAnsi="SEB SansSerif Book"/>
          <w:lang w:val="sv-SE"/>
        </w:rPr>
        <w:t>Cuper är ofta uppskattade aktiviteter men innebär också kostnader och administration.</w:t>
      </w:r>
      <w:r w:rsidR="006D7EB9" w:rsidRPr="009A0CF1">
        <w:rPr>
          <w:rFonts w:ascii="SEB SansSerif Book" w:hAnsi="SEB SansSerif Book"/>
          <w:lang w:val="sv-SE"/>
        </w:rPr>
        <w:t xml:space="preserve"> Varje säsong finns det möjlighet att anordna egen cup kontakta </w:t>
      </w:r>
      <w:hyperlink r:id="rId15" w:history="1">
        <w:r w:rsidR="006D7EB9" w:rsidRPr="009A0CF1">
          <w:rPr>
            <w:rStyle w:val="Hyperlink"/>
            <w:rFonts w:ascii="SEB SansSerif Book" w:hAnsi="SEB SansSerif Book"/>
            <w:lang w:val="sv-SE"/>
          </w:rPr>
          <w:t>info@malarohockey.com</w:t>
        </w:r>
      </w:hyperlink>
    </w:p>
    <w:p w14:paraId="0CD2F0F8" w14:textId="77777777" w:rsidR="00494E16" w:rsidRDefault="00FA2801">
      <w:pPr>
        <w:rPr>
          <w:rFonts w:ascii="SEB SansSerif Book" w:hAnsi="SEB SansSerif Book"/>
          <w:lang w:val="sv-SE"/>
        </w:rPr>
      </w:pPr>
      <w:r w:rsidRPr="009A0CF1">
        <w:rPr>
          <w:rFonts w:ascii="SEB SansSerif Book" w:hAnsi="SEB SansSerif Book"/>
          <w:lang w:val="sv-SE"/>
        </w:rPr>
        <w:t>Innan laget anmäls till en cup ska ni därför kontrollera vad som gäller inom föreningen och säkerställa att aktiviteten är ekonomiskt förankrad.</w:t>
      </w:r>
    </w:p>
    <w:p w14:paraId="0DE5C5B9" w14:textId="6976A2DA" w:rsidR="00CE7DF0" w:rsidRPr="009A0CF1" w:rsidRDefault="00CE7DF0">
      <w:pPr>
        <w:rPr>
          <w:rFonts w:ascii="SEB SansSerif Book" w:hAnsi="SEB SansSerif Book"/>
          <w:lang w:val="sv-SE"/>
        </w:rPr>
      </w:pPr>
      <w:r>
        <w:rPr>
          <w:rFonts w:ascii="SEB SansSerif Book" w:hAnsi="SEB SansSerif Book"/>
          <w:lang w:val="sv-SE"/>
        </w:rPr>
        <w:t>Nytt för i år är att</w:t>
      </w:r>
      <w:r w:rsidR="00AC4CAA">
        <w:rPr>
          <w:rFonts w:ascii="SEB SansSerif Book" w:hAnsi="SEB SansSerif Book"/>
          <w:lang w:val="sv-SE"/>
        </w:rPr>
        <w:t xml:space="preserve"> förbundet ej </w:t>
      </w:r>
      <w:r w:rsidR="00EF5FCE">
        <w:rPr>
          <w:rFonts w:ascii="SEB SansSerif Book" w:hAnsi="SEB SansSerif Book"/>
          <w:lang w:val="sv-SE"/>
        </w:rPr>
        <w:t>godkänner att cuper</w:t>
      </w:r>
      <w:r w:rsidR="00AC4CAA">
        <w:rPr>
          <w:rFonts w:ascii="SEB SansSerif Book" w:hAnsi="SEB SansSerif Book"/>
          <w:lang w:val="sv-SE"/>
        </w:rPr>
        <w:t xml:space="preserve"> att arrangeras på skoltid, enbart lov och helg</w:t>
      </w:r>
      <w:r w:rsidR="007C15EA">
        <w:rPr>
          <w:rFonts w:ascii="SEB SansSerif Book" w:hAnsi="SEB SansSerif Book"/>
          <w:lang w:val="sv-SE"/>
        </w:rPr>
        <w:t>er.</w:t>
      </w:r>
    </w:p>
    <w:p w14:paraId="137309D3" w14:textId="77777777" w:rsidR="00494E16" w:rsidRPr="00CE7DF0" w:rsidRDefault="00FA2801">
      <w:pPr>
        <w:rPr>
          <w:rFonts w:ascii="SEB SansSerif Book" w:hAnsi="SEB SansSerif Book"/>
          <w:lang w:val="sv-SE"/>
        </w:rPr>
      </w:pPr>
      <w:r w:rsidRPr="00CE7DF0">
        <w:rPr>
          <w:rFonts w:ascii="SEB SansSerif Book" w:hAnsi="SEB SansSerif Book"/>
          <w:lang w:val="sv-SE"/>
        </w:rPr>
        <w:t>Kostnader kan exempelvis avse:</w:t>
      </w:r>
    </w:p>
    <w:p w14:paraId="3F4CB22D" w14:textId="56BAC3E8" w:rsidR="00494E16" w:rsidRPr="00D247BC" w:rsidRDefault="00A00EF4">
      <w:pPr>
        <w:pStyle w:val="ListBullet"/>
        <w:rPr>
          <w:rFonts w:ascii="SEB SansSerif Book" w:hAnsi="SEB SansSerif Book"/>
          <w:lang w:val="sv-SE"/>
        </w:rPr>
      </w:pPr>
      <w:r>
        <w:rPr>
          <w:rFonts w:ascii="SEB SansSerif Book" w:hAnsi="SEB SansSerif Book"/>
          <w:lang w:val="sv-SE"/>
        </w:rPr>
        <w:t>Förbundets c</w:t>
      </w:r>
      <w:r w:rsidR="00FA2801" w:rsidRPr="00D247BC">
        <w:rPr>
          <w:rFonts w:ascii="SEB SansSerif Book" w:hAnsi="SEB SansSerif Book"/>
          <w:lang w:val="sv-SE"/>
        </w:rPr>
        <w:t>upavgift</w:t>
      </w:r>
      <w:r w:rsidR="00D247BC" w:rsidRPr="00D247BC">
        <w:rPr>
          <w:rFonts w:ascii="SEB SansSerif Book" w:hAnsi="SEB SansSerif Book"/>
          <w:lang w:val="sv-SE"/>
        </w:rPr>
        <w:t xml:space="preserve"> – betalas av lagkassan (se </w:t>
      </w:r>
      <w:r w:rsidR="005F2E9B">
        <w:rPr>
          <w:rFonts w:ascii="SEB SansSerif Book" w:hAnsi="SEB SansSerif Book"/>
          <w:lang w:val="sv-SE"/>
        </w:rPr>
        <w:t>instruktion för lag</w:t>
      </w:r>
      <w:r w:rsidR="00445965">
        <w:rPr>
          <w:rFonts w:ascii="SEB SansSerif Book" w:hAnsi="SEB SansSerif Book"/>
          <w:lang w:val="sv-SE"/>
        </w:rPr>
        <w:t>kassörer)</w:t>
      </w:r>
    </w:p>
    <w:p w14:paraId="7C5C4FF8"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boende</w:t>
      </w:r>
      <w:proofErr w:type="spellEnd"/>
    </w:p>
    <w:p w14:paraId="7C74E54F" w14:textId="77777777" w:rsidR="00494E16" w:rsidRPr="009A0CF1" w:rsidRDefault="00FA2801">
      <w:pPr>
        <w:pStyle w:val="ListBullet"/>
        <w:rPr>
          <w:rFonts w:ascii="SEB SansSerif Book" w:hAnsi="SEB SansSerif Book"/>
        </w:rPr>
      </w:pPr>
      <w:r w:rsidRPr="009A0CF1">
        <w:rPr>
          <w:rFonts w:ascii="SEB SansSerif Book" w:hAnsi="SEB SansSerif Book"/>
        </w:rPr>
        <w:t>mat</w:t>
      </w:r>
    </w:p>
    <w:p w14:paraId="2B8E1098" w14:textId="77777777" w:rsidR="00494E16" w:rsidRPr="009A0CF1" w:rsidRDefault="00FA2801">
      <w:pPr>
        <w:pStyle w:val="ListBullet"/>
        <w:rPr>
          <w:rFonts w:ascii="SEB SansSerif Book" w:hAnsi="SEB SansSerif Book"/>
        </w:rPr>
      </w:pPr>
      <w:r w:rsidRPr="009A0CF1">
        <w:rPr>
          <w:rFonts w:ascii="SEB SansSerif Book" w:hAnsi="SEB SansSerif Book"/>
        </w:rPr>
        <w:t>transporter</w:t>
      </w:r>
    </w:p>
    <w:p w14:paraId="041F6BAB"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domare</w:t>
      </w:r>
      <w:proofErr w:type="spellEnd"/>
    </w:p>
    <w:p w14:paraId="4472276F" w14:textId="089F0792" w:rsidR="00494E16" w:rsidRPr="00445965" w:rsidRDefault="00A00EF4">
      <w:pPr>
        <w:pStyle w:val="ListBullet"/>
        <w:rPr>
          <w:rFonts w:ascii="SEB SansSerif Book" w:hAnsi="SEB SansSerif Book"/>
          <w:lang w:val="sv-SE"/>
        </w:rPr>
      </w:pPr>
      <w:r>
        <w:rPr>
          <w:rFonts w:ascii="SEB SansSerif Book" w:hAnsi="SEB SansSerif Book"/>
          <w:lang w:val="sv-SE"/>
        </w:rPr>
        <w:t xml:space="preserve">cuper </w:t>
      </w:r>
      <w:r w:rsidR="00FA2801" w:rsidRPr="00445965">
        <w:rPr>
          <w:rFonts w:ascii="SEB SansSerif Book" w:hAnsi="SEB SansSerif Book"/>
          <w:lang w:val="sv-SE"/>
        </w:rPr>
        <w:t>istider</w:t>
      </w:r>
      <w:r w:rsidR="00445965" w:rsidRPr="00445965">
        <w:rPr>
          <w:rFonts w:ascii="SEB SansSerif Book" w:hAnsi="SEB SansSerif Book"/>
          <w:lang w:val="sv-SE"/>
        </w:rPr>
        <w:t xml:space="preserve"> – betalas av lagkassan (s</w:t>
      </w:r>
      <w:r w:rsidR="00445965">
        <w:rPr>
          <w:rFonts w:ascii="SEB SansSerif Book" w:hAnsi="SEB SansSerif Book"/>
          <w:lang w:val="sv-SE"/>
        </w:rPr>
        <w:t xml:space="preserve">e </w:t>
      </w:r>
      <w:proofErr w:type="spellStart"/>
      <w:r w:rsidR="00445965">
        <w:rPr>
          <w:rFonts w:ascii="SEB SansSerif Book" w:hAnsi="SEB SansSerif Book"/>
          <w:lang w:val="sv-SE"/>
        </w:rPr>
        <w:t>intruktion</w:t>
      </w:r>
      <w:proofErr w:type="spellEnd"/>
      <w:r w:rsidR="00445965">
        <w:rPr>
          <w:rFonts w:ascii="SEB SansSerif Book" w:hAnsi="SEB SansSerif Book"/>
          <w:lang w:val="sv-SE"/>
        </w:rPr>
        <w:t xml:space="preserve"> för lagkassörer)</w:t>
      </w:r>
    </w:p>
    <w:p w14:paraId="6A5F9C85"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andra</w:t>
      </w:r>
      <w:proofErr w:type="spellEnd"/>
      <w:r w:rsidRPr="009A0CF1">
        <w:rPr>
          <w:rFonts w:ascii="SEB SansSerif Book" w:hAnsi="SEB SansSerif Book"/>
        </w:rPr>
        <w:t xml:space="preserve"> </w:t>
      </w:r>
      <w:proofErr w:type="spellStart"/>
      <w:r w:rsidRPr="009A0CF1">
        <w:rPr>
          <w:rFonts w:ascii="SEB SansSerif Book" w:hAnsi="SEB SansSerif Book"/>
        </w:rPr>
        <w:t>aktiviteter</w:t>
      </w:r>
      <w:proofErr w:type="spellEnd"/>
    </w:p>
    <w:p w14:paraId="71049A4B" w14:textId="7C5B5653" w:rsidR="00494E16" w:rsidRPr="009A0CF1" w:rsidRDefault="00FA2801">
      <w:pPr>
        <w:rPr>
          <w:rFonts w:ascii="SEB SansSerif Book" w:hAnsi="SEB SansSerif Book"/>
          <w:lang w:val="sv-SE"/>
        </w:rPr>
      </w:pPr>
      <w:r w:rsidRPr="009A0CF1">
        <w:rPr>
          <w:rFonts w:ascii="SEB SansSerif Book" w:hAnsi="SEB SansSerif Book"/>
          <w:lang w:val="sv-SE"/>
        </w:rPr>
        <w:t>Stäm av ekonomin med lagets kassör innan bokningar eller ekonomiska åtaganden görs. Detsamma gäller när laget planerar egna träningsmatcher eller andra större aktiviteter.</w:t>
      </w:r>
    </w:p>
    <w:p w14:paraId="133B89CE" w14:textId="77777777" w:rsidR="00494E16" w:rsidRPr="009A0CF1" w:rsidRDefault="003F2380" w:rsidP="00FE6841">
      <w:pPr>
        <w:pStyle w:val="Heading1"/>
        <w:rPr>
          <w:rFonts w:ascii="SEB SansSerif Book" w:hAnsi="SEB SansSerif Book"/>
          <w:lang w:val="sv-SE"/>
        </w:rPr>
      </w:pPr>
      <w:r w:rsidRPr="009A0CF1">
        <w:rPr>
          <w:rFonts w:ascii="SEB SansSerif Book" w:hAnsi="SEB SansSerif Book"/>
          <w:lang w:val="sv-SE"/>
        </w:rPr>
        <w:t>8. Lagets ekonomi</w:t>
      </w:r>
    </w:p>
    <w:p w14:paraId="0FEDD2B5"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och lagets kassör behöver ha en nära dialog.</w:t>
      </w:r>
    </w:p>
    <w:p w14:paraId="31B91776" w14:textId="77777777" w:rsidR="00494E16" w:rsidRPr="009A0CF1" w:rsidRDefault="00FA2801">
      <w:pPr>
        <w:rPr>
          <w:rFonts w:ascii="SEB SansSerif Book" w:hAnsi="SEB SansSerif Book"/>
          <w:lang w:val="sv-SE"/>
        </w:rPr>
      </w:pPr>
      <w:r w:rsidRPr="009A0CF1">
        <w:rPr>
          <w:rFonts w:ascii="SEB SansSerif Book" w:hAnsi="SEB SansSerif Book"/>
          <w:lang w:val="sv-SE"/>
        </w:rPr>
        <w:t>Lagets ekonomi är en del av föreningens ekonomi och ska hanteras enligt Mälarö Hockeys ekonomiska rutiner.</w:t>
      </w:r>
    </w:p>
    <w:p w14:paraId="24C5DC11"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ska därför inte själv skapa egna ekonomiska lösningar vid sidan av föreningens rutiner.</w:t>
      </w:r>
    </w:p>
    <w:p w14:paraId="5598359E" w14:textId="77777777" w:rsidR="00494E16" w:rsidRPr="009A0CF1" w:rsidRDefault="00FA2801">
      <w:pPr>
        <w:rPr>
          <w:rFonts w:ascii="SEB SansSerif Book" w:hAnsi="SEB SansSerif Book"/>
          <w:lang w:val="sv-SE"/>
        </w:rPr>
      </w:pPr>
      <w:r w:rsidRPr="009A0CF1">
        <w:rPr>
          <w:rFonts w:ascii="SEB SansSerif Book" w:hAnsi="SEB SansSerif Book"/>
          <w:lang w:val="sv-SE"/>
        </w:rPr>
        <w:t>Innan större kostnader uppstår ska ni säkerställa:</w:t>
      </w:r>
    </w:p>
    <w:p w14:paraId="4B4DC624" w14:textId="77777777" w:rsidR="00494E16" w:rsidRPr="009A0CF1" w:rsidRDefault="00FA2801">
      <w:pPr>
        <w:pStyle w:val="ListBullet"/>
        <w:rPr>
          <w:rFonts w:ascii="SEB SansSerif Book" w:hAnsi="SEB SansSerif Book"/>
        </w:rPr>
      </w:pPr>
      <w:r w:rsidRPr="009A0CF1">
        <w:rPr>
          <w:rFonts w:ascii="SEB SansSerif Book" w:hAnsi="SEB SansSerif Book"/>
        </w:rPr>
        <w:t xml:space="preserve">Vad </w:t>
      </w:r>
      <w:proofErr w:type="spellStart"/>
      <w:r w:rsidRPr="009A0CF1">
        <w:rPr>
          <w:rFonts w:ascii="SEB SansSerif Book" w:hAnsi="SEB SansSerif Book"/>
        </w:rPr>
        <w:t>kostar</w:t>
      </w:r>
      <w:proofErr w:type="spellEnd"/>
      <w:r w:rsidRPr="009A0CF1">
        <w:rPr>
          <w:rFonts w:ascii="SEB SansSerif Book" w:hAnsi="SEB SansSerif Book"/>
        </w:rPr>
        <w:t xml:space="preserve"> </w:t>
      </w:r>
      <w:proofErr w:type="spellStart"/>
      <w:r w:rsidRPr="009A0CF1">
        <w:rPr>
          <w:rFonts w:ascii="SEB SansSerif Book" w:hAnsi="SEB SansSerif Book"/>
        </w:rPr>
        <w:t>aktiviteten</w:t>
      </w:r>
      <w:proofErr w:type="spellEnd"/>
      <w:r w:rsidRPr="009A0CF1">
        <w:rPr>
          <w:rFonts w:ascii="SEB SansSerif Book" w:hAnsi="SEB SansSerif Book"/>
        </w:rPr>
        <w:t>?</w:t>
      </w:r>
    </w:p>
    <w:p w14:paraId="01B72175" w14:textId="77777777" w:rsidR="00494E16" w:rsidRPr="009A0CF1" w:rsidRDefault="00FA2801">
      <w:pPr>
        <w:pStyle w:val="ListBullet"/>
        <w:rPr>
          <w:rFonts w:ascii="SEB SansSerif Book" w:hAnsi="SEB SansSerif Book"/>
        </w:rPr>
      </w:pPr>
      <w:r w:rsidRPr="009A0CF1">
        <w:rPr>
          <w:rFonts w:ascii="SEB SansSerif Book" w:hAnsi="SEB SansSerif Book"/>
        </w:rPr>
        <w:t xml:space="preserve">Vem ska </w:t>
      </w:r>
      <w:proofErr w:type="spellStart"/>
      <w:r w:rsidRPr="009A0CF1">
        <w:rPr>
          <w:rFonts w:ascii="SEB SansSerif Book" w:hAnsi="SEB SansSerif Book"/>
        </w:rPr>
        <w:t>betala</w:t>
      </w:r>
      <w:proofErr w:type="spellEnd"/>
      <w:r w:rsidRPr="009A0CF1">
        <w:rPr>
          <w:rFonts w:ascii="SEB SansSerif Book" w:hAnsi="SEB SansSerif Book"/>
        </w:rPr>
        <w:t>?</w:t>
      </w:r>
    </w:p>
    <w:p w14:paraId="698B38D4" w14:textId="77777777" w:rsidR="00494E16" w:rsidRPr="009A0CF1" w:rsidRDefault="00FA2801">
      <w:pPr>
        <w:pStyle w:val="ListBullet"/>
        <w:rPr>
          <w:rFonts w:ascii="SEB SansSerif Book" w:hAnsi="SEB SansSerif Book"/>
          <w:lang w:val="sv-SE"/>
        </w:rPr>
      </w:pPr>
      <w:r w:rsidRPr="009A0CF1">
        <w:rPr>
          <w:rFonts w:ascii="SEB SansSerif Book" w:hAnsi="SEB SansSerif Book"/>
          <w:lang w:val="sv-SE"/>
        </w:rPr>
        <w:t>Finns pengarna i lagets budget/lagkassa?</w:t>
      </w:r>
    </w:p>
    <w:p w14:paraId="1D10071E" w14:textId="77777777" w:rsidR="00494E16" w:rsidRPr="009A0CF1" w:rsidRDefault="00FA2801">
      <w:pPr>
        <w:pStyle w:val="ListBullet"/>
        <w:rPr>
          <w:rFonts w:ascii="SEB SansSerif Book" w:hAnsi="SEB SansSerif Book"/>
          <w:lang w:val="sv-SE"/>
        </w:rPr>
      </w:pPr>
      <w:r w:rsidRPr="009A0CF1">
        <w:rPr>
          <w:rFonts w:ascii="SEB SansSerif Book" w:hAnsi="SEB SansSerif Book"/>
          <w:lang w:val="sv-SE"/>
        </w:rPr>
        <w:t>Behöver kostnaden godkännas av föreningen?</w:t>
      </w:r>
    </w:p>
    <w:p w14:paraId="0AEDDC2C" w14:textId="77777777" w:rsidR="00494E16" w:rsidRPr="009A0CF1" w:rsidRDefault="00FA2801">
      <w:pPr>
        <w:rPr>
          <w:rFonts w:ascii="SEB SansSerif Book" w:hAnsi="SEB SansSerif Book"/>
          <w:lang w:val="sv-SE"/>
        </w:rPr>
      </w:pPr>
      <w:r w:rsidRPr="009A0CF1">
        <w:rPr>
          <w:rFonts w:ascii="SEB SansSerif Book" w:hAnsi="SEB SansSerif Book"/>
          <w:lang w:val="sv-SE"/>
        </w:rPr>
        <w:t>Kvitton, fakturor, utlägg och andra ekonomiska underlag ska hanteras enligt föreningens ekonomiska rutiner.</w:t>
      </w:r>
    </w:p>
    <w:p w14:paraId="5527402C" w14:textId="77777777" w:rsidR="00494E16" w:rsidRPr="009A0CF1" w:rsidRDefault="003F2380" w:rsidP="005F7960">
      <w:pPr>
        <w:pStyle w:val="Heading1"/>
        <w:rPr>
          <w:rFonts w:ascii="SEB SansSerif Book" w:hAnsi="SEB SansSerif Book"/>
          <w:lang w:val="sv-SE"/>
        </w:rPr>
      </w:pPr>
      <w:r w:rsidRPr="009A0CF1">
        <w:rPr>
          <w:rFonts w:ascii="SEB SansSerif Book" w:hAnsi="SEB SansSerif Book"/>
          <w:lang w:val="sv-SE"/>
        </w:rPr>
        <w:t>9. Lagkassan</w:t>
      </w:r>
    </w:p>
    <w:p w14:paraId="24FA1E50" w14:textId="77777777" w:rsidR="00494E16" w:rsidRPr="009A0CF1" w:rsidRDefault="00FA2801">
      <w:pPr>
        <w:rPr>
          <w:rFonts w:ascii="SEB SansSerif Book" w:hAnsi="SEB SansSerif Book"/>
          <w:lang w:val="sv-SE"/>
        </w:rPr>
      </w:pPr>
      <w:r w:rsidRPr="009A0CF1">
        <w:rPr>
          <w:rFonts w:ascii="SEB SansSerif Book" w:hAnsi="SEB SansSerif Book"/>
          <w:lang w:val="sv-SE"/>
        </w:rPr>
        <w:t>Lagkassan tillhör föreningens ekonomi och ska användas enligt föreningens regler.</w:t>
      </w:r>
    </w:p>
    <w:p w14:paraId="2A69B1D0"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och kassören behöver tillsammans ha kontroll över vilka aktiviteter laget planerar och vilka kostnader dessa innebär.</w:t>
      </w:r>
    </w:p>
    <w:p w14:paraId="33D74EBB"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bör därför alltid involvera kassören innan laget bokar cuper, resor, aktiviteter eller gör andra större inköp.</w:t>
      </w:r>
    </w:p>
    <w:p w14:paraId="2D29CA81" w14:textId="43D8AABB" w:rsidR="00494E16" w:rsidRPr="009A0CF1" w:rsidRDefault="003F2380" w:rsidP="00FE1F55">
      <w:pPr>
        <w:pStyle w:val="Heading1"/>
        <w:rPr>
          <w:rFonts w:ascii="SEB SansSerif Book" w:hAnsi="SEB SansSerif Book"/>
          <w:lang w:val="sv-SE"/>
        </w:rPr>
      </w:pPr>
      <w:r w:rsidRPr="009A0CF1">
        <w:rPr>
          <w:rFonts w:ascii="SEB SansSerif Book" w:hAnsi="SEB SansSerif Book"/>
          <w:lang w:val="sv-SE"/>
        </w:rPr>
        <w:lastRenderedPageBreak/>
        <w:t>10. Spelar- och ledaruppgifter</w:t>
      </w:r>
      <w:r w:rsidR="00B51F64">
        <w:rPr>
          <w:rFonts w:ascii="SEB SansSerif Book" w:hAnsi="SEB SansSerif Book"/>
          <w:lang w:val="sv-SE"/>
        </w:rPr>
        <w:t xml:space="preserve"> – i </w:t>
      </w:r>
      <w:proofErr w:type="spellStart"/>
      <w:r w:rsidR="00B51F64">
        <w:rPr>
          <w:rFonts w:ascii="SEB SansSerif Book" w:hAnsi="SEB SansSerif Book"/>
          <w:lang w:val="sv-SE"/>
        </w:rPr>
        <w:t>Sportadmin</w:t>
      </w:r>
      <w:proofErr w:type="spellEnd"/>
    </w:p>
    <w:p w14:paraId="6419061A"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hjälper till att säkerställa att lagets uppgifter är aktuella.</w:t>
      </w:r>
    </w:p>
    <w:p w14:paraId="2F0BF5AD" w14:textId="77777777" w:rsidR="00494E16" w:rsidRPr="009A0CF1" w:rsidRDefault="00FA2801">
      <w:pPr>
        <w:rPr>
          <w:rFonts w:ascii="SEB SansSerif Book" w:hAnsi="SEB SansSerif Book"/>
        </w:rPr>
      </w:pPr>
      <w:r w:rsidRPr="009A0CF1">
        <w:rPr>
          <w:rFonts w:ascii="SEB SansSerif Book" w:hAnsi="SEB SansSerif Book"/>
        </w:rPr>
        <w:t xml:space="preserve">Det </w:t>
      </w:r>
      <w:proofErr w:type="spellStart"/>
      <w:r w:rsidRPr="009A0CF1">
        <w:rPr>
          <w:rFonts w:ascii="SEB SansSerif Book" w:hAnsi="SEB SansSerif Book"/>
        </w:rPr>
        <w:t>gäller</w:t>
      </w:r>
      <w:proofErr w:type="spellEnd"/>
      <w:r w:rsidRPr="009A0CF1">
        <w:rPr>
          <w:rFonts w:ascii="SEB SansSerif Book" w:hAnsi="SEB SansSerif Book"/>
        </w:rPr>
        <w:t xml:space="preserve"> </w:t>
      </w:r>
      <w:proofErr w:type="spellStart"/>
      <w:r w:rsidRPr="009A0CF1">
        <w:rPr>
          <w:rFonts w:ascii="SEB SansSerif Book" w:hAnsi="SEB SansSerif Book"/>
        </w:rPr>
        <w:t>exempelvis</w:t>
      </w:r>
      <w:proofErr w:type="spellEnd"/>
      <w:r w:rsidRPr="009A0CF1">
        <w:rPr>
          <w:rFonts w:ascii="SEB SansSerif Book" w:hAnsi="SEB SansSerif Book"/>
        </w:rPr>
        <w:t>:</w:t>
      </w:r>
    </w:p>
    <w:p w14:paraId="78DCCCB4"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spelare</w:t>
      </w:r>
      <w:proofErr w:type="spellEnd"/>
    </w:p>
    <w:p w14:paraId="49A613F2"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vårdnadshavare</w:t>
      </w:r>
      <w:proofErr w:type="spellEnd"/>
    </w:p>
    <w:p w14:paraId="0357FCD1"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tränare</w:t>
      </w:r>
      <w:proofErr w:type="spellEnd"/>
    </w:p>
    <w:p w14:paraId="618A7F7E"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lagledare</w:t>
      </w:r>
      <w:proofErr w:type="spellEnd"/>
    </w:p>
    <w:p w14:paraId="1949ED00"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materialare</w:t>
      </w:r>
      <w:proofErr w:type="spellEnd"/>
    </w:p>
    <w:p w14:paraId="4415E5E0"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övriga</w:t>
      </w:r>
      <w:proofErr w:type="spellEnd"/>
      <w:r w:rsidRPr="009A0CF1">
        <w:rPr>
          <w:rFonts w:ascii="SEB SansSerif Book" w:hAnsi="SEB SansSerif Book"/>
        </w:rPr>
        <w:t xml:space="preserve"> </w:t>
      </w:r>
      <w:proofErr w:type="spellStart"/>
      <w:r w:rsidRPr="009A0CF1">
        <w:rPr>
          <w:rFonts w:ascii="SEB SansSerif Book" w:hAnsi="SEB SansSerif Book"/>
        </w:rPr>
        <w:t>ledare</w:t>
      </w:r>
      <w:proofErr w:type="spellEnd"/>
    </w:p>
    <w:p w14:paraId="1720AA27"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kontaktuppgifter</w:t>
      </w:r>
      <w:proofErr w:type="spellEnd"/>
    </w:p>
    <w:p w14:paraId="05D196CB" w14:textId="77777777" w:rsidR="0077652C" w:rsidRPr="009A0CF1" w:rsidRDefault="005042E9" w:rsidP="005042E9">
      <w:pPr>
        <w:pStyle w:val="ListBullet"/>
        <w:rPr>
          <w:rFonts w:ascii="SEB SansSerif Book" w:hAnsi="SEB SansSerif Book"/>
          <w:lang w:val="sv-SE"/>
        </w:rPr>
      </w:pPr>
      <w:r w:rsidRPr="009A0CF1">
        <w:rPr>
          <w:rFonts w:ascii="SEB SansSerif Book" w:hAnsi="SEB SansSerif Book"/>
          <w:lang w:val="sv-SE"/>
        </w:rPr>
        <w:t xml:space="preserve">utdrag ur belastningsregistret ska skickas in till </w:t>
      </w:r>
      <w:hyperlink r:id="rId16" w:history="1">
        <w:r w:rsidRPr="009A0CF1">
          <w:rPr>
            <w:rStyle w:val="Hyperlink"/>
            <w:rFonts w:ascii="SEB SansSerif Book" w:hAnsi="SEB SansSerif Book"/>
            <w:sz w:val="24"/>
            <w:szCs w:val="24"/>
            <w:lang w:val="sv-SE"/>
          </w:rPr>
          <w:t>info@malarohockey.com</w:t>
        </w:r>
      </w:hyperlink>
      <w:r w:rsidRPr="009A0CF1">
        <w:rPr>
          <w:rFonts w:ascii="SEB SansSerif Book" w:hAnsi="SEB SansSerif Book"/>
          <w:lang w:val="sv-SE"/>
        </w:rPr>
        <w:t xml:space="preserve"> inför varje säsong, senast i samband med säsongsstart</w:t>
      </w:r>
    </w:p>
    <w:p w14:paraId="0A478EF7" w14:textId="77777777" w:rsidR="005042E9" w:rsidRPr="009A0CF1" w:rsidRDefault="005042E9">
      <w:pPr>
        <w:rPr>
          <w:rFonts w:ascii="SEB SansSerif Book" w:hAnsi="SEB SansSerif Book"/>
          <w:kern w:val="2"/>
          <w:szCs w:val="21"/>
          <w:lang w:val="sv-SE" w:eastAsia="zh-CN"/>
          <w14:ligatures w14:val="standardContextual"/>
        </w:rPr>
      </w:pPr>
      <w:r w:rsidRPr="009A0CF1">
        <w:rPr>
          <w:rFonts w:ascii="SEB SansSerif Book" w:hAnsi="SEB SansSerif Book"/>
          <w:lang w:val="sv-SE"/>
        </w:rPr>
        <w:t>Belastningsregister är ett krav för samtliga ledare och ska vara inskickat innan eller i direkt anslutning till att säsongen startar. Det ska inte hanteras löpande under säsongen eller först när respektive ledare själv tar initiativ, utan lagledaren behöver hjälpa till att följa upp att alla berörda ledare i laget har skickat in sitt utdrag i tid.</w:t>
      </w:r>
    </w:p>
    <w:p w14:paraId="5B2C6399" w14:textId="77777777" w:rsidR="00494E16" w:rsidRPr="009A0CF1" w:rsidRDefault="00FA2801">
      <w:pPr>
        <w:rPr>
          <w:rFonts w:ascii="SEB SansSerif Book" w:hAnsi="SEB SansSerif Book"/>
          <w:lang w:val="sv-SE"/>
        </w:rPr>
      </w:pPr>
      <w:r w:rsidRPr="009A0CF1">
        <w:rPr>
          <w:rFonts w:ascii="SEB SansSerif Book" w:hAnsi="SEB SansSerif Book"/>
          <w:lang w:val="sv-SE"/>
        </w:rPr>
        <w:t>Meddela föreningen om någon börjar eller slutar eller om andra förändringar behöver göras. Personuppgifter ska hanteras varsamt och endast användas för föreningens verksamhet.</w:t>
      </w:r>
    </w:p>
    <w:p w14:paraId="0A88E7ED" w14:textId="77777777" w:rsidR="00494E16" w:rsidRPr="009A0CF1" w:rsidRDefault="003F2380" w:rsidP="00A84327">
      <w:pPr>
        <w:pStyle w:val="Heading1"/>
        <w:rPr>
          <w:rFonts w:ascii="SEB SansSerif Book" w:hAnsi="SEB SansSerif Book"/>
          <w:lang w:val="sv-SE"/>
        </w:rPr>
      </w:pPr>
      <w:r w:rsidRPr="009A0CF1">
        <w:rPr>
          <w:rFonts w:ascii="SEB SansSerif Book" w:hAnsi="SEB SansSerif Book"/>
          <w:lang w:val="sv-SE"/>
        </w:rPr>
        <w:t>11. Nya spelare</w:t>
      </w:r>
    </w:p>
    <w:p w14:paraId="7EA28663" w14:textId="77777777" w:rsidR="00494E16" w:rsidRPr="009A0CF1" w:rsidRDefault="00FA2801">
      <w:pPr>
        <w:rPr>
          <w:rFonts w:ascii="SEB SansSerif Book" w:hAnsi="SEB SansSerif Book"/>
          <w:lang w:val="sv-SE"/>
        </w:rPr>
      </w:pPr>
      <w:r w:rsidRPr="009A0CF1">
        <w:rPr>
          <w:rFonts w:ascii="SEB SansSerif Book" w:hAnsi="SEB SansSerif Book"/>
          <w:lang w:val="sv-SE"/>
        </w:rPr>
        <w:t>När en ny spelare kommer till laget är lagledaren ofta en viktig del av välkomnandet.</w:t>
      </w:r>
    </w:p>
    <w:p w14:paraId="3C0A733C" w14:textId="77777777" w:rsidR="00494E16" w:rsidRPr="009A0CF1" w:rsidRDefault="00FA2801">
      <w:pPr>
        <w:rPr>
          <w:rFonts w:ascii="SEB SansSerif Book" w:hAnsi="SEB SansSerif Book"/>
          <w:lang w:val="sv-SE"/>
        </w:rPr>
      </w:pPr>
      <w:r w:rsidRPr="009A0CF1">
        <w:rPr>
          <w:rFonts w:ascii="SEB SansSerif Book" w:hAnsi="SEB SansSerif Book"/>
          <w:lang w:val="sv-SE"/>
        </w:rPr>
        <w:t>Hjälp spelaren och familjen att förstå:</w:t>
      </w:r>
    </w:p>
    <w:p w14:paraId="77F39498"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hur</w:t>
      </w:r>
      <w:proofErr w:type="spellEnd"/>
      <w:r w:rsidRPr="009A0CF1">
        <w:rPr>
          <w:rFonts w:ascii="SEB SansSerif Book" w:hAnsi="SEB SansSerif Book"/>
        </w:rPr>
        <w:t xml:space="preserve"> </w:t>
      </w:r>
      <w:proofErr w:type="spellStart"/>
      <w:r w:rsidRPr="009A0CF1">
        <w:rPr>
          <w:rFonts w:ascii="SEB SansSerif Book" w:hAnsi="SEB SansSerif Book"/>
        </w:rPr>
        <w:t>laget</w:t>
      </w:r>
      <w:proofErr w:type="spellEnd"/>
      <w:r w:rsidRPr="009A0CF1">
        <w:rPr>
          <w:rFonts w:ascii="SEB SansSerif Book" w:hAnsi="SEB SansSerif Book"/>
        </w:rPr>
        <w:t xml:space="preserve"> </w:t>
      </w:r>
      <w:proofErr w:type="spellStart"/>
      <w:r w:rsidRPr="009A0CF1">
        <w:rPr>
          <w:rFonts w:ascii="SEB SansSerif Book" w:hAnsi="SEB SansSerif Book"/>
        </w:rPr>
        <w:t>kommunicerar</w:t>
      </w:r>
      <w:proofErr w:type="spellEnd"/>
    </w:p>
    <w:p w14:paraId="56987637"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hur</w:t>
      </w:r>
      <w:proofErr w:type="spellEnd"/>
      <w:r w:rsidRPr="009A0CF1">
        <w:rPr>
          <w:rFonts w:ascii="SEB SansSerif Book" w:hAnsi="SEB SansSerif Book"/>
        </w:rPr>
        <w:t xml:space="preserve"> </w:t>
      </w:r>
      <w:proofErr w:type="spellStart"/>
      <w:r w:rsidRPr="009A0CF1">
        <w:rPr>
          <w:rFonts w:ascii="SEB SansSerif Book" w:hAnsi="SEB SansSerif Book"/>
        </w:rPr>
        <w:t>kallelser</w:t>
      </w:r>
      <w:proofErr w:type="spellEnd"/>
      <w:r w:rsidRPr="009A0CF1">
        <w:rPr>
          <w:rFonts w:ascii="SEB SansSerif Book" w:hAnsi="SEB SansSerif Book"/>
        </w:rPr>
        <w:t xml:space="preserve"> </w:t>
      </w:r>
      <w:proofErr w:type="spellStart"/>
      <w:r w:rsidRPr="009A0CF1">
        <w:rPr>
          <w:rFonts w:ascii="SEB SansSerif Book" w:hAnsi="SEB SansSerif Book"/>
        </w:rPr>
        <w:t>fungerar</w:t>
      </w:r>
      <w:proofErr w:type="spellEnd"/>
    </w:p>
    <w:p w14:paraId="31FC0482"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träningstider</w:t>
      </w:r>
      <w:proofErr w:type="spellEnd"/>
    </w:p>
    <w:p w14:paraId="2C45B19D"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kontaktvägar</w:t>
      </w:r>
      <w:proofErr w:type="spellEnd"/>
    </w:p>
    <w:p w14:paraId="08BBAB55"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praktiska</w:t>
      </w:r>
      <w:proofErr w:type="spellEnd"/>
      <w:r w:rsidRPr="009A0CF1">
        <w:rPr>
          <w:rFonts w:ascii="SEB SansSerif Book" w:hAnsi="SEB SansSerif Book"/>
        </w:rPr>
        <w:t xml:space="preserve"> </w:t>
      </w:r>
      <w:proofErr w:type="spellStart"/>
      <w:r w:rsidRPr="009A0CF1">
        <w:rPr>
          <w:rFonts w:ascii="SEB SansSerif Book" w:hAnsi="SEB SansSerif Book"/>
        </w:rPr>
        <w:t>rutiner</w:t>
      </w:r>
      <w:proofErr w:type="spellEnd"/>
    </w:p>
    <w:p w14:paraId="22A88072" w14:textId="77777777" w:rsidR="00494E16" w:rsidRPr="009A0CF1" w:rsidRDefault="00FA2801">
      <w:pPr>
        <w:pStyle w:val="ListBullet"/>
        <w:rPr>
          <w:rFonts w:ascii="SEB SansSerif Book" w:hAnsi="SEB SansSerif Book"/>
          <w:lang w:val="sv-SE"/>
        </w:rPr>
      </w:pPr>
      <w:r w:rsidRPr="009A0CF1">
        <w:rPr>
          <w:rFonts w:ascii="SEB SansSerif Book" w:hAnsi="SEB SansSerif Book"/>
          <w:lang w:val="sv-SE"/>
        </w:rPr>
        <w:t>vilka personer som har vilka roller</w:t>
      </w:r>
    </w:p>
    <w:p w14:paraId="35546178" w14:textId="058FBA38" w:rsidR="00494E16" w:rsidRPr="009A0CF1" w:rsidRDefault="00FA2801">
      <w:pPr>
        <w:rPr>
          <w:rFonts w:ascii="SEB SansSerif Book" w:hAnsi="SEB SansSerif Book"/>
          <w:lang w:val="sv-SE"/>
        </w:rPr>
      </w:pPr>
      <w:r w:rsidRPr="009A0CF1">
        <w:rPr>
          <w:rFonts w:ascii="SEB SansSerif Book" w:hAnsi="SEB SansSerif Book"/>
          <w:lang w:val="sv-SE"/>
        </w:rPr>
        <w:t xml:space="preserve">Registrering och andra formella frågor </w:t>
      </w:r>
      <w:r w:rsidR="006D7EB9" w:rsidRPr="009A0CF1">
        <w:rPr>
          <w:rFonts w:ascii="SEB SansSerif Book" w:hAnsi="SEB SansSerif Book"/>
          <w:lang w:val="sv-SE"/>
        </w:rPr>
        <w:t xml:space="preserve">skickas till </w:t>
      </w:r>
      <w:hyperlink r:id="rId17" w:history="1">
        <w:r w:rsidR="006D7EB9" w:rsidRPr="009A0CF1">
          <w:rPr>
            <w:rStyle w:val="Hyperlink"/>
            <w:rFonts w:ascii="SEB SansSerif Book" w:hAnsi="SEB SansSerif Book"/>
            <w:lang w:val="sv-SE"/>
          </w:rPr>
          <w:t>info@malarohockey.com</w:t>
        </w:r>
      </w:hyperlink>
    </w:p>
    <w:p w14:paraId="7EC6E2EA" w14:textId="77777777" w:rsidR="00494E16" w:rsidRPr="009A0CF1" w:rsidRDefault="003F2380" w:rsidP="003514EC">
      <w:pPr>
        <w:pStyle w:val="Heading1"/>
        <w:rPr>
          <w:rFonts w:ascii="SEB SansSerif Book" w:hAnsi="SEB SansSerif Book"/>
          <w:lang w:val="sv-SE"/>
        </w:rPr>
      </w:pPr>
      <w:r w:rsidRPr="009A0CF1">
        <w:rPr>
          <w:rFonts w:ascii="SEB SansSerif Book" w:hAnsi="SEB SansSerif Book"/>
          <w:lang w:val="sv-SE"/>
        </w:rPr>
        <w:t>12. Om en spelare/ledare slutar</w:t>
      </w:r>
    </w:p>
    <w:p w14:paraId="0F25C808" w14:textId="46E0A28E" w:rsidR="00494E16" w:rsidRPr="009A0CF1" w:rsidRDefault="00FA2801">
      <w:pPr>
        <w:rPr>
          <w:rFonts w:ascii="SEB SansSerif Book" w:hAnsi="SEB SansSerif Book"/>
          <w:lang w:val="sv-SE"/>
        </w:rPr>
      </w:pPr>
      <w:r w:rsidRPr="009A0CF1">
        <w:rPr>
          <w:rFonts w:ascii="SEB SansSerif Book" w:hAnsi="SEB SansSerif Book"/>
          <w:lang w:val="sv-SE"/>
        </w:rPr>
        <w:t>När en spelare</w:t>
      </w:r>
      <w:r w:rsidR="006D7EB9" w:rsidRPr="009A0CF1">
        <w:rPr>
          <w:rFonts w:ascii="SEB SansSerif Book" w:hAnsi="SEB SansSerif Book"/>
          <w:lang w:val="sv-SE"/>
        </w:rPr>
        <w:t>/ledare</w:t>
      </w:r>
      <w:r w:rsidRPr="009A0CF1">
        <w:rPr>
          <w:rFonts w:ascii="SEB SansSerif Book" w:hAnsi="SEB SansSerif Book"/>
          <w:lang w:val="sv-SE"/>
        </w:rPr>
        <w:t xml:space="preserve"> slutar ska ansvariga inom föreningen informeras så att exempelvis register och andra administrativa delar kan uppdateras.</w:t>
      </w:r>
    </w:p>
    <w:p w14:paraId="37778A90" w14:textId="77777777" w:rsidR="00494E16" w:rsidRPr="009A0CF1" w:rsidRDefault="00FA2801">
      <w:pPr>
        <w:rPr>
          <w:rFonts w:ascii="SEB SansSerif Book" w:hAnsi="SEB SansSerif Book"/>
          <w:lang w:val="sv-SE"/>
        </w:rPr>
      </w:pPr>
      <w:r w:rsidRPr="009A0CF1">
        <w:rPr>
          <w:rFonts w:ascii="SEB SansSerif Book" w:hAnsi="SEB SansSerif Book"/>
          <w:lang w:val="sv-SE"/>
        </w:rPr>
        <w:t>Kontrollera även om spelaren har:</w:t>
      </w:r>
    </w:p>
    <w:p w14:paraId="000B8960"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lånad</w:t>
      </w:r>
      <w:proofErr w:type="spellEnd"/>
      <w:r w:rsidRPr="009A0CF1">
        <w:rPr>
          <w:rFonts w:ascii="SEB SansSerif Book" w:hAnsi="SEB SansSerif Book"/>
        </w:rPr>
        <w:t xml:space="preserve"> </w:t>
      </w:r>
      <w:proofErr w:type="spellStart"/>
      <w:r w:rsidRPr="009A0CF1">
        <w:rPr>
          <w:rFonts w:ascii="SEB SansSerif Book" w:hAnsi="SEB SansSerif Book"/>
        </w:rPr>
        <w:t>utrustning</w:t>
      </w:r>
      <w:proofErr w:type="spellEnd"/>
    </w:p>
    <w:p w14:paraId="08B761E6" w14:textId="77777777" w:rsidR="00494E16" w:rsidRPr="009A0CF1" w:rsidRDefault="003F2380" w:rsidP="0031645D">
      <w:pPr>
        <w:pStyle w:val="ListBullet"/>
        <w:rPr>
          <w:rFonts w:ascii="SEB SansSerif Book" w:hAnsi="SEB SansSerif Book"/>
        </w:rPr>
      </w:pPr>
      <w:proofErr w:type="spellStart"/>
      <w:r w:rsidRPr="009A0CF1">
        <w:rPr>
          <w:rFonts w:ascii="SEB SansSerif Book" w:hAnsi="SEB SansSerif Book"/>
        </w:rPr>
        <w:t>matchtröja</w:t>
      </w:r>
      <w:proofErr w:type="spellEnd"/>
      <w:r w:rsidR="0031645D" w:rsidRPr="009A0CF1">
        <w:rPr>
          <w:rFonts w:ascii="SEB SansSerif Book" w:hAnsi="SEB SansSerif Book"/>
        </w:rPr>
        <w:t xml:space="preserve"> och </w:t>
      </w:r>
      <w:proofErr w:type="spellStart"/>
      <w:r w:rsidR="0031645D" w:rsidRPr="009A0CF1">
        <w:rPr>
          <w:rFonts w:ascii="SEB SansSerif Book" w:hAnsi="SEB SansSerif Book"/>
        </w:rPr>
        <w:t>damasker</w:t>
      </w:r>
      <w:proofErr w:type="spellEnd"/>
    </w:p>
    <w:p w14:paraId="3C8B8754"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nycklar</w:t>
      </w:r>
      <w:proofErr w:type="spellEnd"/>
      <w:r w:rsidRPr="009A0CF1">
        <w:rPr>
          <w:rFonts w:ascii="SEB SansSerif Book" w:hAnsi="SEB SansSerif Book"/>
        </w:rPr>
        <w:t>/</w:t>
      </w:r>
      <w:proofErr w:type="spellStart"/>
      <w:r w:rsidRPr="009A0CF1">
        <w:rPr>
          <w:rFonts w:ascii="SEB SansSerif Book" w:hAnsi="SEB SansSerif Book"/>
        </w:rPr>
        <w:t>taggar</w:t>
      </w:r>
      <w:proofErr w:type="spellEnd"/>
    </w:p>
    <w:p w14:paraId="4FD36C98"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annat</w:t>
      </w:r>
      <w:proofErr w:type="spellEnd"/>
      <w:r w:rsidRPr="009A0CF1">
        <w:rPr>
          <w:rFonts w:ascii="SEB SansSerif Book" w:hAnsi="SEB SansSerif Book"/>
        </w:rPr>
        <w:t xml:space="preserve"> material </w:t>
      </w:r>
      <w:proofErr w:type="spellStart"/>
      <w:r w:rsidRPr="009A0CF1">
        <w:rPr>
          <w:rFonts w:ascii="SEB SansSerif Book" w:hAnsi="SEB SansSerif Book"/>
        </w:rPr>
        <w:t>som</w:t>
      </w:r>
      <w:proofErr w:type="spellEnd"/>
      <w:r w:rsidRPr="009A0CF1">
        <w:rPr>
          <w:rFonts w:ascii="SEB SansSerif Book" w:hAnsi="SEB SansSerif Book"/>
        </w:rPr>
        <w:t xml:space="preserve"> </w:t>
      </w:r>
      <w:proofErr w:type="spellStart"/>
      <w:r w:rsidRPr="009A0CF1">
        <w:rPr>
          <w:rFonts w:ascii="SEB SansSerif Book" w:hAnsi="SEB SansSerif Book"/>
        </w:rPr>
        <w:t>tillhör</w:t>
      </w:r>
      <w:proofErr w:type="spellEnd"/>
      <w:r w:rsidRPr="009A0CF1">
        <w:rPr>
          <w:rFonts w:ascii="SEB SansSerif Book" w:hAnsi="SEB SansSerif Book"/>
        </w:rPr>
        <w:t xml:space="preserve"> </w:t>
      </w:r>
      <w:proofErr w:type="spellStart"/>
      <w:r w:rsidRPr="009A0CF1">
        <w:rPr>
          <w:rFonts w:ascii="SEB SansSerif Book" w:hAnsi="SEB SansSerif Book"/>
        </w:rPr>
        <w:t>föreningen</w:t>
      </w:r>
      <w:proofErr w:type="spellEnd"/>
    </w:p>
    <w:p w14:paraId="70D80802" w14:textId="77777777" w:rsidR="0031645D" w:rsidRPr="009A0CF1" w:rsidRDefault="0031645D" w:rsidP="0031645D">
      <w:pPr>
        <w:pStyle w:val="ListBullet"/>
        <w:rPr>
          <w:rFonts w:ascii="SEB SansSerif Book" w:hAnsi="SEB SansSerif Book"/>
          <w:lang w:val="sv-SE"/>
        </w:rPr>
      </w:pPr>
      <w:r w:rsidRPr="009A0CF1">
        <w:rPr>
          <w:rFonts w:ascii="SEB SansSerif Book" w:hAnsi="SEB SansSerif Book"/>
          <w:lang w:val="sv-SE"/>
        </w:rPr>
        <w:t>lånad utrustning som ska återlämnas enligt föreningens rutiner</w:t>
      </w:r>
    </w:p>
    <w:p w14:paraId="533C567B" w14:textId="7B538DC9" w:rsidR="0031645D" w:rsidRPr="009A0CF1" w:rsidRDefault="0031645D">
      <w:pPr>
        <w:rPr>
          <w:rFonts w:ascii="SEB SansSerif Book" w:hAnsi="SEB SansSerif Book"/>
          <w:kern w:val="2"/>
          <w:szCs w:val="21"/>
          <w:lang w:val="sv-SE" w:eastAsia="zh-CN"/>
          <w14:ligatures w14:val="standardContextual"/>
        </w:rPr>
      </w:pPr>
      <w:r w:rsidRPr="009A0CF1">
        <w:rPr>
          <w:rFonts w:ascii="SEB SansSerif Book" w:hAnsi="SEB SansSerif Book"/>
          <w:lang w:val="sv-SE"/>
        </w:rPr>
        <w:lastRenderedPageBreak/>
        <w:t xml:space="preserve">Matchtröjor och damasker </w:t>
      </w:r>
      <w:r w:rsidR="00FB3BBD" w:rsidRPr="009A0CF1">
        <w:rPr>
          <w:rFonts w:ascii="SEB SansSerif Book" w:hAnsi="SEB SansSerif Book"/>
          <w:lang w:val="sv-SE"/>
        </w:rPr>
        <w:t>som tilldelats lagen under säsong 25/26 t</w:t>
      </w:r>
      <w:r w:rsidRPr="009A0CF1">
        <w:rPr>
          <w:rFonts w:ascii="SEB SansSerif Book" w:hAnsi="SEB SansSerif Book"/>
          <w:lang w:val="sv-SE"/>
        </w:rPr>
        <w:t>illhör föreningen och lånas ut till spelaren. De ska därför lämnas tillbaka när spelaren slutar eller när föreningen begär in materialet. Det är viktigt att detta kommuniceras tydligt, eftersom damaskerna hittills har varit lånade och inte inköpta av spelarna själva.</w:t>
      </w:r>
      <w:r w:rsidR="00FB3BBD" w:rsidRPr="009A0CF1">
        <w:rPr>
          <w:rFonts w:ascii="SEB SansSerif Book" w:hAnsi="SEB SansSerif Book"/>
          <w:lang w:val="sv-SE"/>
        </w:rPr>
        <w:t xml:space="preserve"> From säsong 26/27 köper spelarna/lagkassan sina egna matchdamasker.</w:t>
      </w:r>
    </w:p>
    <w:p w14:paraId="275177D7" w14:textId="77777777" w:rsidR="00494E16" w:rsidRPr="009A0CF1" w:rsidRDefault="003F2380" w:rsidP="004C11EB">
      <w:pPr>
        <w:pStyle w:val="Heading1"/>
        <w:rPr>
          <w:rFonts w:ascii="SEB SansSerif Book" w:hAnsi="SEB SansSerif Book"/>
          <w:lang w:val="sv-SE"/>
        </w:rPr>
      </w:pPr>
      <w:r w:rsidRPr="0042549A">
        <w:rPr>
          <w:rFonts w:ascii="SEB SansSerif Book" w:hAnsi="SEB SansSerif Book"/>
          <w:color w:val="000000"/>
          <w:lang w:val="sv-SE"/>
        </w:rPr>
        <w:t>13. Föräldramöten</w:t>
      </w:r>
    </w:p>
    <w:p w14:paraId="18A819DD"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och tränarna bör tillsammans genomföra föräldramöten när det behövs, framför allt inför säsongsstart.</w:t>
      </w:r>
    </w:p>
    <w:p w14:paraId="03F50470" w14:textId="77777777" w:rsidR="00494E16" w:rsidRPr="009A0CF1" w:rsidRDefault="00FA2801">
      <w:pPr>
        <w:rPr>
          <w:rFonts w:ascii="SEB SansSerif Book" w:hAnsi="SEB SansSerif Book"/>
          <w:lang w:val="sv-SE"/>
        </w:rPr>
      </w:pPr>
      <w:r w:rsidRPr="009A0CF1">
        <w:rPr>
          <w:rFonts w:ascii="SEB SansSerif Book" w:hAnsi="SEB SansSerif Book"/>
          <w:lang w:val="sv-SE"/>
        </w:rPr>
        <w:t>Ett föräldramöte kan exempelvis innehålla:</w:t>
      </w:r>
    </w:p>
    <w:p w14:paraId="69B7E54C" w14:textId="77777777" w:rsidR="00494E16" w:rsidRPr="009A0CF1" w:rsidRDefault="00FA2801">
      <w:pPr>
        <w:pStyle w:val="ListBullet"/>
        <w:rPr>
          <w:rFonts w:ascii="SEB SansSerif Book" w:hAnsi="SEB SansSerif Book"/>
        </w:rPr>
      </w:pPr>
      <w:r w:rsidRPr="009A0CF1">
        <w:rPr>
          <w:rFonts w:ascii="SEB SansSerif Book" w:hAnsi="SEB SansSerif Book"/>
        </w:rPr>
        <w:t xml:space="preserve">presentation av </w:t>
      </w:r>
      <w:proofErr w:type="spellStart"/>
      <w:r w:rsidRPr="009A0CF1">
        <w:rPr>
          <w:rFonts w:ascii="SEB SansSerif Book" w:hAnsi="SEB SansSerif Book"/>
        </w:rPr>
        <w:t>ledarstaben</w:t>
      </w:r>
      <w:proofErr w:type="spellEnd"/>
    </w:p>
    <w:p w14:paraId="4EE47FAE"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säsongsplanering</w:t>
      </w:r>
      <w:proofErr w:type="spellEnd"/>
    </w:p>
    <w:p w14:paraId="2F0325B5"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tränings</w:t>
      </w:r>
      <w:proofErr w:type="spellEnd"/>
      <w:r w:rsidRPr="009A0CF1">
        <w:rPr>
          <w:rFonts w:ascii="SEB SansSerif Book" w:hAnsi="SEB SansSerif Book"/>
        </w:rPr>
        <w:t xml:space="preserve">- och </w:t>
      </w:r>
      <w:proofErr w:type="spellStart"/>
      <w:r w:rsidRPr="009A0CF1">
        <w:rPr>
          <w:rFonts w:ascii="SEB SansSerif Book" w:hAnsi="SEB SansSerif Book"/>
        </w:rPr>
        <w:t>matchupplägg</w:t>
      </w:r>
      <w:proofErr w:type="spellEnd"/>
    </w:p>
    <w:p w14:paraId="26CA4F05"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cuper</w:t>
      </w:r>
      <w:proofErr w:type="spellEnd"/>
    </w:p>
    <w:p w14:paraId="3A464A7C"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lagets</w:t>
      </w:r>
      <w:proofErr w:type="spellEnd"/>
      <w:r w:rsidRPr="009A0CF1">
        <w:rPr>
          <w:rFonts w:ascii="SEB SansSerif Book" w:hAnsi="SEB SansSerif Book"/>
        </w:rPr>
        <w:t xml:space="preserve"> </w:t>
      </w:r>
      <w:proofErr w:type="spellStart"/>
      <w:r w:rsidRPr="009A0CF1">
        <w:rPr>
          <w:rFonts w:ascii="SEB SansSerif Book" w:hAnsi="SEB SansSerif Book"/>
        </w:rPr>
        <w:t>ekonomi</w:t>
      </w:r>
      <w:proofErr w:type="spellEnd"/>
    </w:p>
    <w:p w14:paraId="35A43E74"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föräldrauppdrag</w:t>
      </w:r>
      <w:proofErr w:type="spellEnd"/>
    </w:p>
    <w:p w14:paraId="78FCC5F3"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kommunikationsvägar</w:t>
      </w:r>
      <w:proofErr w:type="spellEnd"/>
    </w:p>
    <w:p w14:paraId="1442E501"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Mälarö</w:t>
      </w:r>
      <w:proofErr w:type="spellEnd"/>
      <w:r w:rsidRPr="009A0CF1">
        <w:rPr>
          <w:rFonts w:ascii="SEB SansSerif Book" w:hAnsi="SEB SansSerif Book"/>
        </w:rPr>
        <w:t xml:space="preserve"> </w:t>
      </w:r>
      <w:proofErr w:type="spellStart"/>
      <w:r w:rsidRPr="009A0CF1">
        <w:rPr>
          <w:rFonts w:ascii="SEB SansSerif Book" w:hAnsi="SEB SansSerif Book"/>
        </w:rPr>
        <w:t>Hockeys</w:t>
      </w:r>
      <w:proofErr w:type="spellEnd"/>
      <w:r w:rsidRPr="009A0CF1">
        <w:rPr>
          <w:rFonts w:ascii="SEB SansSerif Book" w:hAnsi="SEB SansSerif Book"/>
        </w:rPr>
        <w:t xml:space="preserve"> </w:t>
      </w:r>
      <w:proofErr w:type="spellStart"/>
      <w:r w:rsidRPr="009A0CF1">
        <w:rPr>
          <w:rFonts w:ascii="SEB SansSerif Book" w:hAnsi="SEB SansSerif Book"/>
        </w:rPr>
        <w:t>riktlinjer</w:t>
      </w:r>
      <w:proofErr w:type="spellEnd"/>
      <w:r w:rsidRPr="009A0CF1">
        <w:rPr>
          <w:rFonts w:ascii="SEB SansSerif Book" w:hAnsi="SEB SansSerif Book"/>
        </w:rPr>
        <w:t xml:space="preserve"> och </w:t>
      </w:r>
      <w:proofErr w:type="spellStart"/>
      <w:r w:rsidRPr="009A0CF1">
        <w:rPr>
          <w:rFonts w:ascii="SEB SansSerif Book" w:hAnsi="SEB SansSerif Book"/>
        </w:rPr>
        <w:t>förväntningar</w:t>
      </w:r>
      <w:proofErr w:type="spellEnd"/>
    </w:p>
    <w:p w14:paraId="6558163A" w14:textId="77777777" w:rsidR="00494E16" w:rsidRDefault="00FA2801">
      <w:pPr>
        <w:rPr>
          <w:rFonts w:ascii="SEB SansSerif Book" w:hAnsi="SEB SansSerif Book"/>
          <w:lang w:val="sv-SE"/>
        </w:rPr>
      </w:pPr>
      <w:r w:rsidRPr="009A0CF1">
        <w:rPr>
          <w:rFonts w:ascii="SEB SansSerif Book" w:hAnsi="SEB SansSerif Book"/>
          <w:lang w:val="sv-SE"/>
        </w:rPr>
        <w:t>Det är bra att tidigt skapa tydlighet kring vad laget ansvarar för och vad föreningen ansvarar för.</w:t>
      </w:r>
    </w:p>
    <w:p w14:paraId="22E14CD5" w14:textId="77777777" w:rsidR="00B9037B" w:rsidRPr="009A0CF1" w:rsidRDefault="00B9037B">
      <w:pPr>
        <w:rPr>
          <w:rFonts w:ascii="SEB SansSerif Book" w:hAnsi="SEB SansSerif Book"/>
          <w:lang w:val="sv-SE"/>
        </w:rPr>
      </w:pPr>
    </w:p>
    <w:p w14:paraId="0A8D3328" w14:textId="77777777" w:rsidR="00494E16" w:rsidRPr="009A0CF1" w:rsidRDefault="003F2380" w:rsidP="007B60E1">
      <w:pPr>
        <w:pStyle w:val="Heading1"/>
        <w:rPr>
          <w:rFonts w:ascii="SEB SansSerif Book" w:hAnsi="SEB SansSerif Book"/>
          <w:lang w:val="sv-SE"/>
        </w:rPr>
      </w:pPr>
      <w:r w:rsidRPr="009A0CF1">
        <w:rPr>
          <w:rFonts w:ascii="SEB SansSerif Book" w:hAnsi="SEB SansSerif Book"/>
          <w:lang w:val="sv-SE"/>
        </w:rPr>
        <w:t>14. Om problem eller konflikter uppstår</w:t>
      </w:r>
    </w:p>
    <w:p w14:paraId="2B2DAA11" w14:textId="77777777" w:rsidR="00494E16" w:rsidRPr="009A0CF1" w:rsidRDefault="00FA2801">
      <w:pPr>
        <w:rPr>
          <w:rFonts w:ascii="SEB SansSerif Book" w:hAnsi="SEB SansSerif Book"/>
          <w:lang w:val="sv-SE"/>
        </w:rPr>
      </w:pPr>
      <w:r w:rsidRPr="009A0CF1">
        <w:rPr>
          <w:rFonts w:ascii="SEB SansSerif Book" w:hAnsi="SEB SansSerif Book"/>
          <w:lang w:val="sv-SE"/>
        </w:rPr>
        <w:t>Lagledaren ska bidra till en trygg och respektfull miljö men förväntas inte själv lösa alla problem.</w:t>
      </w:r>
    </w:p>
    <w:p w14:paraId="11E208B3" w14:textId="77777777" w:rsidR="00494E16" w:rsidRPr="009A0CF1" w:rsidRDefault="00FA2801">
      <w:pPr>
        <w:rPr>
          <w:rFonts w:ascii="SEB SansSerif Book" w:hAnsi="SEB SansSerif Book"/>
          <w:lang w:val="sv-SE"/>
        </w:rPr>
      </w:pPr>
      <w:r w:rsidRPr="009A0CF1">
        <w:rPr>
          <w:rFonts w:ascii="SEB SansSerif Book" w:hAnsi="SEB SansSerif Book"/>
          <w:lang w:val="sv-SE"/>
        </w:rPr>
        <w:t>Praktiska missförstånd kan ofta lösas direkt inom laget.</w:t>
      </w:r>
    </w:p>
    <w:p w14:paraId="2774692F" w14:textId="77777777" w:rsidR="00494E16" w:rsidRPr="009A0CF1" w:rsidRDefault="00FA2801">
      <w:pPr>
        <w:rPr>
          <w:rFonts w:ascii="SEB SansSerif Book" w:hAnsi="SEB SansSerif Book"/>
          <w:lang w:val="sv-SE"/>
        </w:rPr>
      </w:pPr>
      <w:r w:rsidRPr="009A0CF1">
        <w:rPr>
          <w:rFonts w:ascii="SEB SansSerif Book" w:hAnsi="SEB SansSerif Book"/>
          <w:lang w:val="sv-SE"/>
        </w:rPr>
        <w:t>Vid mer omfattande frågor, exempelvis:</w:t>
      </w:r>
    </w:p>
    <w:p w14:paraId="37F405B8"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konflikter</w:t>
      </w:r>
      <w:proofErr w:type="spellEnd"/>
      <w:r w:rsidRPr="009A0CF1">
        <w:rPr>
          <w:rFonts w:ascii="SEB SansSerif Book" w:hAnsi="SEB SansSerif Book"/>
        </w:rPr>
        <w:t xml:space="preserve"> </w:t>
      </w:r>
      <w:proofErr w:type="spellStart"/>
      <w:r w:rsidRPr="009A0CF1">
        <w:rPr>
          <w:rFonts w:ascii="SEB SansSerif Book" w:hAnsi="SEB SansSerif Book"/>
        </w:rPr>
        <w:t>mellan</w:t>
      </w:r>
      <w:proofErr w:type="spellEnd"/>
      <w:r w:rsidRPr="009A0CF1">
        <w:rPr>
          <w:rFonts w:ascii="SEB SansSerif Book" w:hAnsi="SEB SansSerif Book"/>
        </w:rPr>
        <w:t xml:space="preserve"> </w:t>
      </w:r>
      <w:proofErr w:type="spellStart"/>
      <w:r w:rsidRPr="009A0CF1">
        <w:rPr>
          <w:rFonts w:ascii="SEB SansSerif Book" w:hAnsi="SEB SansSerif Book"/>
        </w:rPr>
        <w:t>spelare</w:t>
      </w:r>
      <w:proofErr w:type="spellEnd"/>
    </w:p>
    <w:p w14:paraId="278C2EEC"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konflikter</w:t>
      </w:r>
      <w:proofErr w:type="spellEnd"/>
      <w:r w:rsidRPr="009A0CF1">
        <w:rPr>
          <w:rFonts w:ascii="SEB SansSerif Book" w:hAnsi="SEB SansSerif Book"/>
        </w:rPr>
        <w:t xml:space="preserve"> </w:t>
      </w:r>
      <w:proofErr w:type="spellStart"/>
      <w:r w:rsidRPr="009A0CF1">
        <w:rPr>
          <w:rFonts w:ascii="SEB SansSerif Book" w:hAnsi="SEB SansSerif Book"/>
        </w:rPr>
        <w:t>mellan</w:t>
      </w:r>
      <w:proofErr w:type="spellEnd"/>
      <w:r w:rsidRPr="009A0CF1">
        <w:rPr>
          <w:rFonts w:ascii="SEB SansSerif Book" w:hAnsi="SEB SansSerif Book"/>
        </w:rPr>
        <w:t xml:space="preserve"> </w:t>
      </w:r>
      <w:proofErr w:type="spellStart"/>
      <w:r w:rsidRPr="009A0CF1">
        <w:rPr>
          <w:rFonts w:ascii="SEB SansSerif Book" w:hAnsi="SEB SansSerif Book"/>
        </w:rPr>
        <w:t>föräldrar</w:t>
      </w:r>
      <w:proofErr w:type="spellEnd"/>
      <w:r w:rsidRPr="009A0CF1">
        <w:rPr>
          <w:rFonts w:ascii="SEB SansSerif Book" w:hAnsi="SEB SansSerif Book"/>
        </w:rPr>
        <w:t xml:space="preserve"> och </w:t>
      </w:r>
      <w:proofErr w:type="spellStart"/>
      <w:r w:rsidRPr="009A0CF1">
        <w:rPr>
          <w:rFonts w:ascii="SEB SansSerif Book" w:hAnsi="SEB SansSerif Book"/>
        </w:rPr>
        <w:t>ledare</w:t>
      </w:r>
      <w:proofErr w:type="spellEnd"/>
    </w:p>
    <w:p w14:paraId="47F0EDB9"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upplevd</w:t>
      </w:r>
      <w:proofErr w:type="spellEnd"/>
      <w:r w:rsidRPr="009A0CF1">
        <w:rPr>
          <w:rFonts w:ascii="SEB SansSerif Book" w:hAnsi="SEB SansSerif Book"/>
        </w:rPr>
        <w:t xml:space="preserve"> </w:t>
      </w:r>
      <w:proofErr w:type="spellStart"/>
      <w:r w:rsidRPr="009A0CF1">
        <w:rPr>
          <w:rFonts w:ascii="SEB SansSerif Book" w:hAnsi="SEB SansSerif Book"/>
        </w:rPr>
        <w:t>kränkande</w:t>
      </w:r>
      <w:proofErr w:type="spellEnd"/>
      <w:r w:rsidRPr="009A0CF1">
        <w:rPr>
          <w:rFonts w:ascii="SEB SansSerif Book" w:hAnsi="SEB SansSerif Book"/>
        </w:rPr>
        <w:t xml:space="preserve"> </w:t>
      </w:r>
      <w:proofErr w:type="spellStart"/>
      <w:r w:rsidRPr="009A0CF1">
        <w:rPr>
          <w:rFonts w:ascii="SEB SansSerif Book" w:hAnsi="SEB SansSerif Book"/>
        </w:rPr>
        <w:t>behandling</w:t>
      </w:r>
      <w:proofErr w:type="spellEnd"/>
    </w:p>
    <w:p w14:paraId="00DCB1D2"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allvarliga</w:t>
      </w:r>
      <w:proofErr w:type="spellEnd"/>
      <w:r w:rsidRPr="009A0CF1">
        <w:rPr>
          <w:rFonts w:ascii="SEB SansSerif Book" w:hAnsi="SEB SansSerif Book"/>
        </w:rPr>
        <w:t xml:space="preserve"> </w:t>
      </w:r>
      <w:proofErr w:type="spellStart"/>
      <w:r w:rsidRPr="009A0CF1">
        <w:rPr>
          <w:rFonts w:ascii="SEB SansSerif Book" w:hAnsi="SEB SansSerif Book"/>
        </w:rPr>
        <w:t>händelser</w:t>
      </w:r>
      <w:proofErr w:type="spellEnd"/>
    </w:p>
    <w:p w14:paraId="2D9E7013"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återkommande</w:t>
      </w:r>
      <w:proofErr w:type="spellEnd"/>
      <w:r w:rsidRPr="009A0CF1">
        <w:rPr>
          <w:rFonts w:ascii="SEB SansSerif Book" w:hAnsi="SEB SansSerif Book"/>
        </w:rPr>
        <w:t xml:space="preserve"> problem </w:t>
      </w:r>
      <w:proofErr w:type="spellStart"/>
      <w:r w:rsidRPr="009A0CF1">
        <w:rPr>
          <w:rFonts w:ascii="SEB SansSerif Book" w:hAnsi="SEB SansSerif Book"/>
        </w:rPr>
        <w:t>i</w:t>
      </w:r>
      <w:proofErr w:type="spellEnd"/>
      <w:r w:rsidRPr="009A0CF1">
        <w:rPr>
          <w:rFonts w:ascii="SEB SansSerif Book" w:hAnsi="SEB SansSerif Book"/>
        </w:rPr>
        <w:t xml:space="preserve"> </w:t>
      </w:r>
      <w:proofErr w:type="spellStart"/>
      <w:r w:rsidRPr="009A0CF1">
        <w:rPr>
          <w:rFonts w:ascii="SEB SansSerif Book" w:hAnsi="SEB SansSerif Book"/>
        </w:rPr>
        <w:t>laget</w:t>
      </w:r>
      <w:proofErr w:type="spellEnd"/>
    </w:p>
    <w:p w14:paraId="323E57E1" w14:textId="77777777" w:rsidR="00494E16" w:rsidRPr="009A0CF1" w:rsidRDefault="00FA2801">
      <w:pPr>
        <w:pStyle w:val="ListBullet"/>
        <w:rPr>
          <w:rFonts w:ascii="SEB SansSerif Book" w:hAnsi="SEB SansSerif Book"/>
          <w:lang w:val="sv-SE"/>
        </w:rPr>
      </w:pPr>
      <w:r w:rsidRPr="009A0CF1">
        <w:rPr>
          <w:rFonts w:ascii="SEB SansSerif Book" w:hAnsi="SEB SansSerif Book"/>
          <w:lang w:val="sv-SE"/>
        </w:rPr>
        <w:t>frågor om föreningens regler eller sportsliga riktlinjer</w:t>
      </w:r>
    </w:p>
    <w:p w14:paraId="1CBE22F4" w14:textId="49E6AFF6" w:rsidR="00494E16" w:rsidRPr="009A0CF1" w:rsidRDefault="00FA2801">
      <w:pPr>
        <w:rPr>
          <w:rFonts w:ascii="SEB SansSerif Book" w:hAnsi="SEB SansSerif Book"/>
          <w:lang w:val="sv-SE"/>
        </w:rPr>
      </w:pPr>
      <w:r w:rsidRPr="009A0CF1">
        <w:rPr>
          <w:rFonts w:ascii="SEB SansSerif Book" w:hAnsi="SEB SansSerif Book"/>
          <w:lang w:val="sv-SE"/>
        </w:rPr>
        <w:t xml:space="preserve">Frågan ska lyftas vidare </w:t>
      </w:r>
      <w:r w:rsidR="006D7EB9" w:rsidRPr="009A0CF1">
        <w:rPr>
          <w:rFonts w:ascii="SEB SansSerif Book" w:hAnsi="SEB SansSerif Book"/>
          <w:lang w:val="sv-SE"/>
        </w:rPr>
        <w:t>till klubbchef alternativt sportchef</w:t>
      </w:r>
      <w:r w:rsidRPr="009A0CF1">
        <w:rPr>
          <w:rFonts w:ascii="SEB SansSerif Book" w:hAnsi="SEB SansSerif Book"/>
          <w:lang w:val="sv-SE"/>
        </w:rPr>
        <w:t>. Ta hjälp tidigt hellre än att försöka lösa en större situation ensam.</w:t>
      </w:r>
    </w:p>
    <w:p w14:paraId="352BD001" w14:textId="77777777" w:rsidR="00494E16" w:rsidRPr="009A0CF1" w:rsidRDefault="003F2380" w:rsidP="00C54903">
      <w:pPr>
        <w:pStyle w:val="Heading1"/>
        <w:rPr>
          <w:rFonts w:ascii="SEB SansSerif Book" w:hAnsi="SEB SansSerif Book"/>
          <w:lang w:val="sv-SE"/>
        </w:rPr>
      </w:pPr>
      <w:r w:rsidRPr="009A0CF1">
        <w:rPr>
          <w:rFonts w:ascii="SEB SansSerif Book" w:hAnsi="SEB SansSerif Book"/>
          <w:lang w:val="sv-SE"/>
        </w:rPr>
        <w:t>15. Samarbete i ledarstaben</w:t>
      </w:r>
    </w:p>
    <w:p w14:paraId="1A22AA21" w14:textId="77777777" w:rsidR="00494E16" w:rsidRPr="009A0CF1" w:rsidRDefault="00FA2801">
      <w:pPr>
        <w:rPr>
          <w:rFonts w:ascii="SEB SansSerif Book" w:hAnsi="SEB SansSerif Book"/>
          <w:lang w:val="sv-SE"/>
        </w:rPr>
      </w:pPr>
      <w:r w:rsidRPr="009A0CF1">
        <w:rPr>
          <w:rFonts w:ascii="SEB SansSerif Book" w:hAnsi="SEB SansSerif Book"/>
          <w:lang w:val="sv-SE"/>
        </w:rPr>
        <w:t>Ett välfungerande lag bygger på att ledarna arbetar tillsammans.</w:t>
      </w:r>
    </w:p>
    <w:p w14:paraId="3EE57879" w14:textId="77777777" w:rsidR="00494E16" w:rsidRPr="009A0CF1" w:rsidRDefault="00FA2801">
      <w:pPr>
        <w:rPr>
          <w:rFonts w:ascii="SEB SansSerif Book" w:hAnsi="SEB SansSerif Book"/>
          <w:lang w:val="sv-SE"/>
        </w:rPr>
      </w:pPr>
      <w:r w:rsidRPr="009A0CF1">
        <w:rPr>
          <w:rFonts w:ascii="SEB SansSerif Book" w:hAnsi="SEB SansSerif Book"/>
          <w:lang w:val="sv-SE"/>
        </w:rPr>
        <w:t>Ha gärna en tydlig ansvarsfördelning:</w:t>
      </w:r>
    </w:p>
    <w:p w14:paraId="044B948D"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Tränare</w:t>
      </w:r>
      <w:proofErr w:type="spellEnd"/>
      <w:r w:rsidRPr="009A0CF1">
        <w:rPr>
          <w:rFonts w:ascii="SEB SansSerif Book" w:hAnsi="SEB SansSerif Book"/>
        </w:rPr>
        <w:t xml:space="preserve"> – </w:t>
      </w:r>
      <w:proofErr w:type="spellStart"/>
      <w:r w:rsidRPr="009A0CF1">
        <w:rPr>
          <w:rFonts w:ascii="SEB SansSerif Book" w:hAnsi="SEB SansSerif Book"/>
        </w:rPr>
        <w:t>sportslig</w:t>
      </w:r>
      <w:proofErr w:type="spellEnd"/>
      <w:r w:rsidRPr="009A0CF1">
        <w:rPr>
          <w:rFonts w:ascii="SEB SansSerif Book" w:hAnsi="SEB SansSerif Book"/>
        </w:rPr>
        <w:t xml:space="preserve"> </w:t>
      </w:r>
      <w:proofErr w:type="spellStart"/>
      <w:r w:rsidRPr="009A0CF1">
        <w:rPr>
          <w:rFonts w:ascii="SEB SansSerif Book" w:hAnsi="SEB SansSerif Book"/>
        </w:rPr>
        <w:t>verksamhet</w:t>
      </w:r>
      <w:proofErr w:type="spellEnd"/>
    </w:p>
    <w:p w14:paraId="628E897C"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lastRenderedPageBreak/>
        <w:t>Lagledare</w:t>
      </w:r>
      <w:proofErr w:type="spellEnd"/>
      <w:r w:rsidRPr="009A0CF1">
        <w:rPr>
          <w:rFonts w:ascii="SEB SansSerif Book" w:hAnsi="SEB SansSerif Book"/>
        </w:rPr>
        <w:t xml:space="preserve"> – administration, </w:t>
      </w:r>
      <w:proofErr w:type="spellStart"/>
      <w:r w:rsidRPr="009A0CF1">
        <w:rPr>
          <w:rFonts w:ascii="SEB SansSerif Book" w:hAnsi="SEB SansSerif Book"/>
        </w:rPr>
        <w:t>kommunikation</w:t>
      </w:r>
      <w:proofErr w:type="spellEnd"/>
      <w:r w:rsidRPr="009A0CF1">
        <w:rPr>
          <w:rFonts w:ascii="SEB SansSerif Book" w:hAnsi="SEB SansSerif Book"/>
        </w:rPr>
        <w:t xml:space="preserve"> och </w:t>
      </w:r>
      <w:proofErr w:type="spellStart"/>
      <w:r w:rsidRPr="009A0CF1">
        <w:rPr>
          <w:rFonts w:ascii="SEB SansSerif Book" w:hAnsi="SEB SansSerif Book"/>
        </w:rPr>
        <w:t>samordning</w:t>
      </w:r>
      <w:proofErr w:type="spellEnd"/>
    </w:p>
    <w:p w14:paraId="113D56F5"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Materialare</w:t>
      </w:r>
      <w:proofErr w:type="spellEnd"/>
      <w:r w:rsidRPr="009A0CF1">
        <w:rPr>
          <w:rFonts w:ascii="SEB SansSerif Book" w:hAnsi="SEB SansSerif Book"/>
        </w:rPr>
        <w:t xml:space="preserve"> – </w:t>
      </w:r>
      <w:proofErr w:type="spellStart"/>
      <w:r w:rsidRPr="009A0CF1">
        <w:rPr>
          <w:rFonts w:ascii="SEB SansSerif Book" w:hAnsi="SEB SansSerif Book"/>
        </w:rPr>
        <w:t>lagets</w:t>
      </w:r>
      <w:proofErr w:type="spellEnd"/>
      <w:r w:rsidRPr="009A0CF1">
        <w:rPr>
          <w:rFonts w:ascii="SEB SansSerif Book" w:hAnsi="SEB SansSerif Book"/>
        </w:rPr>
        <w:t xml:space="preserve"> material och </w:t>
      </w:r>
      <w:proofErr w:type="spellStart"/>
      <w:r w:rsidRPr="009A0CF1">
        <w:rPr>
          <w:rFonts w:ascii="SEB SansSerif Book" w:hAnsi="SEB SansSerif Book"/>
        </w:rPr>
        <w:t>utrustning</w:t>
      </w:r>
      <w:proofErr w:type="spellEnd"/>
    </w:p>
    <w:p w14:paraId="793DA09C"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Kassör</w:t>
      </w:r>
      <w:proofErr w:type="spellEnd"/>
      <w:r w:rsidRPr="009A0CF1">
        <w:rPr>
          <w:rFonts w:ascii="SEB SansSerif Book" w:hAnsi="SEB SansSerif Book"/>
        </w:rPr>
        <w:t xml:space="preserve"> – </w:t>
      </w:r>
      <w:proofErr w:type="spellStart"/>
      <w:r w:rsidRPr="009A0CF1">
        <w:rPr>
          <w:rFonts w:ascii="SEB SansSerif Book" w:hAnsi="SEB SansSerif Book"/>
        </w:rPr>
        <w:t>lagets</w:t>
      </w:r>
      <w:proofErr w:type="spellEnd"/>
      <w:r w:rsidRPr="009A0CF1">
        <w:rPr>
          <w:rFonts w:ascii="SEB SansSerif Book" w:hAnsi="SEB SansSerif Book"/>
        </w:rPr>
        <w:t xml:space="preserve"> </w:t>
      </w:r>
      <w:proofErr w:type="spellStart"/>
      <w:r w:rsidRPr="009A0CF1">
        <w:rPr>
          <w:rFonts w:ascii="SEB SansSerif Book" w:hAnsi="SEB SansSerif Book"/>
        </w:rPr>
        <w:t>ekonomi</w:t>
      </w:r>
      <w:proofErr w:type="spellEnd"/>
    </w:p>
    <w:p w14:paraId="4C4775EF" w14:textId="77777777" w:rsidR="00494E16" w:rsidRPr="009A0CF1" w:rsidRDefault="00FA2801">
      <w:pPr>
        <w:rPr>
          <w:rFonts w:ascii="SEB SansSerif Book" w:hAnsi="SEB SansSerif Book"/>
          <w:lang w:val="sv-SE"/>
        </w:rPr>
      </w:pPr>
      <w:r w:rsidRPr="009A0CF1">
        <w:rPr>
          <w:rFonts w:ascii="SEB SansSerif Book" w:hAnsi="SEB SansSerif Book"/>
          <w:lang w:val="sv-SE"/>
        </w:rPr>
        <w:t>Bestäm tillsammans hur ni kommunicerar inom ledarstaben och vem som ansvarar för olika arbetsuppgifter.</w:t>
      </w:r>
    </w:p>
    <w:p w14:paraId="442CC703" w14:textId="77777777" w:rsidR="00494E16" w:rsidRPr="009A0CF1" w:rsidRDefault="003F2380" w:rsidP="0064657A">
      <w:pPr>
        <w:pStyle w:val="Heading1"/>
        <w:rPr>
          <w:rFonts w:ascii="SEB SansSerif Book" w:hAnsi="SEB SansSerif Book"/>
          <w:lang w:val="sv-SE"/>
        </w:rPr>
      </w:pPr>
      <w:r w:rsidRPr="009A0CF1">
        <w:rPr>
          <w:rFonts w:ascii="SEB SansSerif Book" w:hAnsi="SEB SansSerif Book"/>
          <w:lang w:val="sv-SE"/>
        </w:rPr>
        <w:t>16. Lagledaren representerar Mälarö Hockey</w:t>
      </w:r>
    </w:p>
    <w:p w14:paraId="27189896" w14:textId="77777777" w:rsidR="00494E16" w:rsidRPr="009A0CF1" w:rsidRDefault="00FA2801">
      <w:pPr>
        <w:rPr>
          <w:rFonts w:ascii="SEB SansSerif Book" w:hAnsi="SEB SansSerif Book"/>
          <w:lang w:val="sv-SE"/>
        </w:rPr>
      </w:pPr>
      <w:r w:rsidRPr="009A0CF1">
        <w:rPr>
          <w:rFonts w:ascii="SEB SansSerif Book" w:hAnsi="SEB SansSerif Book"/>
          <w:lang w:val="sv-SE"/>
        </w:rPr>
        <w:t>När du är lagledare representerar du inte bara det egna laget utan också Mälarö Hockey.</w:t>
      </w:r>
    </w:p>
    <w:p w14:paraId="75A26C42" w14:textId="77777777" w:rsidR="00494E16" w:rsidRPr="009A0CF1" w:rsidRDefault="00FA2801">
      <w:pPr>
        <w:rPr>
          <w:rFonts w:ascii="SEB SansSerif Book" w:hAnsi="SEB SansSerif Book"/>
          <w:lang w:val="sv-SE"/>
        </w:rPr>
      </w:pPr>
      <w:r w:rsidRPr="009A0CF1">
        <w:rPr>
          <w:rFonts w:ascii="SEB SansSerif Book" w:hAnsi="SEB SansSerif Book"/>
          <w:lang w:val="sv-SE"/>
        </w:rPr>
        <w:t>Det gäller i kontakten med:</w:t>
      </w:r>
    </w:p>
    <w:p w14:paraId="732021E6"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andra</w:t>
      </w:r>
      <w:proofErr w:type="spellEnd"/>
      <w:r w:rsidRPr="009A0CF1">
        <w:rPr>
          <w:rFonts w:ascii="SEB SansSerif Book" w:hAnsi="SEB SansSerif Book"/>
        </w:rPr>
        <w:t xml:space="preserve"> </w:t>
      </w:r>
      <w:proofErr w:type="spellStart"/>
      <w:r w:rsidRPr="009A0CF1">
        <w:rPr>
          <w:rFonts w:ascii="SEB SansSerif Book" w:hAnsi="SEB SansSerif Book"/>
        </w:rPr>
        <w:t>föreningar</w:t>
      </w:r>
      <w:proofErr w:type="spellEnd"/>
    </w:p>
    <w:p w14:paraId="32C1738F"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domare</w:t>
      </w:r>
      <w:proofErr w:type="spellEnd"/>
    </w:p>
    <w:p w14:paraId="427B0A4B"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förbund</w:t>
      </w:r>
      <w:proofErr w:type="spellEnd"/>
    </w:p>
    <w:p w14:paraId="0546B4D1"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spelare</w:t>
      </w:r>
      <w:proofErr w:type="spellEnd"/>
      <w:r w:rsidRPr="009A0CF1">
        <w:rPr>
          <w:rFonts w:ascii="SEB SansSerif Book" w:hAnsi="SEB SansSerif Book"/>
        </w:rPr>
        <w:t xml:space="preserve"> och </w:t>
      </w:r>
      <w:proofErr w:type="spellStart"/>
      <w:r w:rsidRPr="009A0CF1">
        <w:rPr>
          <w:rFonts w:ascii="SEB SansSerif Book" w:hAnsi="SEB SansSerif Book"/>
        </w:rPr>
        <w:t>vårdnadshavare</w:t>
      </w:r>
      <w:proofErr w:type="spellEnd"/>
    </w:p>
    <w:p w14:paraId="04937A0A"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cuparrangörer</w:t>
      </w:r>
      <w:proofErr w:type="spellEnd"/>
    </w:p>
    <w:p w14:paraId="28BD8962"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kommun</w:t>
      </w:r>
      <w:proofErr w:type="spellEnd"/>
      <w:r w:rsidRPr="009A0CF1">
        <w:rPr>
          <w:rFonts w:ascii="SEB SansSerif Book" w:hAnsi="SEB SansSerif Book"/>
        </w:rPr>
        <w:t xml:space="preserve"> och </w:t>
      </w:r>
      <w:proofErr w:type="spellStart"/>
      <w:r w:rsidRPr="009A0CF1">
        <w:rPr>
          <w:rFonts w:ascii="SEB SansSerif Book" w:hAnsi="SEB SansSerif Book"/>
        </w:rPr>
        <w:t>anläggningar</w:t>
      </w:r>
      <w:proofErr w:type="spellEnd"/>
    </w:p>
    <w:p w14:paraId="0A4C2D7A" w14:textId="77777777" w:rsidR="00494E16" w:rsidRPr="009A0CF1" w:rsidRDefault="00FA2801">
      <w:pPr>
        <w:pStyle w:val="ListBullet"/>
        <w:rPr>
          <w:rFonts w:ascii="SEB SansSerif Book" w:hAnsi="SEB SansSerif Book"/>
        </w:rPr>
      </w:pPr>
      <w:proofErr w:type="spellStart"/>
      <w:r w:rsidRPr="009A0CF1">
        <w:rPr>
          <w:rFonts w:ascii="SEB SansSerif Book" w:hAnsi="SEB SansSerif Book"/>
        </w:rPr>
        <w:t>andra</w:t>
      </w:r>
      <w:proofErr w:type="spellEnd"/>
      <w:r w:rsidRPr="009A0CF1">
        <w:rPr>
          <w:rFonts w:ascii="SEB SansSerif Book" w:hAnsi="SEB SansSerif Book"/>
        </w:rPr>
        <w:t xml:space="preserve"> externa parter</w:t>
      </w:r>
    </w:p>
    <w:p w14:paraId="27794FA1" w14:textId="77777777" w:rsidR="00494E16" w:rsidRPr="009A0CF1" w:rsidRDefault="00FA2801">
      <w:pPr>
        <w:rPr>
          <w:rFonts w:ascii="SEB SansSerif Book" w:hAnsi="SEB SansSerif Book"/>
          <w:lang w:val="sv-SE"/>
        </w:rPr>
      </w:pPr>
      <w:r w:rsidRPr="009A0CF1">
        <w:rPr>
          <w:rFonts w:ascii="SEB SansSerif Book" w:hAnsi="SEB SansSerif Book"/>
          <w:lang w:val="sv-SE"/>
        </w:rPr>
        <w:t>Vi ska alltid sträva efter ett respektfullt, lösningsorienterat och professionellt bemötande.</w:t>
      </w:r>
    </w:p>
    <w:p w14:paraId="14DDA5E3" w14:textId="77777777" w:rsidR="001630E0" w:rsidRPr="009A0CF1" w:rsidRDefault="001630E0">
      <w:pPr>
        <w:rPr>
          <w:rFonts w:ascii="SEB SansSerif Book" w:hAnsi="SEB SansSerif Book"/>
          <w:kern w:val="2"/>
          <w:szCs w:val="21"/>
          <w:lang w:val="sv-SE" w:eastAsia="zh-CN"/>
          <w14:ligatures w14:val="standardContextual"/>
        </w:rPr>
      </w:pPr>
      <w:r w:rsidRPr="009A0CF1">
        <w:rPr>
          <w:rFonts w:ascii="SEB SansSerif Book" w:hAnsi="SEB SansSerif Book"/>
          <w:lang w:val="sv-SE"/>
        </w:rPr>
        <w:t>Det innebär också att lagledaren förväntas ha ett föreningsperspektiv i sin kommunikation: att lyfta fram gemensamma aktiviteter, förklara varför föreningens beslut och prioriteringar är viktiga och bidra till att spelare, vårdnadshavare och ledare känner att vi är en förening – inte bara enskilda lag.</w:t>
      </w:r>
    </w:p>
    <w:p w14:paraId="42ED4737" w14:textId="77777777" w:rsidR="00494E16" w:rsidRPr="009A0CF1" w:rsidRDefault="003F2380" w:rsidP="00BA74DD">
      <w:pPr>
        <w:pStyle w:val="Heading1"/>
        <w:rPr>
          <w:rFonts w:ascii="SEB SansSerif Book" w:hAnsi="SEB SansSerif Book"/>
          <w:lang w:val="sv-SE"/>
        </w:rPr>
      </w:pPr>
      <w:r w:rsidRPr="009A0CF1">
        <w:rPr>
          <w:rFonts w:ascii="SEB SansSerif Book" w:hAnsi="SEB SansSerif Book"/>
          <w:lang w:val="sv-SE"/>
        </w:rPr>
        <w:t>Vem beslutar om vad?</w:t>
      </w:r>
    </w:p>
    <w:p w14:paraId="6EEC3296" w14:textId="77777777" w:rsidR="00494E16" w:rsidRPr="009A0CF1" w:rsidRDefault="00FA2801">
      <w:pPr>
        <w:rPr>
          <w:rFonts w:ascii="SEB SansSerif Book" w:hAnsi="SEB SansSerif Book"/>
          <w:lang w:val="sv-SE"/>
        </w:rPr>
      </w:pPr>
      <w:r w:rsidRPr="009A0CF1">
        <w:rPr>
          <w:rFonts w:ascii="SEB SansSerif Book" w:hAnsi="SEB SansSerif Book"/>
          <w:lang w:val="sv-SE"/>
        </w:rPr>
        <w:t>Det är viktigt att lagledaren inte känner att allt som rör laget automatiskt ligger på lagledarens bord.</w:t>
      </w:r>
    </w:p>
    <w:p w14:paraId="765DA597" w14:textId="77777777" w:rsidR="00494E16" w:rsidRPr="009A0CF1" w:rsidRDefault="00FA2801">
      <w:pPr>
        <w:rPr>
          <w:rFonts w:ascii="SEB SansSerif Book" w:hAnsi="SEB SansSerif Book"/>
        </w:rPr>
      </w:pPr>
      <w:r w:rsidRPr="009A0CF1">
        <w:rPr>
          <w:rFonts w:ascii="SEB SansSerif Book" w:hAnsi="SEB SansSerif Book"/>
        </w:rPr>
        <w:t xml:space="preserve">En </w:t>
      </w:r>
      <w:proofErr w:type="spellStart"/>
      <w:r w:rsidRPr="009A0CF1">
        <w:rPr>
          <w:rFonts w:ascii="SEB SansSerif Book" w:hAnsi="SEB SansSerif Book"/>
        </w:rPr>
        <w:t>enkel</w:t>
      </w:r>
      <w:proofErr w:type="spellEnd"/>
      <w:r w:rsidRPr="009A0CF1">
        <w:rPr>
          <w:rFonts w:ascii="SEB SansSerif Book" w:hAnsi="SEB SansSerif Book"/>
        </w:rPr>
        <w:t xml:space="preserve"> </w:t>
      </w:r>
      <w:proofErr w:type="spellStart"/>
      <w:r w:rsidRPr="009A0CF1">
        <w:rPr>
          <w:rFonts w:ascii="SEB SansSerif Book" w:hAnsi="SEB SansSerif Book"/>
        </w:rPr>
        <w:t>grundprincip</w:t>
      </w:r>
      <w:proofErr w:type="spellEnd"/>
      <w:r w:rsidRPr="009A0CF1">
        <w:rPr>
          <w:rFonts w:ascii="SEB SansSerif Book" w:hAnsi="SEB SansSerif Book"/>
        </w:rPr>
        <w:t xml:space="preserve"> </w:t>
      </w:r>
      <w:proofErr w:type="spellStart"/>
      <w:r w:rsidRPr="009A0CF1">
        <w:rPr>
          <w:rFonts w:ascii="SEB SansSerif Book" w:hAnsi="SEB SansSerif Book"/>
        </w:rPr>
        <w:t>är</w:t>
      </w:r>
      <w:proofErr w:type="spellEnd"/>
      <w:r w:rsidRPr="009A0CF1">
        <w:rPr>
          <w:rFonts w:ascii="SEB SansSerif Book" w:hAnsi="SEB SansSerif Book"/>
        </w:rPr>
        <w:t>:</w:t>
      </w:r>
    </w:p>
    <w:tbl>
      <w:tblPr>
        <w:tblStyle w:val="TableGrid"/>
        <w:tblW w:w="0" w:type="auto"/>
        <w:jc w:val="center"/>
        <w:tblLook w:val="04A0" w:firstRow="1" w:lastRow="0" w:firstColumn="1" w:lastColumn="0" w:noHBand="0" w:noVBand="1"/>
      </w:tblPr>
      <w:tblGrid>
        <w:gridCol w:w="4986"/>
        <w:gridCol w:w="4986"/>
      </w:tblGrid>
      <w:tr w:rsidR="00494E16" w:rsidRPr="009A0CF1" w14:paraId="7B3F8F45" w14:textId="77777777">
        <w:trPr>
          <w:jc w:val="center"/>
        </w:trPr>
        <w:tc>
          <w:tcPr>
            <w:tcW w:w="4986" w:type="dxa"/>
          </w:tcPr>
          <w:p w14:paraId="01A690DD" w14:textId="77777777" w:rsidR="00494E16" w:rsidRPr="009A0CF1" w:rsidRDefault="00FA2801">
            <w:pPr>
              <w:rPr>
                <w:rFonts w:ascii="SEB SansSerif Book" w:hAnsi="SEB SansSerif Book"/>
              </w:rPr>
            </w:pPr>
            <w:proofErr w:type="spellStart"/>
            <w:r w:rsidRPr="009A0CF1">
              <w:rPr>
                <w:rFonts w:ascii="SEB SansSerif Book" w:hAnsi="SEB SansSerif Book"/>
              </w:rPr>
              <w:t>Område</w:t>
            </w:r>
            <w:proofErr w:type="spellEnd"/>
          </w:p>
        </w:tc>
        <w:tc>
          <w:tcPr>
            <w:tcW w:w="4986" w:type="dxa"/>
          </w:tcPr>
          <w:p w14:paraId="6E101D43" w14:textId="77777777" w:rsidR="00494E16" w:rsidRPr="009A0CF1" w:rsidRDefault="00FA2801">
            <w:pPr>
              <w:rPr>
                <w:rFonts w:ascii="SEB SansSerif Book" w:hAnsi="SEB SansSerif Book"/>
              </w:rPr>
            </w:pPr>
            <w:proofErr w:type="spellStart"/>
            <w:r w:rsidRPr="009A0CF1">
              <w:rPr>
                <w:rFonts w:ascii="SEB SansSerif Book" w:hAnsi="SEB SansSerif Book"/>
              </w:rPr>
              <w:t>Huvudansvar</w:t>
            </w:r>
            <w:proofErr w:type="spellEnd"/>
          </w:p>
        </w:tc>
      </w:tr>
      <w:tr w:rsidR="00494E16" w:rsidRPr="009A0CF1" w14:paraId="23A16CCB" w14:textId="77777777">
        <w:trPr>
          <w:jc w:val="center"/>
        </w:trPr>
        <w:tc>
          <w:tcPr>
            <w:tcW w:w="4986" w:type="dxa"/>
            <w:vAlign w:val="center"/>
          </w:tcPr>
          <w:p w14:paraId="50684014" w14:textId="77777777" w:rsidR="00494E16" w:rsidRPr="009A0CF1" w:rsidRDefault="00FA2801">
            <w:pPr>
              <w:rPr>
                <w:rFonts w:ascii="SEB SansSerif Book" w:hAnsi="SEB SansSerif Book"/>
              </w:rPr>
            </w:pPr>
            <w:proofErr w:type="spellStart"/>
            <w:r w:rsidRPr="009A0CF1">
              <w:rPr>
                <w:rFonts w:ascii="SEB SansSerif Book" w:hAnsi="SEB SansSerif Book"/>
              </w:rPr>
              <w:t>Sportsliga</w:t>
            </w:r>
            <w:proofErr w:type="spellEnd"/>
            <w:r w:rsidRPr="009A0CF1">
              <w:rPr>
                <w:rFonts w:ascii="SEB SansSerif Book" w:hAnsi="SEB SansSerif Book"/>
              </w:rPr>
              <w:t xml:space="preserve"> </w:t>
            </w:r>
            <w:proofErr w:type="spellStart"/>
            <w:r w:rsidRPr="009A0CF1">
              <w:rPr>
                <w:rFonts w:ascii="SEB SansSerif Book" w:hAnsi="SEB SansSerif Book"/>
              </w:rPr>
              <w:t>frågor</w:t>
            </w:r>
            <w:proofErr w:type="spellEnd"/>
          </w:p>
        </w:tc>
        <w:tc>
          <w:tcPr>
            <w:tcW w:w="4986" w:type="dxa"/>
            <w:vAlign w:val="center"/>
          </w:tcPr>
          <w:p w14:paraId="4A6F1C67" w14:textId="1D812FE7" w:rsidR="00494E16" w:rsidRPr="009A0CF1" w:rsidRDefault="00FA2801">
            <w:pPr>
              <w:rPr>
                <w:rFonts w:ascii="SEB SansSerif Book" w:hAnsi="SEB SansSerif Book"/>
              </w:rPr>
            </w:pPr>
            <w:proofErr w:type="spellStart"/>
            <w:r w:rsidRPr="009A0CF1">
              <w:rPr>
                <w:rFonts w:ascii="SEB SansSerif Book" w:hAnsi="SEB SansSerif Book"/>
              </w:rPr>
              <w:t>Tränare</w:t>
            </w:r>
            <w:proofErr w:type="spellEnd"/>
            <w:r w:rsidRPr="009A0CF1">
              <w:rPr>
                <w:rFonts w:ascii="SEB SansSerif Book" w:hAnsi="SEB SansSerif Book"/>
              </w:rPr>
              <w:t xml:space="preserve"> </w:t>
            </w:r>
            <w:r w:rsidR="00CC4CC7">
              <w:rPr>
                <w:rFonts w:ascii="SEB SansSerif Book" w:hAnsi="SEB SansSerif Book"/>
              </w:rPr>
              <w:t xml:space="preserve">och </w:t>
            </w:r>
            <w:proofErr w:type="spellStart"/>
            <w:r w:rsidR="00CC4CC7">
              <w:rPr>
                <w:rFonts w:ascii="SEB SansSerif Book" w:hAnsi="SEB SansSerif Book"/>
              </w:rPr>
              <w:t>ev</w:t>
            </w:r>
            <w:proofErr w:type="spellEnd"/>
            <w:r w:rsidR="00CC4CC7">
              <w:rPr>
                <w:rFonts w:ascii="SEB SansSerif Book" w:hAnsi="SEB SansSerif Book"/>
              </w:rPr>
              <w:t xml:space="preserve">. </w:t>
            </w:r>
            <w:proofErr w:type="spellStart"/>
            <w:r w:rsidR="0034629E">
              <w:rPr>
                <w:rFonts w:ascii="SEB SansSerif Book" w:hAnsi="SEB SansSerif Book"/>
              </w:rPr>
              <w:t>sportråd</w:t>
            </w:r>
            <w:proofErr w:type="spellEnd"/>
          </w:p>
        </w:tc>
      </w:tr>
      <w:tr w:rsidR="00494E16" w:rsidRPr="009A0CF1" w14:paraId="74A6AEFA" w14:textId="77777777">
        <w:trPr>
          <w:jc w:val="center"/>
        </w:trPr>
        <w:tc>
          <w:tcPr>
            <w:tcW w:w="4986" w:type="dxa"/>
            <w:vAlign w:val="center"/>
          </w:tcPr>
          <w:p w14:paraId="02D76544" w14:textId="77777777" w:rsidR="00494E16" w:rsidRPr="009A0CF1" w:rsidRDefault="00FA2801">
            <w:pPr>
              <w:rPr>
                <w:rFonts w:ascii="SEB SansSerif Book" w:hAnsi="SEB SansSerif Book"/>
              </w:rPr>
            </w:pPr>
            <w:proofErr w:type="spellStart"/>
            <w:r w:rsidRPr="009A0CF1">
              <w:rPr>
                <w:rFonts w:ascii="SEB SansSerif Book" w:hAnsi="SEB SansSerif Book"/>
              </w:rPr>
              <w:t>Lagadministration</w:t>
            </w:r>
            <w:proofErr w:type="spellEnd"/>
          </w:p>
        </w:tc>
        <w:tc>
          <w:tcPr>
            <w:tcW w:w="4986" w:type="dxa"/>
            <w:vAlign w:val="center"/>
          </w:tcPr>
          <w:p w14:paraId="1C549A0D" w14:textId="77777777" w:rsidR="00494E16" w:rsidRPr="009A0CF1" w:rsidRDefault="00FA2801">
            <w:pPr>
              <w:rPr>
                <w:rFonts w:ascii="SEB SansSerif Book" w:hAnsi="SEB SansSerif Book"/>
              </w:rPr>
            </w:pPr>
            <w:proofErr w:type="spellStart"/>
            <w:r w:rsidRPr="009A0CF1">
              <w:rPr>
                <w:rFonts w:ascii="SEB SansSerif Book" w:hAnsi="SEB SansSerif Book"/>
              </w:rPr>
              <w:t>Lagledare</w:t>
            </w:r>
            <w:proofErr w:type="spellEnd"/>
          </w:p>
        </w:tc>
      </w:tr>
      <w:tr w:rsidR="00494E16" w:rsidRPr="009A0CF1" w14:paraId="4372268B" w14:textId="77777777">
        <w:trPr>
          <w:jc w:val="center"/>
        </w:trPr>
        <w:tc>
          <w:tcPr>
            <w:tcW w:w="4986" w:type="dxa"/>
            <w:vAlign w:val="center"/>
          </w:tcPr>
          <w:p w14:paraId="39939DE3" w14:textId="77777777" w:rsidR="00494E16" w:rsidRPr="009A0CF1" w:rsidRDefault="00FA2801">
            <w:pPr>
              <w:rPr>
                <w:rFonts w:ascii="SEB SansSerif Book" w:hAnsi="SEB SansSerif Book"/>
              </w:rPr>
            </w:pPr>
            <w:r w:rsidRPr="009A0CF1">
              <w:rPr>
                <w:rFonts w:ascii="SEB SansSerif Book" w:hAnsi="SEB SansSerif Book"/>
              </w:rPr>
              <w:t xml:space="preserve">Kommunikation </w:t>
            </w:r>
            <w:proofErr w:type="spellStart"/>
            <w:r w:rsidRPr="009A0CF1">
              <w:rPr>
                <w:rFonts w:ascii="SEB SansSerif Book" w:hAnsi="SEB SansSerif Book"/>
              </w:rPr>
              <w:t>inom</w:t>
            </w:r>
            <w:proofErr w:type="spellEnd"/>
            <w:r w:rsidRPr="009A0CF1">
              <w:rPr>
                <w:rFonts w:ascii="SEB SansSerif Book" w:hAnsi="SEB SansSerif Book"/>
              </w:rPr>
              <w:t xml:space="preserve"> </w:t>
            </w:r>
            <w:proofErr w:type="spellStart"/>
            <w:r w:rsidRPr="009A0CF1">
              <w:rPr>
                <w:rFonts w:ascii="SEB SansSerif Book" w:hAnsi="SEB SansSerif Book"/>
              </w:rPr>
              <w:t>laget</w:t>
            </w:r>
            <w:proofErr w:type="spellEnd"/>
          </w:p>
        </w:tc>
        <w:tc>
          <w:tcPr>
            <w:tcW w:w="4986" w:type="dxa"/>
            <w:vAlign w:val="center"/>
          </w:tcPr>
          <w:p w14:paraId="6F1CEB0C" w14:textId="77777777" w:rsidR="00494E16" w:rsidRPr="009A0CF1" w:rsidRDefault="00FA2801">
            <w:pPr>
              <w:rPr>
                <w:rFonts w:ascii="SEB SansSerif Book" w:hAnsi="SEB SansSerif Book"/>
              </w:rPr>
            </w:pPr>
            <w:proofErr w:type="spellStart"/>
            <w:r w:rsidRPr="009A0CF1">
              <w:rPr>
                <w:rFonts w:ascii="SEB SansSerif Book" w:hAnsi="SEB SansSerif Book"/>
              </w:rPr>
              <w:t>Lagledare</w:t>
            </w:r>
            <w:proofErr w:type="spellEnd"/>
            <w:r w:rsidRPr="009A0CF1">
              <w:rPr>
                <w:rFonts w:ascii="SEB SansSerif Book" w:hAnsi="SEB SansSerif Book"/>
              </w:rPr>
              <w:t xml:space="preserve"> + </w:t>
            </w:r>
            <w:proofErr w:type="spellStart"/>
            <w:r w:rsidRPr="009A0CF1">
              <w:rPr>
                <w:rFonts w:ascii="SEB SansSerif Book" w:hAnsi="SEB SansSerif Book"/>
              </w:rPr>
              <w:t>tränare</w:t>
            </w:r>
            <w:proofErr w:type="spellEnd"/>
          </w:p>
        </w:tc>
      </w:tr>
      <w:tr w:rsidR="00494E16" w:rsidRPr="009A0CF1" w14:paraId="242797D4" w14:textId="77777777">
        <w:trPr>
          <w:jc w:val="center"/>
        </w:trPr>
        <w:tc>
          <w:tcPr>
            <w:tcW w:w="4986" w:type="dxa"/>
            <w:vAlign w:val="center"/>
          </w:tcPr>
          <w:p w14:paraId="0D3D6DA7" w14:textId="77777777" w:rsidR="00494E16" w:rsidRPr="009A0CF1" w:rsidRDefault="00FA2801">
            <w:pPr>
              <w:rPr>
                <w:rFonts w:ascii="SEB SansSerif Book" w:hAnsi="SEB SansSerif Book"/>
              </w:rPr>
            </w:pPr>
            <w:r w:rsidRPr="009A0CF1">
              <w:rPr>
                <w:rFonts w:ascii="SEB SansSerif Book" w:hAnsi="SEB SansSerif Book"/>
              </w:rPr>
              <w:t>Material</w:t>
            </w:r>
          </w:p>
        </w:tc>
        <w:tc>
          <w:tcPr>
            <w:tcW w:w="4986" w:type="dxa"/>
            <w:vAlign w:val="center"/>
          </w:tcPr>
          <w:p w14:paraId="08A45A44" w14:textId="72D7BF4A" w:rsidR="00494E16" w:rsidRPr="009A0CF1" w:rsidRDefault="00FA2801">
            <w:pPr>
              <w:rPr>
                <w:rFonts w:ascii="SEB SansSerif Book" w:hAnsi="SEB SansSerif Book"/>
              </w:rPr>
            </w:pPr>
            <w:proofErr w:type="spellStart"/>
            <w:r w:rsidRPr="009A0CF1">
              <w:rPr>
                <w:rFonts w:ascii="SEB SansSerif Book" w:hAnsi="SEB SansSerif Book"/>
              </w:rPr>
              <w:t>Materialansvarig</w:t>
            </w:r>
            <w:proofErr w:type="spellEnd"/>
            <w:r w:rsidR="00B9037B">
              <w:rPr>
                <w:rFonts w:ascii="SEB SansSerif Book" w:hAnsi="SEB SansSerif Book"/>
              </w:rPr>
              <w:t>/</w:t>
            </w:r>
            <w:proofErr w:type="spellStart"/>
            <w:r w:rsidR="0034629E">
              <w:rPr>
                <w:rFonts w:ascii="SEB SansSerif Book" w:hAnsi="SEB SansSerif Book"/>
              </w:rPr>
              <w:t>Föreningens</w:t>
            </w:r>
            <w:proofErr w:type="spellEnd"/>
            <w:r w:rsidR="0034629E">
              <w:rPr>
                <w:rFonts w:ascii="SEB SansSerif Book" w:hAnsi="SEB SansSerif Book"/>
              </w:rPr>
              <w:t xml:space="preserve"> </w:t>
            </w:r>
            <w:proofErr w:type="spellStart"/>
            <w:r w:rsidR="0034629E">
              <w:rPr>
                <w:rFonts w:ascii="SEB SansSerif Book" w:hAnsi="SEB SansSerif Book"/>
              </w:rPr>
              <w:t>huvudansvarig</w:t>
            </w:r>
            <w:proofErr w:type="spellEnd"/>
          </w:p>
        </w:tc>
      </w:tr>
      <w:tr w:rsidR="00494E16" w:rsidRPr="009A0CF1" w14:paraId="30BFFEF6" w14:textId="77777777">
        <w:trPr>
          <w:jc w:val="center"/>
        </w:trPr>
        <w:tc>
          <w:tcPr>
            <w:tcW w:w="4986" w:type="dxa"/>
            <w:vAlign w:val="center"/>
          </w:tcPr>
          <w:p w14:paraId="1DF8718A" w14:textId="77777777" w:rsidR="00494E16" w:rsidRPr="009A0CF1" w:rsidRDefault="00FA2801">
            <w:pPr>
              <w:rPr>
                <w:rFonts w:ascii="SEB SansSerif Book" w:hAnsi="SEB SansSerif Book"/>
              </w:rPr>
            </w:pPr>
            <w:proofErr w:type="spellStart"/>
            <w:r w:rsidRPr="009A0CF1">
              <w:rPr>
                <w:rFonts w:ascii="SEB SansSerif Book" w:hAnsi="SEB SansSerif Book"/>
              </w:rPr>
              <w:t>Lagets</w:t>
            </w:r>
            <w:proofErr w:type="spellEnd"/>
            <w:r w:rsidRPr="009A0CF1">
              <w:rPr>
                <w:rFonts w:ascii="SEB SansSerif Book" w:hAnsi="SEB SansSerif Book"/>
              </w:rPr>
              <w:t xml:space="preserve"> </w:t>
            </w:r>
            <w:proofErr w:type="spellStart"/>
            <w:r w:rsidRPr="009A0CF1">
              <w:rPr>
                <w:rFonts w:ascii="SEB SansSerif Book" w:hAnsi="SEB SansSerif Book"/>
              </w:rPr>
              <w:t>ekonomi</w:t>
            </w:r>
            <w:proofErr w:type="spellEnd"/>
          </w:p>
        </w:tc>
        <w:tc>
          <w:tcPr>
            <w:tcW w:w="4986" w:type="dxa"/>
            <w:vAlign w:val="center"/>
          </w:tcPr>
          <w:p w14:paraId="5F288696" w14:textId="77777777" w:rsidR="00494E16" w:rsidRPr="009A0CF1" w:rsidRDefault="00FA2801">
            <w:pPr>
              <w:rPr>
                <w:rFonts w:ascii="SEB SansSerif Book" w:hAnsi="SEB SansSerif Book"/>
              </w:rPr>
            </w:pPr>
            <w:proofErr w:type="spellStart"/>
            <w:r w:rsidRPr="009A0CF1">
              <w:rPr>
                <w:rFonts w:ascii="SEB SansSerif Book" w:hAnsi="SEB SansSerif Book"/>
              </w:rPr>
              <w:t>Kassör</w:t>
            </w:r>
            <w:proofErr w:type="spellEnd"/>
          </w:p>
        </w:tc>
      </w:tr>
      <w:tr w:rsidR="00494E16" w:rsidRPr="009A0CF1" w14:paraId="1F649623" w14:textId="77777777">
        <w:trPr>
          <w:jc w:val="center"/>
        </w:trPr>
        <w:tc>
          <w:tcPr>
            <w:tcW w:w="4986" w:type="dxa"/>
            <w:vAlign w:val="center"/>
          </w:tcPr>
          <w:p w14:paraId="50A4EE5F" w14:textId="77777777" w:rsidR="00494E16" w:rsidRPr="009A0CF1" w:rsidRDefault="00FA2801">
            <w:pPr>
              <w:rPr>
                <w:rFonts w:ascii="SEB SansSerif Book" w:hAnsi="SEB SansSerif Book"/>
              </w:rPr>
            </w:pPr>
            <w:proofErr w:type="spellStart"/>
            <w:r w:rsidRPr="009A0CF1">
              <w:rPr>
                <w:rFonts w:ascii="SEB SansSerif Book" w:hAnsi="SEB SansSerif Book"/>
              </w:rPr>
              <w:t>Övergripande</w:t>
            </w:r>
            <w:proofErr w:type="spellEnd"/>
            <w:r w:rsidRPr="009A0CF1">
              <w:rPr>
                <w:rFonts w:ascii="SEB SansSerif Book" w:hAnsi="SEB SansSerif Book"/>
              </w:rPr>
              <w:t xml:space="preserve"> </w:t>
            </w:r>
            <w:proofErr w:type="spellStart"/>
            <w:r w:rsidRPr="009A0CF1">
              <w:rPr>
                <w:rFonts w:ascii="SEB SansSerif Book" w:hAnsi="SEB SansSerif Book"/>
              </w:rPr>
              <w:t>ekonomi</w:t>
            </w:r>
            <w:proofErr w:type="spellEnd"/>
          </w:p>
        </w:tc>
        <w:tc>
          <w:tcPr>
            <w:tcW w:w="4986" w:type="dxa"/>
            <w:vAlign w:val="center"/>
          </w:tcPr>
          <w:p w14:paraId="62598588" w14:textId="04C810C3" w:rsidR="00494E16" w:rsidRPr="009A0CF1" w:rsidRDefault="00FA2801">
            <w:pPr>
              <w:rPr>
                <w:rFonts w:ascii="SEB SansSerif Book" w:hAnsi="SEB SansSerif Book"/>
              </w:rPr>
            </w:pPr>
            <w:proofErr w:type="spellStart"/>
            <w:r w:rsidRPr="009A0CF1">
              <w:rPr>
                <w:rFonts w:ascii="SEB SansSerif Book" w:hAnsi="SEB SansSerif Book"/>
              </w:rPr>
              <w:t>Förening</w:t>
            </w:r>
            <w:r w:rsidR="002D1B28">
              <w:rPr>
                <w:rFonts w:ascii="SEB SansSerif Book" w:hAnsi="SEB SansSerif Book"/>
              </w:rPr>
              <w:t>en</w:t>
            </w:r>
            <w:proofErr w:type="spellEnd"/>
          </w:p>
        </w:tc>
      </w:tr>
      <w:tr w:rsidR="00494E16" w:rsidRPr="009A0CF1" w14:paraId="3FFB8BAC" w14:textId="77777777">
        <w:trPr>
          <w:jc w:val="center"/>
        </w:trPr>
        <w:tc>
          <w:tcPr>
            <w:tcW w:w="4986" w:type="dxa"/>
            <w:vAlign w:val="center"/>
          </w:tcPr>
          <w:p w14:paraId="70E08D7C" w14:textId="77777777" w:rsidR="00494E16" w:rsidRPr="009A0CF1" w:rsidRDefault="00FA2801">
            <w:pPr>
              <w:rPr>
                <w:rFonts w:ascii="SEB SansSerif Book" w:hAnsi="SEB SansSerif Book"/>
              </w:rPr>
            </w:pPr>
            <w:proofErr w:type="spellStart"/>
            <w:r w:rsidRPr="009A0CF1">
              <w:rPr>
                <w:rFonts w:ascii="SEB SansSerif Book" w:hAnsi="SEB SansSerif Book"/>
              </w:rPr>
              <w:t>Föreningsövergripande</w:t>
            </w:r>
            <w:proofErr w:type="spellEnd"/>
            <w:r w:rsidRPr="009A0CF1">
              <w:rPr>
                <w:rFonts w:ascii="SEB SansSerif Book" w:hAnsi="SEB SansSerif Book"/>
              </w:rPr>
              <w:t xml:space="preserve"> </w:t>
            </w:r>
            <w:proofErr w:type="spellStart"/>
            <w:r w:rsidRPr="009A0CF1">
              <w:rPr>
                <w:rFonts w:ascii="SEB SansSerif Book" w:hAnsi="SEB SansSerif Book"/>
              </w:rPr>
              <w:t>frågor</w:t>
            </w:r>
            <w:proofErr w:type="spellEnd"/>
          </w:p>
        </w:tc>
        <w:tc>
          <w:tcPr>
            <w:tcW w:w="4986" w:type="dxa"/>
            <w:vAlign w:val="center"/>
          </w:tcPr>
          <w:p w14:paraId="71A0C6E7" w14:textId="77777777" w:rsidR="00494E16" w:rsidRPr="009A0CF1" w:rsidRDefault="00FA2801">
            <w:pPr>
              <w:rPr>
                <w:rFonts w:ascii="SEB SansSerif Book" w:hAnsi="SEB SansSerif Book"/>
              </w:rPr>
            </w:pPr>
            <w:proofErr w:type="spellStart"/>
            <w:r w:rsidRPr="009A0CF1">
              <w:rPr>
                <w:rFonts w:ascii="SEB SansSerif Book" w:hAnsi="SEB SansSerif Book"/>
              </w:rPr>
              <w:t>Klubbledning</w:t>
            </w:r>
            <w:proofErr w:type="spellEnd"/>
            <w:r w:rsidRPr="009A0CF1">
              <w:rPr>
                <w:rFonts w:ascii="SEB SansSerif Book" w:hAnsi="SEB SansSerif Book"/>
              </w:rPr>
              <w:t>/</w:t>
            </w:r>
            <w:proofErr w:type="spellStart"/>
            <w:r w:rsidRPr="009A0CF1">
              <w:rPr>
                <w:rFonts w:ascii="SEB SansSerif Book" w:hAnsi="SEB SansSerif Book"/>
              </w:rPr>
              <w:t>styrelse</w:t>
            </w:r>
            <w:proofErr w:type="spellEnd"/>
          </w:p>
        </w:tc>
      </w:tr>
      <w:tr w:rsidR="00494E16" w:rsidRPr="009A0CF1" w14:paraId="6798B8E1" w14:textId="77777777">
        <w:trPr>
          <w:jc w:val="center"/>
        </w:trPr>
        <w:tc>
          <w:tcPr>
            <w:tcW w:w="4986" w:type="dxa"/>
            <w:vAlign w:val="center"/>
          </w:tcPr>
          <w:p w14:paraId="302A13C9" w14:textId="77777777" w:rsidR="00494E16" w:rsidRPr="009A0CF1" w:rsidRDefault="00FA2801">
            <w:pPr>
              <w:rPr>
                <w:rFonts w:ascii="SEB SansSerif Book" w:hAnsi="SEB SansSerif Book"/>
              </w:rPr>
            </w:pPr>
            <w:proofErr w:type="spellStart"/>
            <w:r w:rsidRPr="009A0CF1">
              <w:rPr>
                <w:rFonts w:ascii="SEB SansSerif Book" w:hAnsi="SEB SansSerif Book"/>
              </w:rPr>
              <w:t>Policys</w:t>
            </w:r>
            <w:proofErr w:type="spellEnd"/>
            <w:r w:rsidRPr="009A0CF1">
              <w:rPr>
                <w:rFonts w:ascii="SEB SansSerif Book" w:hAnsi="SEB SansSerif Book"/>
              </w:rPr>
              <w:t xml:space="preserve"> och </w:t>
            </w:r>
            <w:proofErr w:type="spellStart"/>
            <w:r w:rsidRPr="009A0CF1">
              <w:rPr>
                <w:rFonts w:ascii="SEB SansSerif Book" w:hAnsi="SEB SansSerif Book"/>
              </w:rPr>
              <w:t>ramverk</w:t>
            </w:r>
            <w:proofErr w:type="spellEnd"/>
          </w:p>
        </w:tc>
        <w:tc>
          <w:tcPr>
            <w:tcW w:w="4986" w:type="dxa"/>
            <w:vAlign w:val="center"/>
          </w:tcPr>
          <w:p w14:paraId="5945D8BD" w14:textId="77777777" w:rsidR="00494E16" w:rsidRPr="009A0CF1" w:rsidRDefault="00FA2801">
            <w:pPr>
              <w:rPr>
                <w:rFonts w:ascii="SEB SansSerif Book" w:hAnsi="SEB SansSerif Book"/>
              </w:rPr>
            </w:pPr>
            <w:proofErr w:type="spellStart"/>
            <w:r w:rsidRPr="009A0CF1">
              <w:rPr>
                <w:rFonts w:ascii="SEB SansSerif Book" w:hAnsi="SEB SansSerif Book"/>
              </w:rPr>
              <w:t>Föreningen</w:t>
            </w:r>
            <w:proofErr w:type="spellEnd"/>
            <w:r w:rsidRPr="009A0CF1">
              <w:rPr>
                <w:rFonts w:ascii="SEB SansSerif Book" w:hAnsi="SEB SansSerif Book"/>
              </w:rPr>
              <w:t>/</w:t>
            </w:r>
            <w:proofErr w:type="spellStart"/>
            <w:r w:rsidRPr="009A0CF1">
              <w:rPr>
                <w:rFonts w:ascii="SEB SansSerif Book" w:hAnsi="SEB SansSerif Book"/>
              </w:rPr>
              <w:t>styrelsen</w:t>
            </w:r>
            <w:proofErr w:type="spellEnd"/>
          </w:p>
        </w:tc>
      </w:tr>
      <w:tr w:rsidR="00150C4C" w:rsidRPr="00150C4C" w14:paraId="23DF5EBA" w14:textId="77777777">
        <w:trPr>
          <w:jc w:val="center"/>
        </w:trPr>
        <w:tc>
          <w:tcPr>
            <w:tcW w:w="4986" w:type="dxa"/>
            <w:vAlign w:val="center"/>
          </w:tcPr>
          <w:p w14:paraId="690C8A8A" w14:textId="04FD1192" w:rsidR="00150C4C" w:rsidRPr="00150C4C" w:rsidRDefault="00150C4C">
            <w:pPr>
              <w:rPr>
                <w:rFonts w:ascii="SEB SansSerif Book" w:hAnsi="SEB SansSerif Book"/>
                <w:lang w:val="sv-SE"/>
              </w:rPr>
            </w:pPr>
            <w:r w:rsidRPr="00150C4C">
              <w:rPr>
                <w:rFonts w:ascii="SEB SansSerif Book" w:hAnsi="SEB SansSerif Book"/>
                <w:lang w:val="sv-SE"/>
              </w:rPr>
              <w:t>Tillsättning av domare och u</w:t>
            </w:r>
            <w:r>
              <w:rPr>
                <w:rFonts w:ascii="SEB SansSerif Book" w:hAnsi="SEB SansSerif Book"/>
                <w:lang w:val="sv-SE"/>
              </w:rPr>
              <w:t>tbildning</w:t>
            </w:r>
          </w:p>
        </w:tc>
        <w:tc>
          <w:tcPr>
            <w:tcW w:w="4986" w:type="dxa"/>
            <w:vAlign w:val="center"/>
          </w:tcPr>
          <w:p w14:paraId="212BAED8" w14:textId="6FF8F699" w:rsidR="00150C4C" w:rsidRPr="00150C4C" w:rsidRDefault="00150C4C">
            <w:pPr>
              <w:rPr>
                <w:rFonts w:ascii="SEB SansSerif Book" w:hAnsi="SEB SansSerif Book"/>
                <w:lang w:val="sv-SE"/>
              </w:rPr>
            </w:pPr>
            <w:r>
              <w:rPr>
                <w:rFonts w:ascii="SEB SansSerif Book" w:hAnsi="SEB SansSerif Book"/>
                <w:lang w:val="sv-SE"/>
              </w:rPr>
              <w:t>DAIF</w:t>
            </w:r>
          </w:p>
        </w:tc>
      </w:tr>
    </w:tbl>
    <w:p w14:paraId="68F970FE" w14:textId="77777777" w:rsidR="00494E16" w:rsidRPr="009A0CF1" w:rsidRDefault="00FA2801">
      <w:pPr>
        <w:rPr>
          <w:rFonts w:ascii="SEB SansSerif Book" w:hAnsi="SEB SansSerif Book"/>
          <w:lang w:val="sv-SE"/>
        </w:rPr>
      </w:pPr>
      <w:r w:rsidRPr="009A0CF1">
        <w:rPr>
          <w:rFonts w:ascii="SEB SansSerif Book" w:hAnsi="SEB SansSerif Book"/>
          <w:lang w:val="sv-SE"/>
        </w:rPr>
        <w:t>Vid tveksamhet – fråga innan du fattar ett beslut eller gör ett ekonomiskt åtagande för föreningens räkning.</w:t>
      </w:r>
    </w:p>
    <w:p w14:paraId="1FDA412E" w14:textId="77777777" w:rsidR="00CC4CC7" w:rsidRDefault="00CC4CC7" w:rsidP="00A72683">
      <w:pPr>
        <w:pStyle w:val="Heading1"/>
        <w:rPr>
          <w:rFonts w:ascii="SEB SansSerif Book" w:hAnsi="SEB SansSerif Book"/>
          <w:lang w:val="sv-SE"/>
        </w:rPr>
      </w:pPr>
    </w:p>
    <w:p w14:paraId="7FA314A5" w14:textId="77777777" w:rsidR="00CC4CC7" w:rsidRDefault="00CC4CC7" w:rsidP="00A72683">
      <w:pPr>
        <w:pStyle w:val="Heading1"/>
        <w:rPr>
          <w:rFonts w:ascii="SEB SansSerif Book" w:hAnsi="SEB SansSerif Book"/>
          <w:lang w:val="sv-SE"/>
        </w:rPr>
      </w:pPr>
    </w:p>
    <w:p w14:paraId="073084CA" w14:textId="1303460D" w:rsidR="00494E16" w:rsidRPr="009A0CF1" w:rsidRDefault="003F2380" w:rsidP="00A72683">
      <w:pPr>
        <w:pStyle w:val="Heading1"/>
        <w:rPr>
          <w:rFonts w:ascii="SEB SansSerif Book" w:hAnsi="SEB SansSerif Book"/>
          <w:lang w:val="sv-SE"/>
        </w:rPr>
      </w:pPr>
      <w:r w:rsidRPr="009A0CF1">
        <w:rPr>
          <w:rFonts w:ascii="SEB SansSerif Book" w:hAnsi="SEB SansSerif Book"/>
          <w:lang w:val="sv-SE"/>
        </w:rPr>
        <w:t>Bra rutin inför varje vecka</w:t>
      </w:r>
    </w:p>
    <w:p w14:paraId="3341A941" w14:textId="77777777" w:rsidR="00494E16" w:rsidRPr="009A0CF1" w:rsidRDefault="00FA2801">
      <w:pPr>
        <w:rPr>
          <w:rFonts w:ascii="SEB SansSerif Book" w:hAnsi="SEB SansSerif Book"/>
          <w:lang w:val="sv-SE"/>
        </w:rPr>
      </w:pPr>
      <w:r w:rsidRPr="009A0CF1">
        <w:rPr>
          <w:rFonts w:ascii="SEB SansSerif Book" w:hAnsi="SEB SansSerif Book"/>
          <w:lang w:val="sv-SE"/>
        </w:rPr>
        <w:t>Som lagledare är det bra att regelbundet kontrollera:</w:t>
      </w:r>
    </w:p>
    <w:p w14:paraId="7906EF90" w14:textId="77777777" w:rsidR="00494E16" w:rsidRPr="009A0CF1" w:rsidRDefault="00FA2801">
      <w:pPr>
        <w:rPr>
          <w:rFonts w:ascii="SEB SansSerif Book" w:hAnsi="SEB SansSerif Book"/>
          <w:lang w:val="sv-SE"/>
        </w:rPr>
      </w:pPr>
      <w:r w:rsidRPr="009A0CF1">
        <w:rPr>
          <w:rFonts w:ascii="Segoe UI Symbol" w:hAnsi="Segoe UI Symbol" w:cs="Segoe UI Symbol"/>
          <w:lang w:val="sv-SE"/>
        </w:rPr>
        <w:t>☐</w:t>
      </w:r>
      <w:r w:rsidRPr="009A0CF1">
        <w:rPr>
          <w:rFonts w:ascii="SEB SansSerif Book" w:hAnsi="SEB SansSerif Book"/>
          <w:lang w:val="sv-SE"/>
        </w:rPr>
        <w:t xml:space="preserve"> Är veckans träningar och matcher korrekta i kalendern?</w:t>
      </w:r>
    </w:p>
    <w:p w14:paraId="1A21560F" w14:textId="77777777" w:rsidR="00494E16" w:rsidRPr="009A0CF1" w:rsidRDefault="00FA2801">
      <w:pPr>
        <w:rPr>
          <w:rFonts w:ascii="SEB SansSerif Book" w:hAnsi="SEB SansSerif Book"/>
          <w:lang w:val="sv-SE"/>
        </w:rPr>
      </w:pPr>
      <w:r w:rsidRPr="009A0CF1">
        <w:rPr>
          <w:rFonts w:ascii="Segoe UI Symbol" w:hAnsi="Segoe UI Symbol" w:cs="Segoe UI Symbol"/>
          <w:lang w:val="sv-SE"/>
        </w:rPr>
        <w:t>☐</w:t>
      </w:r>
      <w:r w:rsidRPr="009A0CF1">
        <w:rPr>
          <w:rFonts w:ascii="SEB SansSerif Book" w:hAnsi="SEB SansSerif Book"/>
          <w:lang w:val="sv-SE"/>
        </w:rPr>
        <w:t xml:space="preserve"> Är kallelser skickade?</w:t>
      </w:r>
    </w:p>
    <w:p w14:paraId="0BEF42E9" w14:textId="77777777" w:rsidR="00494E16" w:rsidRPr="009A0CF1" w:rsidRDefault="00FA2801">
      <w:pPr>
        <w:rPr>
          <w:rFonts w:ascii="SEB SansSerif Book" w:hAnsi="SEB SansSerif Book"/>
          <w:lang w:val="sv-SE"/>
        </w:rPr>
      </w:pPr>
      <w:r w:rsidRPr="009A0CF1">
        <w:rPr>
          <w:rFonts w:ascii="Segoe UI Symbol" w:hAnsi="Segoe UI Symbol" w:cs="Segoe UI Symbol"/>
          <w:lang w:val="sv-SE"/>
        </w:rPr>
        <w:t>☐</w:t>
      </w:r>
      <w:r w:rsidRPr="009A0CF1">
        <w:rPr>
          <w:rFonts w:ascii="SEB SansSerif Book" w:hAnsi="SEB SansSerif Book"/>
          <w:lang w:val="sv-SE"/>
        </w:rPr>
        <w:t xml:space="preserve"> Finns några ändringar som behöver kommuniceras?</w:t>
      </w:r>
    </w:p>
    <w:p w14:paraId="74E6A6BA" w14:textId="77777777" w:rsidR="00494E16" w:rsidRPr="009A0CF1" w:rsidRDefault="00FA2801">
      <w:pPr>
        <w:rPr>
          <w:rFonts w:ascii="SEB SansSerif Book" w:hAnsi="SEB SansSerif Book"/>
          <w:lang w:val="sv-SE"/>
        </w:rPr>
      </w:pPr>
      <w:r w:rsidRPr="009A0CF1">
        <w:rPr>
          <w:rFonts w:ascii="Segoe UI Symbol" w:hAnsi="Segoe UI Symbol" w:cs="Segoe UI Symbol"/>
          <w:lang w:val="sv-SE"/>
        </w:rPr>
        <w:t>☐</w:t>
      </w:r>
      <w:r w:rsidRPr="009A0CF1">
        <w:rPr>
          <w:rFonts w:ascii="SEB SansSerif Book" w:hAnsi="SEB SansSerif Book"/>
          <w:lang w:val="sv-SE"/>
        </w:rPr>
        <w:t xml:space="preserve"> Är kommande hemmamatcher bemannade?</w:t>
      </w:r>
    </w:p>
    <w:p w14:paraId="4F9735B7" w14:textId="77777777" w:rsidR="00494E16" w:rsidRPr="009A0CF1" w:rsidRDefault="00FA2801">
      <w:pPr>
        <w:rPr>
          <w:rFonts w:ascii="SEB SansSerif Book" w:hAnsi="SEB SansSerif Book"/>
          <w:lang w:val="sv-SE"/>
        </w:rPr>
      </w:pPr>
      <w:r w:rsidRPr="009A0CF1">
        <w:rPr>
          <w:rFonts w:ascii="Segoe UI Symbol" w:hAnsi="Segoe UI Symbol" w:cs="Segoe UI Symbol"/>
          <w:lang w:val="sv-SE"/>
        </w:rPr>
        <w:t>☐</w:t>
      </w:r>
      <w:r w:rsidRPr="009A0CF1">
        <w:rPr>
          <w:rFonts w:ascii="SEB SansSerif Book" w:hAnsi="SEB SansSerif Book"/>
          <w:lang w:val="sv-SE"/>
        </w:rPr>
        <w:t xml:space="preserve"> Finns domare och övriga funktionärer?</w:t>
      </w:r>
    </w:p>
    <w:p w14:paraId="76F488F7" w14:textId="77777777" w:rsidR="00494E16" w:rsidRPr="009A0CF1" w:rsidRDefault="00FA2801">
      <w:pPr>
        <w:rPr>
          <w:rFonts w:ascii="SEB SansSerif Book" w:hAnsi="SEB SansSerif Book"/>
          <w:lang w:val="sv-SE"/>
        </w:rPr>
      </w:pPr>
      <w:r w:rsidRPr="009A0CF1">
        <w:rPr>
          <w:rFonts w:ascii="Segoe UI Symbol" w:hAnsi="Segoe UI Symbol" w:cs="Segoe UI Symbol"/>
          <w:lang w:val="sv-SE"/>
        </w:rPr>
        <w:t>☐</w:t>
      </w:r>
      <w:r w:rsidRPr="009A0CF1">
        <w:rPr>
          <w:rFonts w:ascii="SEB SansSerif Book" w:hAnsi="SEB SansSerif Book"/>
          <w:lang w:val="sv-SE"/>
        </w:rPr>
        <w:t xml:space="preserve"> Är information inför bortamatcher klar?</w:t>
      </w:r>
    </w:p>
    <w:p w14:paraId="1E37639E" w14:textId="77777777" w:rsidR="00494E16" w:rsidRPr="009A0CF1" w:rsidRDefault="00FA2801">
      <w:pPr>
        <w:rPr>
          <w:rFonts w:ascii="SEB SansSerif Book" w:hAnsi="SEB SansSerif Book"/>
          <w:lang w:val="sv-SE"/>
        </w:rPr>
      </w:pPr>
      <w:r w:rsidRPr="009A0CF1">
        <w:rPr>
          <w:rFonts w:ascii="Segoe UI Symbol" w:hAnsi="Segoe UI Symbol" w:cs="Segoe UI Symbol"/>
          <w:lang w:val="sv-SE"/>
        </w:rPr>
        <w:t>☐</w:t>
      </w:r>
      <w:r w:rsidRPr="009A0CF1">
        <w:rPr>
          <w:rFonts w:ascii="SEB SansSerif Book" w:hAnsi="SEB SansSerif Book"/>
          <w:lang w:val="sv-SE"/>
        </w:rPr>
        <w:t xml:space="preserve"> Finns kommande cuper eller aktiviteter som behöver planeras?</w:t>
      </w:r>
    </w:p>
    <w:p w14:paraId="4DF56FDA" w14:textId="77777777" w:rsidR="00494E16" w:rsidRPr="009A0CF1" w:rsidRDefault="00FA2801">
      <w:pPr>
        <w:rPr>
          <w:rFonts w:ascii="SEB SansSerif Book" w:hAnsi="SEB SansSerif Book"/>
          <w:lang w:val="sv-SE"/>
        </w:rPr>
      </w:pPr>
      <w:r w:rsidRPr="009A0CF1">
        <w:rPr>
          <w:rFonts w:ascii="Segoe UI Symbol" w:hAnsi="Segoe UI Symbol" w:cs="Segoe UI Symbol"/>
          <w:lang w:val="sv-SE"/>
        </w:rPr>
        <w:t>☐</w:t>
      </w:r>
      <w:r w:rsidRPr="009A0CF1">
        <w:rPr>
          <w:rFonts w:ascii="SEB SansSerif Book" w:hAnsi="SEB SansSerif Book"/>
          <w:lang w:val="sv-SE"/>
        </w:rPr>
        <w:t xml:space="preserve"> Finns frågor från tränarna, spelarna eller föräldrarna som behöver hanteras?</w:t>
      </w:r>
    </w:p>
    <w:p w14:paraId="5BD0D4A9" w14:textId="77777777" w:rsidR="00494E16" w:rsidRDefault="00FA2801">
      <w:pPr>
        <w:rPr>
          <w:rFonts w:ascii="SEB SansSerif Book" w:hAnsi="SEB SansSerif Book"/>
          <w:lang w:val="sv-SE"/>
        </w:rPr>
      </w:pPr>
      <w:r w:rsidRPr="009A0CF1">
        <w:rPr>
          <w:rFonts w:ascii="Segoe UI Symbol" w:hAnsi="Segoe UI Symbol" w:cs="Segoe UI Symbol"/>
          <w:lang w:val="sv-SE"/>
        </w:rPr>
        <w:t>☐</w:t>
      </w:r>
      <w:r w:rsidRPr="009A0CF1">
        <w:rPr>
          <w:rFonts w:ascii="SEB SansSerif Book" w:hAnsi="SEB SansSerif Book"/>
          <w:lang w:val="sv-SE"/>
        </w:rPr>
        <w:t xml:space="preserve"> Finns något som behöver lyftas till föreningen?</w:t>
      </w:r>
    </w:p>
    <w:p w14:paraId="6554DF54" w14:textId="77777777" w:rsidR="00BD4287" w:rsidRDefault="00BD4287">
      <w:pPr>
        <w:rPr>
          <w:rFonts w:ascii="SEB SansSerif Book" w:hAnsi="SEB SansSerif Book"/>
          <w:lang w:val="sv-SE"/>
        </w:rPr>
      </w:pPr>
    </w:p>
    <w:p w14:paraId="7DBC7CFC" w14:textId="77777777" w:rsidR="00BD4287" w:rsidRPr="009A0CF1" w:rsidRDefault="00BD4287">
      <w:pPr>
        <w:rPr>
          <w:rFonts w:ascii="SEB SansSerif Book" w:hAnsi="SEB SansSerif Book"/>
          <w:lang w:val="sv-SE"/>
        </w:rPr>
      </w:pPr>
    </w:p>
    <w:p w14:paraId="09C7F2AA" w14:textId="02E00976" w:rsidR="00494E16" w:rsidRPr="009A0CF1" w:rsidRDefault="003F2380" w:rsidP="001B205D">
      <w:pPr>
        <w:pStyle w:val="Heading1"/>
        <w:rPr>
          <w:rFonts w:ascii="SEB SansSerif Book" w:hAnsi="SEB SansSerif Book"/>
          <w:lang w:val="sv-SE"/>
        </w:rPr>
      </w:pPr>
      <w:r w:rsidRPr="009A0CF1">
        <w:rPr>
          <w:rFonts w:ascii="SEB SansSerif Book" w:hAnsi="SEB SansSerif Book"/>
          <w:lang w:val="sv-SE"/>
        </w:rPr>
        <w:t>Viktiga kontaktvägar</w:t>
      </w:r>
    </w:p>
    <w:p w14:paraId="15A333DD" w14:textId="77777777" w:rsidR="00494E16" w:rsidRPr="009A0CF1" w:rsidRDefault="00FA2801">
      <w:pPr>
        <w:rPr>
          <w:rFonts w:ascii="SEB SansSerif Book" w:hAnsi="SEB SansSerif Book"/>
          <w:lang w:val="sv-SE"/>
        </w:rPr>
      </w:pPr>
      <w:r w:rsidRPr="009A0CF1">
        <w:rPr>
          <w:rFonts w:ascii="SEB SansSerif Book" w:hAnsi="SEB SansSerif Book"/>
          <w:lang w:val="sv-SE"/>
        </w:rPr>
        <w:t>Som lagledare ska du veta vem du kontaktar när du behöver hjälp.</w:t>
      </w:r>
    </w:p>
    <w:p w14:paraId="310962A7" w14:textId="3116E752" w:rsidR="00494E16" w:rsidRPr="009A0CF1" w:rsidRDefault="00FA2801">
      <w:pPr>
        <w:rPr>
          <w:rFonts w:ascii="SEB SansSerif Book" w:hAnsi="SEB SansSerif Book"/>
          <w:lang w:val="sv-SE"/>
        </w:rPr>
      </w:pPr>
      <w:r w:rsidRPr="009A0CF1">
        <w:rPr>
          <w:rFonts w:ascii="SEB SansSerif Book" w:hAnsi="SEB SansSerif Book"/>
          <w:b/>
          <w:lang w:val="sv-SE"/>
        </w:rPr>
        <w:t xml:space="preserve">Klubbchef: </w:t>
      </w:r>
      <w:r w:rsidRPr="009A0CF1">
        <w:rPr>
          <w:rFonts w:ascii="SEB SansSerif Book" w:hAnsi="SEB SansSerif Book"/>
          <w:lang w:val="sv-SE"/>
        </w:rPr>
        <w:t>Föreningsövergripande frågor, administration, ekonomi och praktiska frågor.</w:t>
      </w:r>
      <w:r w:rsidR="00054D69" w:rsidRPr="009A0CF1">
        <w:rPr>
          <w:rFonts w:ascii="SEB SansSerif Book" w:hAnsi="SEB SansSerif Book"/>
          <w:lang w:val="sv-SE"/>
        </w:rPr>
        <w:t xml:space="preserve"> </w:t>
      </w:r>
      <w:hyperlink r:id="rId18" w:history="1">
        <w:r w:rsidR="00054D69" w:rsidRPr="009A0CF1">
          <w:rPr>
            <w:rStyle w:val="Hyperlink"/>
            <w:rFonts w:ascii="SEB SansSerif Book" w:hAnsi="SEB SansSerif Book"/>
            <w:lang w:val="sv-SE"/>
          </w:rPr>
          <w:t>info@malarohockey.com</w:t>
        </w:r>
      </w:hyperlink>
    </w:p>
    <w:p w14:paraId="7A91CD12" w14:textId="6A492029" w:rsidR="00054D69" w:rsidRPr="009A0CF1" w:rsidRDefault="00FA2801">
      <w:pPr>
        <w:rPr>
          <w:rFonts w:ascii="SEB SansSerif Book" w:hAnsi="SEB SansSerif Book"/>
          <w:lang w:val="sv-SE"/>
        </w:rPr>
      </w:pPr>
      <w:r w:rsidRPr="009A0CF1">
        <w:rPr>
          <w:rFonts w:ascii="SEB SansSerif Book" w:hAnsi="SEB SansSerif Book"/>
          <w:b/>
          <w:lang w:val="sv-SE"/>
        </w:rPr>
        <w:t xml:space="preserve">Sportchef/sportorganisation: </w:t>
      </w:r>
      <w:r w:rsidRPr="009A0CF1">
        <w:rPr>
          <w:rFonts w:ascii="SEB SansSerif Book" w:hAnsi="SEB SansSerif Book"/>
          <w:lang w:val="sv-SE"/>
        </w:rPr>
        <w:t>Sportsliga frågor, tränarfrågor, spelarutveckling och sportsliga riktlinjer.</w:t>
      </w:r>
      <w:r w:rsidR="00054D69" w:rsidRPr="009A0CF1">
        <w:rPr>
          <w:rFonts w:ascii="SEB SansSerif Book" w:hAnsi="SEB SansSerif Book"/>
          <w:lang w:val="sv-SE"/>
        </w:rPr>
        <w:t xml:space="preserve"> </w:t>
      </w:r>
      <w:hyperlink r:id="rId19" w:history="1">
        <w:r w:rsidR="00054D69" w:rsidRPr="009A0CF1">
          <w:rPr>
            <w:rStyle w:val="Hyperlink"/>
            <w:rFonts w:ascii="SEB SansSerif Book" w:hAnsi="SEB SansSerif Book"/>
            <w:lang w:val="sv-SE"/>
          </w:rPr>
          <w:t>sportchef@malarohockey.com</w:t>
        </w:r>
      </w:hyperlink>
    </w:p>
    <w:p w14:paraId="40E68B18" w14:textId="77777777" w:rsidR="00054D69" w:rsidRPr="009A0CF1" w:rsidRDefault="00FA2801" w:rsidP="00054D69">
      <w:pPr>
        <w:rPr>
          <w:rFonts w:ascii="SEB SansSerif Book" w:eastAsia="Times New Roman" w:hAnsi="SEB SansSerif Book" w:cs="Times New Roman"/>
          <w:sz w:val="22"/>
          <w:lang w:val="sv-SE" w:eastAsia="zh-CN"/>
        </w:rPr>
      </w:pPr>
      <w:r w:rsidRPr="009A0CF1">
        <w:rPr>
          <w:rFonts w:ascii="SEB SansSerif Book" w:hAnsi="SEB SansSerif Book"/>
          <w:b/>
          <w:lang w:val="sv-SE"/>
        </w:rPr>
        <w:t xml:space="preserve">Ekonomiansvarig: </w:t>
      </w:r>
      <w:r w:rsidRPr="009A0CF1">
        <w:rPr>
          <w:rFonts w:ascii="SEB SansSerif Book" w:hAnsi="SEB SansSerif Book"/>
          <w:lang w:val="sv-SE"/>
        </w:rPr>
        <w:t>Fakturor, utlägg, lagkassor och ekonomiska rutiner.</w:t>
      </w:r>
      <w:r w:rsidR="00054D69" w:rsidRPr="009A0CF1">
        <w:rPr>
          <w:rFonts w:ascii="SEB SansSerif Book" w:eastAsia="Times New Roman" w:hAnsi="SEB SansSerif Book" w:cs="Times New Roman"/>
          <w:sz w:val="22"/>
          <w:lang w:val="sv-SE" w:eastAsia="zh-CN"/>
        </w:rPr>
        <w:t xml:space="preserve"> </w:t>
      </w:r>
    </w:p>
    <w:p w14:paraId="3A637352" w14:textId="7D42E12E" w:rsidR="00054D69" w:rsidRDefault="002D1B28" w:rsidP="00054D69">
      <w:pPr>
        <w:rPr>
          <w:rFonts w:ascii="SEB SansSerif Book" w:hAnsi="SEB SansSerif Book"/>
          <w:lang w:val="sv-SE"/>
        </w:rPr>
      </w:pPr>
      <w:hyperlink r:id="rId20" w:history="1">
        <w:r w:rsidRPr="009C5ADC">
          <w:rPr>
            <w:rStyle w:val="Hyperlink"/>
            <w:rFonts w:ascii="SEB SansSerif Book" w:hAnsi="SEB SansSerif Book"/>
            <w:lang w:val="sv-SE"/>
          </w:rPr>
          <w:t>ekonomi@malarohockey.com</w:t>
        </w:r>
      </w:hyperlink>
    </w:p>
    <w:p w14:paraId="18C6AA2D" w14:textId="05B983C1" w:rsidR="00494E16" w:rsidRPr="001F7F96" w:rsidRDefault="00FA2801">
      <w:pPr>
        <w:rPr>
          <w:lang w:val="sv-SE"/>
        </w:rPr>
      </w:pPr>
      <w:r w:rsidRPr="009A0CF1">
        <w:rPr>
          <w:rFonts w:ascii="SEB SansSerif Book" w:hAnsi="SEB SansSerif Book"/>
          <w:b/>
          <w:lang w:val="sv-SE"/>
        </w:rPr>
        <w:t xml:space="preserve">Styrelsen: </w:t>
      </w:r>
      <w:r w:rsidRPr="009A0CF1">
        <w:rPr>
          <w:rFonts w:ascii="SEB SansSerif Book" w:hAnsi="SEB SansSerif Book"/>
          <w:lang w:val="sv-SE"/>
        </w:rPr>
        <w:t>Övergripande föreningsfrågor, styrning och frågor som behöver lyftas utanför den operativa organisationen.</w:t>
      </w:r>
      <w:r w:rsidR="00054D69" w:rsidRPr="009A0CF1">
        <w:rPr>
          <w:rFonts w:ascii="SEB SansSerif Book" w:hAnsi="SEB SansSerif Book"/>
          <w:lang w:val="sv-SE"/>
        </w:rPr>
        <w:br/>
      </w:r>
      <w:hyperlink r:id="rId21" w:history="1">
        <w:r w:rsidR="00054D69" w:rsidRPr="009A0CF1">
          <w:rPr>
            <w:rStyle w:val="Hyperlink"/>
            <w:rFonts w:ascii="SEB SansSerif Book" w:hAnsi="SEB SansSerif Book"/>
            <w:lang w:val="sv-SE"/>
          </w:rPr>
          <w:t>styrelsen@malarohockey.com</w:t>
        </w:r>
      </w:hyperlink>
    </w:p>
    <w:p w14:paraId="76097A8B" w14:textId="3112A385" w:rsidR="006C5442" w:rsidRPr="006C5442" w:rsidRDefault="00150C4C" w:rsidP="006C5442">
      <w:pPr>
        <w:rPr>
          <w:lang w:val="sv-SE"/>
        </w:rPr>
      </w:pPr>
      <w:r>
        <w:rPr>
          <w:lang w:val="sv-SE"/>
        </w:rPr>
        <w:t>DAIF – Domaransvariga i föreningen</w:t>
      </w:r>
      <w:r>
        <w:rPr>
          <w:lang w:val="sv-SE"/>
        </w:rPr>
        <w:br/>
      </w:r>
      <w:r w:rsidR="006C5442" w:rsidRPr="006C5442">
        <w:rPr>
          <w:lang w:val="sv-SE"/>
        </w:rPr>
        <w:t>Emil Enhörning 0722518421</w:t>
      </w:r>
      <w:r w:rsidR="006C5442">
        <w:rPr>
          <w:lang w:val="sv-SE"/>
        </w:rPr>
        <w:br/>
      </w:r>
      <w:r w:rsidR="006C5442" w:rsidRPr="006C5442">
        <w:rPr>
          <w:lang w:val="sv-SE"/>
        </w:rPr>
        <w:t xml:space="preserve">Kristian </w:t>
      </w:r>
      <w:proofErr w:type="spellStart"/>
      <w:r w:rsidR="006C5442" w:rsidRPr="006C5442">
        <w:rPr>
          <w:lang w:val="sv-SE"/>
        </w:rPr>
        <w:t>Hokka</w:t>
      </w:r>
      <w:proofErr w:type="spellEnd"/>
      <w:r w:rsidR="006C5442" w:rsidRPr="006C5442">
        <w:rPr>
          <w:lang w:val="sv-SE"/>
        </w:rPr>
        <w:t xml:space="preserve"> 0736306504</w:t>
      </w:r>
    </w:p>
    <w:p w14:paraId="4D929E35" w14:textId="0D616B56" w:rsidR="00494E16" w:rsidRPr="001009A4" w:rsidRDefault="0061264B" w:rsidP="006C5442">
      <w:pPr>
        <w:rPr>
          <w:rFonts w:ascii="SEB SansSerif Book" w:hAnsi="SEB SansSerif Book"/>
          <w:lang w:val="sv-SE"/>
        </w:rPr>
      </w:pPr>
      <w:r>
        <w:rPr>
          <w:lang w:val="sv-SE"/>
        </w:rPr>
        <w:lastRenderedPageBreak/>
        <w:br/>
      </w:r>
      <w:r w:rsidRPr="001009A4">
        <w:rPr>
          <w:rFonts w:ascii="SEB SansSerif Book" w:hAnsi="SEB SansSerif Book"/>
          <w:lang w:val="sv-SE"/>
        </w:rPr>
        <w:t>Du behöver inte kunna allt från början</w:t>
      </w:r>
    </w:p>
    <w:p w14:paraId="05DD37AE" w14:textId="77777777" w:rsidR="00494E16" w:rsidRPr="001009A4" w:rsidRDefault="00FA2801">
      <w:pPr>
        <w:rPr>
          <w:rFonts w:ascii="SEB SansSerif Book" w:hAnsi="SEB SansSerif Book"/>
          <w:lang w:val="sv-SE"/>
        </w:rPr>
      </w:pPr>
      <w:r w:rsidRPr="001009A4">
        <w:rPr>
          <w:rFonts w:ascii="SEB SansSerif Book" w:hAnsi="SEB SansSerif Book"/>
          <w:lang w:val="sv-SE"/>
        </w:rPr>
        <w:t>Det är mycket att sätta sig in i som ny lagledare. Ingen förväntar sig att du ska kunna alla rutiner från första dagen.</w:t>
      </w:r>
    </w:p>
    <w:p w14:paraId="12ADCC41" w14:textId="77777777" w:rsidR="00494E16" w:rsidRPr="001009A4" w:rsidRDefault="00FA2801">
      <w:pPr>
        <w:rPr>
          <w:rFonts w:ascii="SEB SansSerif Book" w:hAnsi="SEB SansSerif Book"/>
          <w:lang w:val="sv-SE"/>
        </w:rPr>
      </w:pPr>
      <w:r w:rsidRPr="001009A4">
        <w:rPr>
          <w:rFonts w:ascii="SEB SansSerif Book" w:hAnsi="SEB SansSerif Book"/>
          <w:lang w:val="sv-SE"/>
        </w:rPr>
        <w:t xml:space="preserve">Det viktigaste är att du: </w:t>
      </w:r>
      <w:r w:rsidRPr="001009A4">
        <w:rPr>
          <w:rFonts w:ascii="SEB SansSerif Book" w:hAnsi="SEB SansSerif Book"/>
          <w:b/>
          <w:lang w:val="sv-SE"/>
        </w:rPr>
        <w:t>skapar struktur – kommunicerar tydligt – samarbetar med övriga ledare – och frågar när du är osäker.</w:t>
      </w:r>
    </w:p>
    <w:p w14:paraId="30819C60" w14:textId="77777777" w:rsidR="00494E16" w:rsidRPr="001009A4" w:rsidRDefault="00FA2801">
      <w:pPr>
        <w:rPr>
          <w:rFonts w:ascii="SEB SansSerif Book" w:hAnsi="SEB SansSerif Book"/>
          <w:lang w:val="sv-SE"/>
        </w:rPr>
      </w:pPr>
      <w:r w:rsidRPr="001009A4">
        <w:rPr>
          <w:rFonts w:ascii="SEB SansSerif Book" w:hAnsi="SEB SansSerif Book"/>
          <w:lang w:val="sv-SE"/>
        </w:rPr>
        <w:t>Lagledaren är en viktig del av att skapa en välfungerande verksamhet för våra spelare och familjer.</w:t>
      </w:r>
    </w:p>
    <w:p w14:paraId="7758E2A4" w14:textId="77777777" w:rsidR="00494E16" w:rsidRPr="001009A4" w:rsidRDefault="00FA2801">
      <w:pPr>
        <w:jc w:val="center"/>
        <w:rPr>
          <w:rFonts w:ascii="SEB SansSerif Book" w:hAnsi="SEB SansSerif Book"/>
          <w:lang w:val="sv-SE"/>
        </w:rPr>
      </w:pPr>
      <w:r w:rsidRPr="001009A4">
        <w:rPr>
          <w:rFonts w:ascii="SEB SansSerif Book" w:hAnsi="SEB SansSerif Book"/>
          <w:b/>
          <w:lang w:val="sv-SE"/>
        </w:rPr>
        <w:t>Tack för att du engagerar dig i Mälarö Hockey!</w:t>
      </w:r>
    </w:p>
    <w:sectPr w:rsidR="00494E16" w:rsidRPr="001009A4" w:rsidSect="00034616">
      <w:footerReference w:type="default" r:id="rId22"/>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5039D" w14:textId="77777777" w:rsidR="00F552DD" w:rsidRDefault="00F552DD">
      <w:pPr>
        <w:spacing w:after="0" w:line="240" w:lineRule="auto"/>
      </w:pPr>
      <w:r>
        <w:separator/>
      </w:r>
    </w:p>
  </w:endnote>
  <w:endnote w:type="continuationSeparator" w:id="0">
    <w:p w14:paraId="4A1BB2DA" w14:textId="77777777" w:rsidR="00F552DD" w:rsidRDefault="00F55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B SansSerif Book">
    <w:panose1 w:val="00000000000000000000"/>
    <w:charset w:val="00"/>
    <w:family w:val="auto"/>
    <w:pitch w:val="variable"/>
    <w:sig w:usb0="A00002EF" w:usb1="0000205A" w:usb2="00000000" w:usb3="00000000" w:csb0="000000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C721A" w14:textId="77777777" w:rsidR="00494E16" w:rsidRDefault="00FA2801">
    <w:pPr>
      <w:pStyle w:val="Footer"/>
      <w:jc w:val="center"/>
    </w:pPr>
    <w:proofErr w:type="spellStart"/>
    <w:r>
      <w:rPr>
        <w:i/>
      </w:rPr>
      <w:t>Mälarö</w:t>
    </w:r>
    <w:proofErr w:type="spellEnd"/>
    <w:r>
      <w:rPr>
        <w:i/>
      </w:rPr>
      <w:t xml:space="preserve"> Hockey • </w:t>
    </w:r>
    <w:proofErr w:type="spellStart"/>
    <w:r>
      <w:rPr>
        <w:i/>
      </w:rPr>
      <w:t>Introduktion</w:t>
    </w:r>
    <w:proofErr w:type="spellEnd"/>
    <w:r>
      <w:rPr>
        <w:i/>
      </w:rPr>
      <w:t xml:space="preserve"> för </w:t>
    </w:r>
    <w:proofErr w:type="spellStart"/>
    <w:r>
      <w:rPr>
        <w:i/>
      </w:rPr>
      <w:t>lagledare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58797" w14:textId="77777777" w:rsidR="00F552DD" w:rsidRDefault="00F552DD">
      <w:pPr>
        <w:spacing w:after="0" w:line="240" w:lineRule="auto"/>
      </w:pPr>
      <w:r>
        <w:separator/>
      </w:r>
    </w:p>
  </w:footnote>
  <w:footnote w:type="continuationSeparator" w:id="0">
    <w:p w14:paraId="0E49922F" w14:textId="77777777" w:rsidR="00F552DD" w:rsidRDefault="00F552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3DE247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995772"/>
    <w:multiLevelType w:val="multilevel"/>
    <w:tmpl w:val="D20C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0A579F"/>
    <w:multiLevelType w:val="multilevel"/>
    <w:tmpl w:val="7E8C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225EBE"/>
    <w:multiLevelType w:val="multilevel"/>
    <w:tmpl w:val="C4A4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16E29"/>
    <w:multiLevelType w:val="multilevel"/>
    <w:tmpl w:val="CBC8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DA58B7"/>
    <w:multiLevelType w:val="multilevel"/>
    <w:tmpl w:val="3DC2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3E26A3"/>
    <w:multiLevelType w:val="multilevel"/>
    <w:tmpl w:val="C706C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3227204">
    <w:abstractNumId w:val="8"/>
  </w:num>
  <w:num w:numId="2" w16cid:durableId="786583578">
    <w:abstractNumId w:val="6"/>
  </w:num>
  <w:num w:numId="3" w16cid:durableId="1476529884">
    <w:abstractNumId w:val="5"/>
  </w:num>
  <w:num w:numId="4" w16cid:durableId="27222374">
    <w:abstractNumId w:val="4"/>
  </w:num>
  <w:num w:numId="5" w16cid:durableId="878976684">
    <w:abstractNumId w:val="7"/>
  </w:num>
  <w:num w:numId="6" w16cid:durableId="1528983151">
    <w:abstractNumId w:val="3"/>
  </w:num>
  <w:num w:numId="7" w16cid:durableId="1584073827">
    <w:abstractNumId w:val="2"/>
  </w:num>
  <w:num w:numId="8" w16cid:durableId="239220768">
    <w:abstractNumId w:val="1"/>
  </w:num>
  <w:num w:numId="9" w16cid:durableId="1572348254">
    <w:abstractNumId w:val="0"/>
  </w:num>
  <w:num w:numId="10" w16cid:durableId="735513025">
    <w:abstractNumId w:val="13"/>
  </w:num>
  <w:num w:numId="11" w16cid:durableId="135995133">
    <w:abstractNumId w:val="12"/>
  </w:num>
  <w:num w:numId="12" w16cid:durableId="420377522">
    <w:abstractNumId w:val="10"/>
  </w:num>
  <w:num w:numId="13" w16cid:durableId="1683505030">
    <w:abstractNumId w:val="14"/>
  </w:num>
  <w:num w:numId="14" w16cid:durableId="1679891236">
    <w:abstractNumId w:val="11"/>
  </w:num>
  <w:num w:numId="15" w16cid:durableId="1712534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0E6"/>
    <w:rsid w:val="00034616"/>
    <w:rsid w:val="00054D69"/>
    <w:rsid w:val="0006063C"/>
    <w:rsid w:val="000A0E47"/>
    <w:rsid w:val="000B629E"/>
    <w:rsid w:val="000B6F03"/>
    <w:rsid w:val="001009A4"/>
    <w:rsid w:val="001304E2"/>
    <w:rsid w:val="0015074B"/>
    <w:rsid w:val="00150C4C"/>
    <w:rsid w:val="00155EDF"/>
    <w:rsid w:val="001630E0"/>
    <w:rsid w:val="00167236"/>
    <w:rsid w:val="001929AA"/>
    <w:rsid w:val="001B205D"/>
    <w:rsid w:val="001D641D"/>
    <w:rsid w:val="001F7F96"/>
    <w:rsid w:val="00216436"/>
    <w:rsid w:val="00233E5A"/>
    <w:rsid w:val="0025634E"/>
    <w:rsid w:val="0029639D"/>
    <w:rsid w:val="002C4B20"/>
    <w:rsid w:val="002C5CFA"/>
    <w:rsid w:val="002D1B28"/>
    <w:rsid w:val="003020D2"/>
    <w:rsid w:val="00313564"/>
    <w:rsid w:val="0031645D"/>
    <w:rsid w:val="00326F90"/>
    <w:rsid w:val="0034629E"/>
    <w:rsid w:val="00346FF6"/>
    <w:rsid w:val="003514EC"/>
    <w:rsid w:val="0036055B"/>
    <w:rsid w:val="00391634"/>
    <w:rsid w:val="00395D74"/>
    <w:rsid w:val="003B408E"/>
    <w:rsid w:val="003F2380"/>
    <w:rsid w:val="003F62F2"/>
    <w:rsid w:val="003F77DD"/>
    <w:rsid w:val="00407C59"/>
    <w:rsid w:val="00420423"/>
    <w:rsid w:val="0042549A"/>
    <w:rsid w:val="00425AD5"/>
    <w:rsid w:val="00426E44"/>
    <w:rsid w:val="00431CCD"/>
    <w:rsid w:val="00445965"/>
    <w:rsid w:val="00494E16"/>
    <w:rsid w:val="004A6AAA"/>
    <w:rsid w:val="004C11EB"/>
    <w:rsid w:val="004D7A09"/>
    <w:rsid w:val="004E0B3B"/>
    <w:rsid w:val="005042E9"/>
    <w:rsid w:val="005204A9"/>
    <w:rsid w:val="005228D4"/>
    <w:rsid w:val="00552F7A"/>
    <w:rsid w:val="00580CDE"/>
    <w:rsid w:val="0058208C"/>
    <w:rsid w:val="00595C87"/>
    <w:rsid w:val="005B1D61"/>
    <w:rsid w:val="005F2E9B"/>
    <w:rsid w:val="005F6E0F"/>
    <w:rsid w:val="005F7960"/>
    <w:rsid w:val="0061264B"/>
    <w:rsid w:val="0064657A"/>
    <w:rsid w:val="00691B02"/>
    <w:rsid w:val="006C5442"/>
    <w:rsid w:val="006D3114"/>
    <w:rsid w:val="006D7EB9"/>
    <w:rsid w:val="006F1393"/>
    <w:rsid w:val="006F3F7F"/>
    <w:rsid w:val="00771190"/>
    <w:rsid w:val="0077652C"/>
    <w:rsid w:val="00785FF3"/>
    <w:rsid w:val="007A0075"/>
    <w:rsid w:val="007B60E1"/>
    <w:rsid w:val="007C15EA"/>
    <w:rsid w:val="007E7B0C"/>
    <w:rsid w:val="00810E6E"/>
    <w:rsid w:val="008541E4"/>
    <w:rsid w:val="00892736"/>
    <w:rsid w:val="008B1F23"/>
    <w:rsid w:val="00923D1B"/>
    <w:rsid w:val="00947F35"/>
    <w:rsid w:val="00981991"/>
    <w:rsid w:val="009A0CF1"/>
    <w:rsid w:val="009B7DC3"/>
    <w:rsid w:val="009D6B02"/>
    <w:rsid w:val="00A00EF4"/>
    <w:rsid w:val="00A26B4E"/>
    <w:rsid w:val="00A336C6"/>
    <w:rsid w:val="00A427EF"/>
    <w:rsid w:val="00A72683"/>
    <w:rsid w:val="00A84327"/>
    <w:rsid w:val="00A933AD"/>
    <w:rsid w:val="00AA1D8D"/>
    <w:rsid w:val="00AC4CAA"/>
    <w:rsid w:val="00AD5D58"/>
    <w:rsid w:val="00AE6034"/>
    <w:rsid w:val="00B16172"/>
    <w:rsid w:val="00B41635"/>
    <w:rsid w:val="00B47730"/>
    <w:rsid w:val="00B51F64"/>
    <w:rsid w:val="00B9037B"/>
    <w:rsid w:val="00BA74DD"/>
    <w:rsid w:val="00BD0A2D"/>
    <w:rsid w:val="00BD1569"/>
    <w:rsid w:val="00BD4287"/>
    <w:rsid w:val="00BD5207"/>
    <w:rsid w:val="00BE6153"/>
    <w:rsid w:val="00C25FA3"/>
    <w:rsid w:val="00C54903"/>
    <w:rsid w:val="00C730D2"/>
    <w:rsid w:val="00CA1E2F"/>
    <w:rsid w:val="00CB0664"/>
    <w:rsid w:val="00CC4CC7"/>
    <w:rsid w:val="00CE7DF0"/>
    <w:rsid w:val="00D247BC"/>
    <w:rsid w:val="00D5503A"/>
    <w:rsid w:val="00D93BB7"/>
    <w:rsid w:val="00DA0E00"/>
    <w:rsid w:val="00DB0CE8"/>
    <w:rsid w:val="00E82916"/>
    <w:rsid w:val="00EB258B"/>
    <w:rsid w:val="00EF3033"/>
    <w:rsid w:val="00EF5FCE"/>
    <w:rsid w:val="00F00210"/>
    <w:rsid w:val="00F05500"/>
    <w:rsid w:val="00F43189"/>
    <w:rsid w:val="00F552DD"/>
    <w:rsid w:val="00F707C2"/>
    <w:rsid w:val="00F73619"/>
    <w:rsid w:val="00FA2801"/>
    <w:rsid w:val="00FB3BBD"/>
    <w:rsid w:val="00FC693F"/>
    <w:rsid w:val="00FE1F55"/>
    <w:rsid w:val="00FE68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931BD5"/>
  <w14:defaultImageDpi w14:val="300"/>
  <w15:docId w15:val="{841B1DBF-6CAF-4820-9A90-86404A367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D7EB9"/>
    <w:rPr>
      <w:color w:val="0000FF" w:themeColor="hyperlink"/>
      <w:u w:val="single"/>
    </w:rPr>
  </w:style>
  <w:style w:type="character" w:styleId="UnresolvedMention">
    <w:name w:val="Unresolved Mention"/>
    <w:basedOn w:val="DefaultParagraphFont"/>
    <w:uiPriority w:val="99"/>
    <w:semiHidden/>
    <w:unhideWhenUsed/>
    <w:rsid w:val="006D7EB9"/>
    <w:rPr>
      <w:color w:val="605E5C"/>
      <w:shd w:val="clear" w:color="auto" w:fill="E1DFDD"/>
    </w:rPr>
  </w:style>
  <w:style w:type="paragraph" w:styleId="NormalWeb">
    <w:name w:val="Normal (Web)"/>
    <w:basedOn w:val="Normal"/>
    <w:uiPriority w:val="99"/>
    <w:semiHidden/>
    <w:unhideWhenUsed/>
    <w:rsid w:val="006C544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malarohockey.com" TargetMode="External"/><Relationship Id="rId18" Type="http://schemas.openxmlformats.org/officeDocument/2006/relationships/hyperlink" Target="mailto:info@malarohockey.com" TargetMode="External"/><Relationship Id="rId3" Type="http://schemas.openxmlformats.org/officeDocument/2006/relationships/styles" Target="styles.xml"/><Relationship Id="rId21" Type="http://schemas.openxmlformats.org/officeDocument/2006/relationships/hyperlink" Target="mailto:styrelsen@malarohockey.com" TargetMode="External"/><Relationship Id="rId7" Type="http://schemas.openxmlformats.org/officeDocument/2006/relationships/endnotes" Target="endnotes.xml"/><Relationship Id="rId12" Type="http://schemas.openxmlformats.org/officeDocument/2006/relationships/hyperlink" Target="https://ny.cleverservice.se/" TargetMode="External"/><Relationship Id="rId17" Type="http://schemas.openxmlformats.org/officeDocument/2006/relationships/hyperlink" Target="mailto:info@malarohockey.com" TargetMode="External"/><Relationship Id="rId2" Type="http://schemas.openxmlformats.org/officeDocument/2006/relationships/numbering" Target="numbering.xml"/><Relationship Id="rId16" Type="http://schemas.openxmlformats.org/officeDocument/2006/relationships/hyperlink" Target="mailto:info@malarohockey.com" TargetMode="External"/><Relationship Id="rId20" Type="http://schemas.openxmlformats.org/officeDocument/2006/relationships/hyperlink" Target="mailto:ekonomi@malarohockey.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ockholmhockey.se/utbildning/oevriga-utbildningar/baasfunktionae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info@malarohockey.com" TargetMode="External"/><Relationship Id="rId23" Type="http://schemas.openxmlformats.org/officeDocument/2006/relationships/fontTable" Target="fontTable.xml"/><Relationship Id="rId10" Type="http://schemas.openxmlformats.org/officeDocument/2006/relationships/hyperlink" Target="mailto:info@malarohockey.com" TargetMode="External"/><Relationship Id="rId19" Type="http://schemas.openxmlformats.org/officeDocument/2006/relationships/hyperlink" Target="mailto:sportchef@malarohockey.com" TargetMode="External"/><Relationship Id="rId4" Type="http://schemas.openxmlformats.org/officeDocument/2006/relationships/settings" Target="settings.xml"/><Relationship Id="rId9" Type="http://schemas.openxmlformats.org/officeDocument/2006/relationships/hyperlink" Target="mailto:info@malarohockey.com" TargetMode="External"/><Relationship Id="rId14" Type="http://schemas.openxmlformats.org/officeDocument/2006/relationships/hyperlink" Target="mailto:ekonomi@malarohockey.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4522a4d-f12f-4888-8028-d80fdde3b7d9}" enabled="1" method="Privileged" siteId="{9a8ff9e3-0e35-4620-a724-e9834dc50b51}"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2064</Words>
  <Characters>13918</Characters>
  <Application>Microsoft Office Word</Application>
  <DocSecurity>0</DocSecurity>
  <Lines>296</Lines>
  <Paragraphs>228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Gosch, Jessica</cp:lastModifiedBy>
  <cp:revision>46</cp:revision>
  <dcterms:created xsi:type="dcterms:W3CDTF">2026-09-23T10:40:00Z</dcterms:created>
  <dcterms:modified xsi:type="dcterms:W3CDTF">2026-09-23T15:05:00Z</dcterms:modified>
  <cp:category/>
</cp:coreProperties>
</file>