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7B7AB3" w14:textId="77777777" w:rsidR="0066509B" w:rsidRDefault="00CD1C8B">
      <w:pPr>
        <w:jc w:val="center"/>
      </w:pPr>
      <w:r>
        <w:rPr>
          <w:b/>
          <w:sz w:val="36"/>
        </w:rPr>
        <w:t>📱</w:t>
      </w:r>
      <w:r>
        <w:rPr>
          <w:b/>
          <w:sz w:val="36"/>
        </w:rPr>
        <w:t xml:space="preserve"> SPORTADMIN – SÅ HÅLLER NI KOLL</w:t>
      </w:r>
    </w:p>
    <w:p w14:paraId="351F0F34" w14:textId="77777777" w:rsidR="0066509B" w:rsidRDefault="00CD1C8B">
      <w:pPr>
        <w:jc w:val="center"/>
      </w:pPr>
      <w:r>
        <w:rPr>
          <w:i/>
        </w:rPr>
        <w:t>Inför starten av HKHC Hockeyskola</w:t>
      </w:r>
    </w:p>
    <w:p w14:paraId="03970035" w14:textId="77777777" w:rsidR="0066509B" w:rsidRDefault="00CD1C8B">
      <w:r>
        <w:t>Vi rekommenderar att ni laddar ner SportAdmin-appen inför säsongsstarten. Där kan ni enkelt se kallelser, träningstider och information från HKHC.</w:t>
      </w:r>
    </w:p>
    <w:p w14:paraId="52EF9B37" w14:textId="77777777" w:rsidR="0066509B" w:rsidRDefault="00CD1C8B">
      <w:r>
        <w:rPr>
          <w:b/>
          <w:sz w:val="26"/>
        </w:rPr>
        <w:t>Så här gör ni</w:t>
      </w:r>
    </w:p>
    <w:p w14:paraId="4D225C08" w14:textId="77777777" w:rsidR="0066509B" w:rsidRDefault="00CD1C8B">
      <w:pPr>
        <w:spacing w:after="40"/>
      </w:pPr>
      <w:r>
        <w:rPr>
          <w:b/>
        </w:rPr>
        <w:t>1. Ladda ner appen</w:t>
      </w:r>
    </w:p>
    <w:p w14:paraId="3A316A96" w14:textId="77777777" w:rsidR="0066509B" w:rsidRDefault="00CD1C8B">
      <w:r>
        <w:t>Sök efter SportAdmin i App Store eller Google Play och installera appen.</w:t>
      </w:r>
    </w:p>
    <w:p w14:paraId="14D2C181" w14:textId="77777777" w:rsidR="0066509B" w:rsidRDefault="00CD1C8B">
      <w:pPr>
        <w:spacing w:after="40"/>
      </w:pPr>
      <w:r>
        <w:rPr>
          <w:b/>
        </w:rPr>
        <w:t>2. Logga in</w:t>
      </w:r>
    </w:p>
    <w:p w14:paraId="74563080" w14:textId="77777777" w:rsidR="0066509B" w:rsidRDefault="00CD1C8B">
      <w:r>
        <w:t>Använd den e-postadress som ni har registrerat hos HKHC.</w:t>
      </w:r>
    </w:p>
    <w:p w14:paraId="298F9902" w14:textId="77777777" w:rsidR="0066509B" w:rsidRDefault="00CD1C8B">
      <w:pPr>
        <w:spacing w:after="40"/>
      </w:pPr>
      <w:r>
        <w:rPr>
          <w:b/>
        </w:rPr>
        <w:t>3. Koppla till ert barn</w:t>
      </w:r>
    </w:p>
    <w:p w14:paraId="04EDBAF8" w14:textId="77777777" w:rsidR="0066509B" w:rsidRDefault="00CD1C8B">
      <w:r>
        <w:t>När ni loggar in ska ert barn visas i appen om e-postadressen är kopplad till medlemskapet.</w:t>
      </w:r>
    </w:p>
    <w:p w14:paraId="2F2A7C62" w14:textId="77777777" w:rsidR="0066509B" w:rsidRDefault="00CD1C8B">
      <w:pPr>
        <w:spacing w:after="40"/>
      </w:pPr>
      <w:r>
        <w:rPr>
          <w:b/>
        </w:rPr>
        <w:t>4. Slå på notiser</w:t>
      </w:r>
    </w:p>
    <w:p w14:paraId="0BF28F9A" w14:textId="77777777" w:rsidR="0066509B" w:rsidRDefault="00CD1C8B">
      <w:r>
        <w:t>Tillåt notiser från SportAdmin. Då får ni enklare information om nya kallelser och aktiviteter.</w:t>
      </w:r>
    </w:p>
    <w:p w14:paraId="737BABCF" w14:textId="77777777" w:rsidR="0066509B" w:rsidRDefault="00CD1C8B">
      <w:pPr>
        <w:spacing w:after="40"/>
      </w:pPr>
      <w:r>
        <w:rPr>
          <w:b/>
        </w:rPr>
        <w:t>5. Kolla kallelser</w:t>
      </w:r>
    </w:p>
    <w:p w14:paraId="6A7B0C1F" w14:textId="77777777" w:rsidR="0066509B" w:rsidRDefault="00CD1C8B">
      <w:r>
        <w:t>När en kallelse skickas ut visas den i appen. Där kan ni öppna aktiviteten och svara om barnet kommer eller inte.</w:t>
      </w:r>
    </w:p>
    <w:p w14:paraId="0D8CFF12" w14:textId="77777777" w:rsidR="0066509B" w:rsidRDefault="00CD1C8B">
      <w:r>
        <w:rPr>
          <w:b/>
          <w:sz w:val="26"/>
        </w:rPr>
        <w:t>Om barnet inte visas i appen</w:t>
      </w:r>
    </w:p>
    <w:p w14:paraId="7522080A" w14:textId="77777777" w:rsidR="0066509B" w:rsidRDefault="00CD1C8B">
      <w:r>
        <w:t>Kontakta oss så hjälper vi er att kontrollera att rätt e-postadress finns registrerad.</w:t>
      </w:r>
    </w:p>
    <w:p w14:paraId="359B51CF" w14:textId="77777777" w:rsidR="0066509B" w:rsidRDefault="00CD1C8B">
      <w:pPr>
        <w:jc w:val="center"/>
      </w:pPr>
      <w:r>
        <w:rPr>
          <w:b/>
        </w:rPr>
        <w:t xml:space="preserve">Ladda gärna ner appen redan nu inför första träningen den 11 oktober! </w:t>
      </w:r>
      <w:r>
        <w:rPr>
          <w:b/>
        </w:rPr>
        <w:t>🏒</w:t>
      </w:r>
    </w:p>
    <w:p w14:paraId="229E3483" w14:textId="77777777" w:rsidR="0066509B" w:rsidRDefault="00CD1C8B">
      <w:pPr>
        <w:jc w:val="center"/>
      </w:pPr>
      <w:r>
        <w:rPr>
          <w:b/>
          <w:sz w:val="23"/>
        </w:rPr>
        <w:t>Frågor om Hockeyskolan?</w:t>
      </w:r>
    </w:p>
    <w:p w14:paraId="2A5155EA" w14:textId="77777777" w:rsidR="0066509B" w:rsidRDefault="00CD1C8B">
      <w:pPr>
        <w:jc w:val="center"/>
      </w:pPr>
      <w:r>
        <w:rPr>
          <w:b/>
        </w:rPr>
        <w:t>hockeyskola@hkhc.se</w:t>
      </w:r>
    </w:p>
    <w:p w14:paraId="0D59C110" w14:textId="77777777" w:rsidR="0066509B" w:rsidRDefault="00CD1C8B">
      <w:pPr>
        <w:jc w:val="center"/>
      </w:pPr>
      <w:r>
        <w:rPr>
          <w:b/>
        </w:rPr>
        <w:t>Hässelby Kälvesta Hockey Club</w:t>
      </w:r>
    </w:p>
    <w:sectPr w:rsidR="0066509B" w:rsidSect="00034616"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reradlist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reradlist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ktlist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ktlist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rerad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ktlist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92112190">
    <w:abstractNumId w:val="8"/>
  </w:num>
  <w:num w:numId="2" w16cid:durableId="912355752">
    <w:abstractNumId w:val="6"/>
  </w:num>
  <w:num w:numId="3" w16cid:durableId="602421489">
    <w:abstractNumId w:val="5"/>
  </w:num>
  <w:num w:numId="4" w16cid:durableId="1243371328">
    <w:abstractNumId w:val="4"/>
  </w:num>
  <w:num w:numId="5" w16cid:durableId="1760715910">
    <w:abstractNumId w:val="7"/>
  </w:num>
  <w:num w:numId="6" w16cid:durableId="1937978282">
    <w:abstractNumId w:val="3"/>
  </w:num>
  <w:num w:numId="7" w16cid:durableId="227618891">
    <w:abstractNumId w:val="2"/>
  </w:num>
  <w:num w:numId="8" w16cid:durableId="8527741">
    <w:abstractNumId w:val="1"/>
  </w:num>
  <w:num w:numId="9" w16cid:durableId="16170630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06D3D"/>
    <w:rsid w:val="00326F90"/>
    <w:rsid w:val="0066509B"/>
    <w:rsid w:val="00AA1D8D"/>
    <w:rsid w:val="00B47730"/>
    <w:rsid w:val="00CB0664"/>
    <w:rsid w:val="00CD1C8B"/>
    <w:rsid w:val="00CD6D3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07492A33"/>
  <w14:defaultImageDpi w14:val="300"/>
  <w15:docId w15:val="{B3E693FD-9955-4D79-9C91-30E5F3710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</w:rPr>
  </w:style>
  <w:style w:type="paragraph" w:styleId="Rubrik1">
    <w:name w:val="heading 1"/>
    <w:basedOn w:val="Normal"/>
    <w:next w:val="Normal"/>
    <w:link w:val="Rubri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E618BF"/>
  </w:style>
  <w:style w:type="paragraph" w:styleId="Sidfot">
    <w:name w:val="footer"/>
    <w:basedOn w:val="Normal"/>
    <w:link w:val="Sidfo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E618BF"/>
  </w:style>
  <w:style w:type="paragraph" w:styleId="Ingetavstnd">
    <w:name w:val="No Spacing"/>
    <w:uiPriority w:val="1"/>
    <w:qFormat/>
    <w:rsid w:val="00FC693F"/>
    <w:pPr>
      <w:spacing w:after="0" w:line="240" w:lineRule="auto"/>
    </w:pPr>
  </w:style>
  <w:style w:type="character" w:customStyle="1" w:styleId="Rubrik1Char">
    <w:name w:val="Rubrik 1 Char"/>
    <w:basedOn w:val="Standardstycketeckensnitt"/>
    <w:link w:val="Rubri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Rubrik2Char">
    <w:name w:val="Rubrik 2 Char"/>
    <w:basedOn w:val="Standardstycketeckensnitt"/>
    <w:link w:val="Rubri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Rubrik3Char">
    <w:name w:val="Rubrik 3 Char"/>
    <w:basedOn w:val="Standardstycketeckensnitt"/>
    <w:link w:val="Rubri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Rubrik">
    <w:name w:val="Title"/>
    <w:basedOn w:val="Normal"/>
    <w:next w:val="Normal"/>
    <w:link w:val="Rubrik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RubrikChar">
    <w:name w:val="Rubrik Char"/>
    <w:basedOn w:val="Standardstycketeckensnitt"/>
    <w:link w:val="Rubrik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styck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rdtext">
    <w:name w:val="Body Text"/>
    <w:basedOn w:val="Normal"/>
    <w:link w:val="BrdtextChar"/>
    <w:uiPriority w:val="99"/>
    <w:unhideWhenUsed/>
    <w:rsid w:val="00AA1D8D"/>
    <w:pPr>
      <w:spacing w:after="120"/>
    </w:pPr>
  </w:style>
  <w:style w:type="character" w:customStyle="1" w:styleId="BrdtextChar">
    <w:name w:val="Brödtext Char"/>
    <w:basedOn w:val="Standardstycketeckensnitt"/>
    <w:link w:val="Brdtext"/>
    <w:uiPriority w:val="99"/>
    <w:rsid w:val="00AA1D8D"/>
  </w:style>
  <w:style w:type="paragraph" w:styleId="Brdtext2">
    <w:name w:val="Body Text 2"/>
    <w:basedOn w:val="Normal"/>
    <w:link w:val="Brdtext2Char"/>
    <w:uiPriority w:val="99"/>
    <w:unhideWhenUsed/>
    <w:rsid w:val="00AA1D8D"/>
    <w:pPr>
      <w:spacing w:after="120" w:line="480" w:lineRule="auto"/>
    </w:pPr>
  </w:style>
  <w:style w:type="character" w:customStyle="1" w:styleId="Brdtext2Char">
    <w:name w:val="Brödtext 2 Char"/>
    <w:basedOn w:val="Standardstycketeckensnitt"/>
    <w:link w:val="Brdtext2"/>
    <w:uiPriority w:val="99"/>
    <w:rsid w:val="00AA1D8D"/>
  </w:style>
  <w:style w:type="paragraph" w:styleId="Brdtext3">
    <w:name w:val="Body Text 3"/>
    <w:basedOn w:val="Normal"/>
    <w:link w:val="Brd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rdtext3Char">
    <w:name w:val="Brödtext 3 Char"/>
    <w:basedOn w:val="Standardstycketeckensnitt"/>
    <w:link w:val="Brdtext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Punktlista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Punktlista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Punktlista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reradlist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reradlist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reradlist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fortstt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fortstt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fortstt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Char">
    <w:name w:val="Makrotext Char"/>
    <w:basedOn w:val="Standardstycketeckensnit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Standardstycketeckensnitt"/>
    <w:link w:val="Citat"/>
    <w:uiPriority w:val="29"/>
    <w:rsid w:val="00FC693F"/>
    <w:rPr>
      <w:i/>
      <w:iCs/>
      <w:color w:val="000000" w:themeColor="text1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krivning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ark">
    <w:name w:val="Strong"/>
    <w:basedOn w:val="Standardstycketeckensnitt"/>
    <w:uiPriority w:val="22"/>
    <w:qFormat/>
    <w:rsid w:val="00FC693F"/>
    <w:rPr>
      <w:b/>
      <w:bCs/>
    </w:rPr>
  </w:style>
  <w:style w:type="character" w:styleId="Betoning">
    <w:name w:val="Emphasis"/>
    <w:basedOn w:val="Standardstycketeckensnitt"/>
    <w:uiPriority w:val="20"/>
    <w:qFormat/>
    <w:rsid w:val="00FC693F"/>
    <w:rPr>
      <w:i/>
      <w:iCs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FC693F"/>
    <w:rPr>
      <w:b/>
      <w:bCs/>
      <w:i/>
      <w:iCs/>
      <w:color w:val="4F81BD" w:themeColor="accent1"/>
    </w:rPr>
  </w:style>
  <w:style w:type="character" w:styleId="Diskretbetoning">
    <w:name w:val="Subtle Emphasis"/>
    <w:basedOn w:val="Standardstycketeckensnitt"/>
    <w:uiPriority w:val="19"/>
    <w:qFormat/>
    <w:rsid w:val="00FC693F"/>
    <w:rPr>
      <w:i/>
      <w:iCs/>
      <w:color w:val="808080" w:themeColor="text1" w:themeTint="7F"/>
    </w:rPr>
  </w:style>
  <w:style w:type="character" w:styleId="Starkbetoning">
    <w:name w:val="Intense Emphasis"/>
    <w:basedOn w:val="Standardstycketeckensnitt"/>
    <w:uiPriority w:val="21"/>
    <w:qFormat/>
    <w:rsid w:val="00FC693F"/>
    <w:rPr>
      <w:b/>
      <w:bCs/>
      <w:i/>
      <w:iCs/>
      <w:color w:val="4F81BD" w:themeColor="accent1"/>
    </w:rPr>
  </w:style>
  <w:style w:type="character" w:styleId="Diskretreferens">
    <w:name w:val="Subtle Reference"/>
    <w:basedOn w:val="Standardstycketeckensnitt"/>
    <w:uiPriority w:val="31"/>
    <w:qFormat/>
    <w:rsid w:val="00FC693F"/>
    <w:rPr>
      <w:smallCaps/>
      <w:color w:val="C0504D" w:themeColor="accent2"/>
      <w:u w:val="single"/>
    </w:rPr>
  </w:style>
  <w:style w:type="character" w:styleId="Starkreferens">
    <w:name w:val="Intense Reference"/>
    <w:basedOn w:val="Standardstycketeckensnit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kenstitel">
    <w:name w:val="Book Title"/>
    <w:basedOn w:val="Standardstycketeckensnitt"/>
    <w:uiPriority w:val="33"/>
    <w:qFormat/>
    <w:rsid w:val="00FC693F"/>
    <w:rPr>
      <w:b/>
      <w:bCs/>
      <w:smallCaps/>
      <w:spacing w:val="5"/>
    </w:rPr>
  </w:style>
  <w:style w:type="paragraph" w:styleId="Innehllsfrteckningsrubrik">
    <w:name w:val="TOC Heading"/>
    <w:basedOn w:val="Rubrik1"/>
    <w:next w:val="Normal"/>
    <w:uiPriority w:val="39"/>
    <w:semiHidden/>
    <w:unhideWhenUsed/>
    <w:qFormat/>
    <w:rsid w:val="00FC693F"/>
    <w:pPr>
      <w:outlineLvl w:val="9"/>
    </w:pPr>
  </w:style>
  <w:style w:type="table" w:styleId="Tabellrutnt">
    <w:name w:val="Table Grid"/>
    <w:basedOn w:val="Normaltabel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skuggning">
    <w:name w:val="Light Shading"/>
    <w:basedOn w:val="Normaltabel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jusskuggning-dekorfrg1">
    <w:name w:val="Light Shading Accent 1"/>
    <w:basedOn w:val="Normaltabel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jusskuggning-dekorfrg2">
    <w:name w:val="Light Shading Accent 2"/>
    <w:basedOn w:val="Normaltabel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jusskuggning-dekorfrg3">
    <w:name w:val="Light Shading Accent 3"/>
    <w:basedOn w:val="Normaltabel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jusskuggning-dekorfrg4">
    <w:name w:val="Light Shading Accent 4"/>
    <w:basedOn w:val="Normaltabel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jusskuggning-dekorfrg5">
    <w:name w:val="Light Shading Accent 5"/>
    <w:basedOn w:val="Normaltabel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jusskuggning-dekorfrg6">
    <w:name w:val="Light Shading Accent 6"/>
    <w:basedOn w:val="Normaltabel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juslista">
    <w:name w:val="Light List"/>
    <w:basedOn w:val="Normaltabel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juslista-dekorfrg1">
    <w:name w:val="Light List Accent 1"/>
    <w:basedOn w:val="Normaltabel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juslista-dekorfrg2">
    <w:name w:val="Light List Accent 2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juslista-dekorfrg3">
    <w:name w:val="Light List Accent 3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juslista-dekorfrg4">
    <w:name w:val="Light List Accent 4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juslista-dekorfrg5">
    <w:name w:val="Light List Accent 5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juslista-dekorfrg6">
    <w:name w:val="Light List Accent 6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justrutnt">
    <w:name w:val="Light Grid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justrutnt-dekorfrg1">
    <w:name w:val="Light Grid Accent 1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justrutnt-dekorfrg2">
    <w:name w:val="Light Grid Accent 2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justrutnt-dekorfrg3">
    <w:name w:val="Light Grid Accent 3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justrutnt-dekorfrg4">
    <w:name w:val="Light Grid Accent 4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justrutnt-dekorfrg5">
    <w:name w:val="Light Grid Accent 5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justrutnt-dekorfrg6">
    <w:name w:val="Light Grid Accent 6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llanmrkskuggning1">
    <w:name w:val="Medium Shading 1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2">
    <w:name w:val="Medium Shading 1 Accent 2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3">
    <w:name w:val="Medium Shading 1 Accent 3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4">
    <w:name w:val="Medium Shading 1 Accent 4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5">
    <w:name w:val="Medium Shading 1 Accent 5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2">
    <w:name w:val="Medium Shading 2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1">
    <w:name w:val="Medium Shading 2 Accent 1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2">
    <w:name w:val="Medium Shading 2 Accent 2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3">
    <w:name w:val="Medium Shading 2 Accent 3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4">
    <w:name w:val="Medium Shading 2 Accent 4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5">
    <w:name w:val="Medium Shading 2 Accent 5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6">
    <w:name w:val="Medium Shading 2 Accent 6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lista1">
    <w:name w:val="Medium List 1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llanmrklista1-dekorfrg1">
    <w:name w:val="Medium List 1 Accent 1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llanmrklista1-dekorfrg2">
    <w:name w:val="Medium List 1 Accent 2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llanmrklista1-dekorfrg3">
    <w:name w:val="Medium List 1 Accent 3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llanmrklista1-dekorfrg4">
    <w:name w:val="Medium List 1 Accent 4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llanmrklista1-dekorfrg5">
    <w:name w:val="Medium List 1 Accent 5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llanmrklista1-dekorfrg6">
    <w:name w:val="Medium List 1 Accent 6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llanmrklista2">
    <w:name w:val="Medium List 2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1">
    <w:name w:val="Medium List 2 Accent 1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2">
    <w:name w:val="Medium List 2 Accent 2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3">
    <w:name w:val="Medium List 2 Accent 3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4">
    <w:name w:val="Medium List 2 Accent 4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5">
    <w:name w:val="Medium List 2 Accent 5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6">
    <w:name w:val="Medium List 2 Accent 6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trutnt1">
    <w:name w:val="Medium Grid 1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llanmrktrutnt1-dekorfrg1">
    <w:name w:val="Medium Grid 1 Accent 1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llanmrktrutnt1-dekorfrg2">
    <w:name w:val="Medium Grid 1 Accent 2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llanmrktrutnt1-dekorfrg3">
    <w:name w:val="Medium Grid 1 Accent 3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llanmrktrutnt1-dekorfrg4">
    <w:name w:val="Medium Grid 1 Accent 4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llanmrktrutnt1-dekorfrg5">
    <w:name w:val="Medium Grid 1 Accent 5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llanmrktrutnt1-dekorfrg6">
    <w:name w:val="Medium Grid 1 Accent 6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llanmrktrutnt2">
    <w:name w:val="Medium Grid 2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1">
    <w:name w:val="Medium Grid 2 Accent 1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2">
    <w:name w:val="Medium Grid 2 Accent 2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3">
    <w:name w:val="Medium Grid 2 Accent 3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4">
    <w:name w:val="Medium Grid 2 Accent 4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5">
    <w:name w:val="Medium Grid 2 Accent 5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6">
    <w:name w:val="Medium Grid 2 Accent 6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3">
    <w:name w:val="Medium Grid 3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llanmrktrutnt3-dekorfrg1">
    <w:name w:val="Medium Grid 3 Accent 1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llanmrktrutnt3-dekorfrg2">
    <w:name w:val="Medium Grid 3 Accent 2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llanmrktrutnt3-dekorfrg3">
    <w:name w:val="Medium Grid 3 Accent 3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llanmrktrutnt3-dekorfrg4">
    <w:name w:val="Medium Grid 3 Accent 4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llanmrktrutnt3-dekorfrg5">
    <w:name w:val="Medium Grid 3 Accent 5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llanmrktrutnt3-dekorfrg6">
    <w:name w:val="Medium Grid 3 Accent 6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rklista">
    <w:name w:val="Dark List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a-dekorfrg1">
    <w:name w:val="Dark List Accent 1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Mrklista-dekorfrg2">
    <w:name w:val="Dark List Accent 2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Mrklista-dekorfrg3">
    <w:name w:val="Dark List Accent 3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Mrklista-dekorfrg4">
    <w:name w:val="Dark List Accent 4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Mrklista-dekorfrg5">
    <w:name w:val="Dark List Accent 5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Mrklista-dekorfrg6">
    <w:name w:val="Dark List Accent 6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rgadskuggning">
    <w:name w:val="Colorful Shading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1">
    <w:name w:val="Colorful Shading Accent 1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2">
    <w:name w:val="Colorful Shading Accent 2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3">
    <w:name w:val="Colorful Shading Accent 3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rgadskuggning-dekorfrg4">
    <w:name w:val="Colorful Shading Accent 4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5">
    <w:name w:val="Colorful Shading Accent 5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6">
    <w:name w:val="Colorful Shading Accent 6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lista">
    <w:name w:val="Colorful List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rgadlista-dekorfrg1">
    <w:name w:val="Colorful List Accent 1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rgadlista-dekorfrg2">
    <w:name w:val="Colorful List Accent 2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rgadlista-dekorfrg3">
    <w:name w:val="Colorful List Accent 3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rgadlista-dekorfrg4">
    <w:name w:val="Colorful List Accent 4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rgadlista-dekorfrg5">
    <w:name w:val="Colorful List Accent 5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rgadlista-dekorfrg6">
    <w:name w:val="Colorful List Accent 6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rgatrutnt">
    <w:name w:val="Colorful Grid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rgatrutnt-dekorfrg1">
    <w:name w:val="Colorful Grid Accent 1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rgatrutnt-dekorfrg2">
    <w:name w:val="Colorful Grid Accent 2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rgatrutnt-dekorfrg3">
    <w:name w:val="Colorful Grid Accent 3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rgatrutnt-dekorfrg4">
    <w:name w:val="Colorful Grid Accent 4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rgatrutnt-dekorfrg5">
    <w:name w:val="Colorful Grid Accent 5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rgatrutnt-dekorfrg6">
    <w:name w:val="Colorful Grid Accent 6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1014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Conny Abrahamsson</cp:lastModifiedBy>
  <cp:revision>2</cp:revision>
  <dcterms:created xsi:type="dcterms:W3CDTF">2026-10-03T19:10:00Z</dcterms:created>
  <dcterms:modified xsi:type="dcterms:W3CDTF">2026-10-03T19:10:00Z</dcterms:modified>
  <cp:category/>
</cp:coreProperties>
</file>