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F829F" w14:textId="3189AFDA" w:rsidR="00D75662" w:rsidRPr="00090D5C" w:rsidRDefault="00EC46C7" w:rsidP="00090D5C">
      <w:pPr>
        <w:pStyle w:val="SSKTitle"/>
        <w:jc w:val="left"/>
        <w:rPr>
          <w:szCs w:val="14"/>
        </w:rPr>
      </w:pPr>
      <w:r>
        <w:rPr>
          <w:szCs w:val="14"/>
        </w:rPr>
        <w:t>Titel</w:t>
      </w:r>
    </w:p>
    <w:p w14:paraId="25730892" w14:textId="17EBA570" w:rsidR="00D75662" w:rsidRPr="00EC46C7" w:rsidRDefault="00EC46C7" w:rsidP="00446AE3">
      <w:pPr>
        <w:pStyle w:val="SSKHeading1"/>
        <w:rPr>
          <w:lang w:val="sv-SE"/>
        </w:rPr>
      </w:pPr>
      <w:r>
        <w:rPr>
          <w:lang w:val="sv-SE"/>
        </w:rPr>
        <w:t>Rubrik</w:t>
      </w:r>
    </w:p>
    <w:p w14:paraId="68F516AD" w14:textId="5AE2CDB9" w:rsidR="00D75662" w:rsidRPr="006E72A2" w:rsidRDefault="00EC46C7" w:rsidP="006E72A2">
      <w:pPr>
        <w:pStyle w:val="SSKBody"/>
      </w:pPr>
      <w:r>
        <w:t>Brödtext</w:t>
      </w:r>
    </w:p>
    <w:sectPr w:rsidR="00D75662" w:rsidRPr="006E72A2" w:rsidSect="0086222B">
      <w:headerReference w:type="default" r:id="rId8"/>
      <w:pgSz w:w="12240" w:h="15840"/>
      <w:pgMar w:top="1440" w:right="1797" w:bottom="720" w:left="1797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CFD24" w14:textId="77777777" w:rsidR="004F3138" w:rsidRDefault="004F3138">
      <w:pPr>
        <w:spacing w:after="0" w:line="240" w:lineRule="auto"/>
      </w:pPr>
      <w:r>
        <w:separator/>
      </w:r>
    </w:p>
  </w:endnote>
  <w:endnote w:type="continuationSeparator" w:id="0">
    <w:p w14:paraId="164ECF76" w14:textId="77777777" w:rsidR="004F3138" w:rsidRDefault="004F3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3B46A" w14:textId="77777777" w:rsidR="004F3138" w:rsidRDefault="004F3138">
      <w:pPr>
        <w:spacing w:after="0" w:line="240" w:lineRule="auto"/>
      </w:pPr>
      <w:r>
        <w:separator/>
      </w:r>
    </w:p>
  </w:footnote>
  <w:footnote w:type="continuationSeparator" w:id="0">
    <w:p w14:paraId="71E1D17B" w14:textId="77777777" w:rsidR="004F3138" w:rsidRDefault="004F3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4A3A0" w14:textId="512796BF" w:rsidR="00A4682A" w:rsidRDefault="00EC46C7" w:rsidP="001F6ABE">
    <w:pPr>
      <w:pStyle w:val="Header"/>
      <w:spacing w:line="480" w:lineRule="auto"/>
      <w:jc w:val="center"/>
    </w:pPr>
    <w:r>
      <w:rPr>
        <w:noProof/>
      </w:rPr>
      <w:drawing>
        <wp:inline distT="0" distB="0" distL="0" distR="0" wp14:anchorId="211333A1" wp14:editId="78B069F2">
          <wp:extent cx="1371600" cy="51278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SK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1600" cy="5127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4D031A"/>
    <w:multiLevelType w:val="hybridMultilevel"/>
    <w:tmpl w:val="65CE1AE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A82CBD"/>
    <w:multiLevelType w:val="hybridMultilevel"/>
    <w:tmpl w:val="F768037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7890178">
    <w:abstractNumId w:val="8"/>
  </w:num>
  <w:num w:numId="2" w16cid:durableId="407464283">
    <w:abstractNumId w:val="6"/>
  </w:num>
  <w:num w:numId="3" w16cid:durableId="1475902468">
    <w:abstractNumId w:val="5"/>
  </w:num>
  <w:num w:numId="4" w16cid:durableId="683284284">
    <w:abstractNumId w:val="4"/>
  </w:num>
  <w:num w:numId="5" w16cid:durableId="1129085916">
    <w:abstractNumId w:val="7"/>
  </w:num>
  <w:num w:numId="6" w16cid:durableId="919292876">
    <w:abstractNumId w:val="3"/>
  </w:num>
  <w:num w:numId="7" w16cid:durableId="1679194554">
    <w:abstractNumId w:val="2"/>
  </w:num>
  <w:num w:numId="8" w16cid:durableId="1524980464">
    <w:abstractNumId w:val="1"/>
  </w:num>
  <w:num w:numId="9" w16cid:durableId="1474445026">
    <w:abstractNumId w:val="0"/>
  </w:num>
  <w:num w:numId="10" w16cid:durableId="1203901122">
    <w:abstractNumId w:val="10"/>
  </w:num>
  <w:num w:numId="11" w16cid:durableId="14336667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168A"/>
    <w:rsid w:val="00090D5C"/>
    <w:rsid w:val="000F02FE"/>
    <w:rsid w:val="0015074B"/>
    <w:rsid w:val="001D7086"/>
    <w:rsid w:val="001F6ABE"/>
    <w:rsid w:val="002112B7"/>
    <w:rsid w:val="002215AE"/>
    <w:rsid w:val="002953A7"/>
    <w:rsid w:val="0029639D"/>
    <w:rsid w:val="002A369A"/>
    <w:rsid w:val="00326F90"/>
    <w:rsid w:val="003A20BA"/>
    <w:rsid w:val="00446AE3"/>
    <w:rsid w:val="004F3138"/>
    <w:rsid w:val="00576C2A"/>
    <w:rsid w:val="006A59F8"/>
    <w:rsid w:val="006E72A2"/>
    <w:rsid w:val="00800189"/>
    <w:rsid w:val="0086222B"/>
    <w:rsid w:val="00914A37"/>
    <w:rsid w:val="009E1E81"/>
    <w:rsid w:val="00A04EB3"/>
    <w:rsid w:val="00A45794"/>
    <w:rsid w:val="00A4682A"/>
    <w:rsid w:val="00A62870"/>
    <w:rsid w:val="00AA1D8D"/>
    <w:rsid w:val="00AA6D1C"/>
    <w:rsid w:val="00AB12CA"/>
    <w:rsid w:val="00AB6DDC"/>
    <w:rsid w:val="00AE18D6"/>
    <w:rsid w:val="00B47730"/>
    <w:rsid w:val="00B941C5"/>
    <w:rsid w:val="00C702E0"/>
    <w:rsid w:val="00CB0664"/>
    <w:rsid w:val="00D75662"/>
    <w:rsid w:val="00D76EFD"/>
    <w:rsid w:val="00E20CF5"/>
    <w:rsid w:val="00E33625"/>
    <w:rsid w:val="00EC46C7"/>
    <w:rsid w:val="00F37932"/>
    <w:rsid w:val="00F700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C00E18"/>
  <w14:defaultImageDpi w14:val="300"/>
  <w15:docId w15:val="{CD7A808A-61FF-47A5-B79D-FC0F7CCD4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9F8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SKHeading1">
    <w:name w:val="SSK Heading 1"/>
    <w:basedOn w:val="Heading1"/>
    <w:link w:val="SSKHeading1Char"/>
    <w:qFormat/>
    <w:rsid w:val="0086222B"/>
    <w:pPr>
      <w:spacing w:before="120" w:after="60"/>
    </w:pPr>
    <w:rPr>
      <w:color w:val="000000" w:themeColor="text1"/>
    </w:rPr>
  </w:style>
  <w:style w:type="character" w:customStyle="1" w:styleId="SSKHeading1Char">
    <w:name w:val="SSK Heading 1 Char"/>
    <w:basedOn w:val="Heading1Char"/>
    <w:link w:val="SSKHeading1"/>
    <w:rsid w:val="0086222B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customStyle="1" w:styleId="SSKBody">
    <w:name w:val="SSK Body"/>
    <w:basedOn w:val="Normal"/>
    <w:link w:val="SSKBodyChar"/>
    <w:qFormat/>
    <w:rsid w:val="006A59F8"/>
    <w:pPr>
      <w:spacing w:after="160"/>
    </w:pPr>
    <w:rPr>
      <w:color w:val="404040" w:themeColor="text1" w:themeTint="BF"/>
      <w:lang w:val="sv-SE"/>
    </w:rPr>
  </w:style>
  <w:style w:type="character" w:customStyle="1" w:styleId="SSKBodyChar">
    <w:name w:val="SSK Body Char"/>
    <w:basedOn w:val="DefaultParagraphFont"/>
    <w:link w:val="SSKBody"/>
    <w:rsid w:val="006A59F8"/>
    <w:rPr>
      <w:color w:val="404040" w:themeColor="text1" w:themeTint="BF"/>
      <w:lang w:val="sv-SE"/>
    </w:rPr>
  </w:style>
  <w:style w:type="paragraph" w:customStyle="1" w:styleId="SSKTitle">
    <w:name w:val="SSK Title"/>
    <w:basedOn w:val="Normal"/>
    <w:link w:val="SSKTitleChar"/>
    <w:qFormat/>
    <w:rsid w:val="00C702E0"/>
    <w:pPr>
      <w:spacing w:after="60"/>
      <w:jc w:val="center"/>
    </w:pPr>
    <w:rPr>
      <w:b/>
      <w:color w:val="000000" w:themeColor="text1"/>
      <w:sz w:val="40"/>
      <w:lang w:val="sv-SE"/>
    </w:rPr>
  </w:style>
  <w:style w:type="character" w:customStyle="1" w:styleId="SSKTitleChar">
    <w:name w:val="SSK Title Char"/>
    <w:basedOn w:val="DefaultParagraphFont"/>
    <w:link w:val="SSKTitle"/>
    <w:rsid w:val="00C702E0"/>
    <w:rPr>
      <w:b/>
      <w:color w:val="000000" w:themeColor="text1"/>
      <w:sz w:val="40"/>
      <w:lang w:val="sv-SE"/>
    </w:rPr>
  </w:style>
  <w:style w:type="paragraph" w:customStyle="1" w:styleId="RF-Tabelldata">
    <w:name w:val="RF - Tabelldata"/>
    <w:basedOn w:val="Normal"/>
    <w:uiPriority w:val="1"/>
    <w:qFormat/>
    <w:rsid w:val="002953A7"/>
    <w:pPr>
      <w:spacing w:after="0" w:line="240" w:lineRule="auto"/>
      <w:ind w:left="57" w:right="57"/>
      <w:jc w:val="right"/>
    </w:pPr>
    <w:rPr>
      <w:rFonts w:ascii="Calibri" w:eastAsia="Calibri" w:hAnsi="Calibri" w:cs="DengXian Light"/>
      <w:noProof/>
      <w:sz w:val="20"/>
      <w:lang w:val="en-GB" w:eastAsia="zh-CN" w:bidi="my-MM"/>
    </w:rPr>
  </w:style>
  <w:style w:type="paragraph" w:customStyle="1" w:styleId="RF-TabellRadrubrik">
    <w:name w:val="RF - Tabell Radrubrik"/>
    <w:basedOn w:val="Normal"/>
    <w:uiPriority w:val="1"/>
    <w:qFormat/>
    <w:rsid w:val="002953A7"/>
    <w:pPr>
      <w:spacing w:after="0" w:line="240" w:lineRule="auto"/>
    </w:pPr>
    <w:rPr>
      <w:rFonts w:ascii="Calibri" w:eastAsia="Calibri" w:hAnsi="Calibri" w:cs="DengXian Light"/>
      <w:noProof/>
      <w:sz w:val="20"/>
      <w:lang w:val="en-GB" w:eastAsia="zh-CN" w:bidi="my-MM"/>
    </w:rPr>
  </w:style>
  <w:style w:type="paragraph" w:customStyle="1" w:styleId="RF-TabellKolumnrubrik">
    <w:name w:val="RF - Tabell Kolumnrubrik"/>
    <w:basedOn w:val="RF-TabellRadrubrik"/>
    <w:uiPriority w:val="1"/>
    <w:qFormat/>
    <w:rsid w:val="002953A7"/>
    <w:pPr>
      <w:jc w:val="center"/>
    </w:pPr>
    <w:rPr>
      <w:b/>
      <w:color w:val="FFFFFF" w:themeColor="background1"/>
    </w:rPr>
  </w:style>
  <w:style w:type="character" w:styleId="Hyperlink">
    <w:name w:val="Hyperlink"/>
    <w:basedOn w:val="DefaultParagraphFont"/>
    <w:uiPriority w:val="99"/>
    <w:unhideWhenUsed/>
    <w:rsid w:val="00E20C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C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9540963-e559-4020-8a90-fe8a502c2801}" enabled="1" method="Standard" siteId="{f25493ae-1c98-41d7-8a33-0be75f5fe60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Mikael Undhjem</cp:lastModifiedBy>
  <cp:revision>3</cp:revision>
  <dcterms:created xsi:type="dcterms:W3CDTF">2026-04-24T08:45:00Z</dcterms:created>
  <dcterms:modified xsi:type="dcterms:W3CDTF">2026-04-24T08:46:00Z</dcterms:modified>
  <cp:category/>
</cp:coreProperties>
</file>