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D77AC1" w14:textId="23C0B6FA" w:rsidR="005254F9" w:rsidRPr="00531D09" w:rsidRDefault="00213CD9">
      <w:pPr>
        <w:rPr>
          <w:lang w:val="sv-SE"/>
        </w:rPr>
      </w:pPr>
      <w:r w:rsidRPr="00531D09">
        <w:rPr>
          <w:b/>
          <w:sz w:val="28"/>
          <w:lang w:val="sv-SE"/>
        </w:rPr>
        <w:t>ÅRSMÖTE FALU IK 202</w:t>
      </w:r>
      <w:r w:rsidR="00370AE7" w:rsidRPr="00531D09">
        <w:rPr>
          <w:b/>
          <w:sz w:val="28"/>
          <w:lang w:val="sv-SE"/>
        </w:rPr>
        <w:t>6</w:t>
      </w:r>
      <w:r w:rsidRPr="00531D09">
        <w:rPr>
          <w:b/>
          <w:sz w:val="28"/>
          <w:lang w:val="sv-SE"/>
        </w:rPr>
        <w:t>-11-0</w:t>
      </w:r>
      <w:r w:rsidR="00370AE7" w:rsidRPr="00531D09">
        <w:rPr>
          <w:b/>
          <w:sz w:val="28"/>
          <w:lang w:val="sv-SE"/>
        </w:rPr>
        <w:t>4</w:t>
      </w:r>
    </w:p>
    <w:p w14:paraId="0C8D1436" w14:textId="6B67B065" w:rsidR="005254F9" w:rsidRPr="00370AE7" w:rsidRDefault="00213CD9">
      <w:pPr>
        <w:rPr>
          <w:lang w:val="sv-SE"/>
        </w:rPr>
      </w:pPr>
      <w:r w:rsidRPr="00370AE7">
        <w:rPr>
          <w:lang w:val="sv-SE"/>
        </w:rPr>
        <w:t xml:space="preserve">Tid: </w:t>
      </w:r>
      <w:r w:rsidR="00370AE7" w:rsidRPr="00370AE7">
        <w:rPr>
          <w:lang w:val="sv-SE"/>
        </w:rPr>
        <w:t>onsdag</w:t>
      </w:r>
      <w:r w:rsidRPr="00370AE7">
        <w:rPr>
          <w:lang w:val="sv-SE"/>
        </w:rPr>
        <w:t xml:space="preserve"> den </w:t>
      </w:r>
      <w:r w:rsidR="00370AE7">
        <w:rPr>
          <w:lang w:val="sv-SE"/>
        </w:rPr>
        <w:t>4</w:t>
      </w:r>
      <w:r w:rsidRPr="00370AE7">
        <w:rPr>
          <w:lang w:val="sv-SE"/>
        </w:rPr>
        <w:t xml:space="preserve">:e November kl 18:30-19:30 </w:t>
      </w:r>
    </w:p>
    <w:p w14:paraId="1B4D03C8" w14:textId="77777777" w:rsidR="005254F9" w:rsidRPr="00370AE7" w:rsidRDefault="00213CD9">
      <w:pPr>
        <w:rPr>
          <w:lang w:val="sv-SE"/>
        </w:rPr>
      </w:pPr>
      <w:r w:rsidRPr="00370AE7">
        <w:rPr>
          <w:lang w:val="sv-SE"/>
        </w:rPr>
        <w:t>Plats: Utsikten</w:t>
      </w:r>
    </w:p>
    <w:p w14:paraId="5281F04D" w14:textId="77777777" w:rsidR="00370AE7" w:rsidRDefault="00370AE7">
      <w:pPr>
        <w:rPr>
          <w:b/>
          <w:sz w:val="28"/>
          <w:lang w:val="sv-SE"/>
        </w:rPr>
      </w:pPr>
    </w:p>
    <w:p w14:paraId="31770051" w14:textId="154CF969" w:rsidR="005254F9" w:rsidRPr="00370AE7" w:rsidRDefault="00213CD9">
      <w:pPr>
        <w:rPr>
          <w:lang w:val="sv-SE"/>
        </w:rPr>
      </w:pPr>
      <w:r w:rsidRPr="00370AE7">
        <w:rPr>
          <w:b/>
          <w:sz w:val="28"/>
          <w:lang w:val="sv-SE"/>
        </w:rPr>
        <w:t>Agenda för Årsmöte i Falu IK Skidklubb 202</w:t>
      </w:r>
      <w:r w:rsidR="00531D09">
        <w:rPr>
          <w:b/>
          <w:sz w:val="28"/>
          <w:lang w:val="sv-SE"/>
        </w:rPr>
        <w:t>6</w:t>
      </w:r>
    </w:p>
    <w:p w14:paraId="3D53EB22" w14:textId="15437062" w:rsidR="005254F9" w:rsidRPr="00370AE7" w:rsidRDefault="00213CD9">
      <w:pPr>
        <w:rPr>
          <w:lang w:val="sv-SE"/>
        </w:rPr>
      </w:pPr>
      <w:r w:rsidRPr="00370AE7">
        <w:rPr>
          <w:lang w:val="sv-SE"/>
        </w:rPr>
        <w:t>1</w:t>
      </w:r>
      <w:r w:rsidR="00675565">
        <w:rPr>
          <w:lang w:val="sv-SE"/>
        </w:rPr>
        <w:t>.</w:t>
      </w:r>
      <w:r w:rsidRPr="00370AE7">
        <w:rPr>
          <w:lang w:val="sv-SE"/>
        </w:rPr>
        <w:t xml:space="preserve"> Fastställande av röstlängd för mötet </w:t>
      </w:r>
    </w:p>
    <w:p w14:paraId="57704AAC" w14:textId="77777777" w:rsidR="005254F9" w:rsidRPr="00370AE7" w:rsidRDefault="00213CD9">
      <w:pPr>
        <w:rPr>
          <w:lang w:val="sv-SE"/>
        </w:rPr>
      </w:pPr>
      <w:r w:rsidRPr="00370AE7">
        <w:rPr>
          <w:lang w:val="sv-SE"/>
        </w:rPr>
        <w:t xml:space="preserve">  </w:t>
      </w:r>
    </w:p>
    <w:p w14:paraId="09ED81BA" w14:textId="0D1F8440" w:rsidR="005254F9" w:rsidRPr="00370AE7" w:rsidRDefault="00213CD9">
      <w:pPr>
        <w:rPr>
          <w:lang w:val="sv-SE"/>
        </w:rPr>
      </w:pPr>
      <w:r w:rsidRPr="00370AE7">
        <w:rPr>
          <w:lang w:val="sv-SE"/>
        </w:rPr>
        <w:t>2</w:t>
      </w:r>
      <w:r w:rsidR="00675565">
        <w:rPr>
          <w:lang w:val="sv-SE"/>
        </w:rPr>
        <w:t>.</w:t>
      </w:r>
      <w:r w:rsidRPr="00370AE7">
        <w:rPr>
          <w:lang w:val="sv-SE"/>
        </w:rPr>
        <w:t xml:space="preserve"> Val av ordförande och sekreterare för mötet. </w:t>
      </w:r>
    </w:p>
    <w:p w14:paraId="77967CDB" w14:textId="77777777" w:rsidR="005254F9" w:rsidRPr="00370AE7" w:rsidRDefault="00213CD9">
      <w:pPr>
        <w:rPr>
          <w:lang w:val="sv-SE"/>
        </w:rPr>
      </w:pPr>
      <w:r w:rsidRPr="00370AE7">
        <w:rPr>
          <w:lang w:val="sv-SE"/>
        </w:rPr>
        <w:t xml:space="preserve">  </w:t>
      </w:r>
    </w:p>
    <w:p w14:paraId="6340D7EA" w14:textId="610B649B" w:rsidR="005254F9" w:rsidRPr="00370AE7" w:rsidRDefault="00213CD9">
      <w:pPr>
        <w:rPr>
          <w:lang w:val="sv-SE"/>
        </w:rPr>
      </w:pPr>
      <w:r w:rsidRPr="00370AE7">
        <w:rPr>
          <w:lang w:val="sv-SE"/>
        </w:rPr>
        <w:t>3</w:t>
      </w:r>
      <w:r w:rsidR="00675565">
        <w:rPr>
          <w:lang w:val="sv-SE"/>
        </w:rPr>
        <w:t>.</w:t>
      </w:r>
      <w:r w:rsidRPr="00370AE7">
        <w:rPr>
          <w:lang w:val="sv-SE"/>
        </w:rPr>
        <w:t xml:space="preserve"> Val av protokolljusterare och rösträknare. </w:t>
      </w:r>
    </w:p>
    <w:p w14:paraId="49A81DAC" w14:textId="77777777" w:rsidR="005254F9" w:rsidRPr="00370AE7" w:rsidRDefault="00213CD9">
      <w:pPr>
        <w:rPr>
          <w:lang w:val="sv-SE"/>
        </w:rPr>
      </w:pPr>
      <w:r w:rsidRPr="00370AE7">
        <w:rPr>
          <w:lang w:val="sv-SE"/>
        </w:rPr>
        <w:t xml:space="preserve">  </w:t>
      </w:r>
    </w:p>
    <w:p w14:paraId="366E4336" w14:textId="37F58566" w:rsidR="0021066A" w:rsidRPr="0021066A" w:rsidRDefault="00213CD9">
      <w:pPr>
        <w:rPr>
          <w:lang w:val="sv-SE"/>
        </w:rPr>
      </w:pPr>
      <w:r w:rsidRPr="00370AE7">
        <w:rPr>
          <w:lang w:val="sv-SE"/>
        </w:rPr>
        <w:t>4</w:t>
      </w:r>
      <w:r w:rsidR="00675565">
        <w:rPr>
          <w:lang w:val="sv-SE"/>
        </w:rPr>
        <w:t>.</w:t>
      </w:r>
      <w:r w:rsidRPr="00370AE7">
        <w:rPr>
          <w:lang w:val="sv-SE"/>
        </w:rPr>
        <w:t xml:space="preserve"> </w:t>
      </w:r>
      <w:r w:rsidR="0021066A" w:rsidRPr="0021066A">
        <w:rPr>
          <w:lang w:val="sv-SE"/>
        </w:rPr>
        <w:t>Fråga om årsmötet har utlysts i behörig ordning</w:t>
      </w:r>
    </w:p>
    <w:p w14:paraId="4C70E27C" w14:textId="13E0E999" w:rsidR="005254F9" w:rsidRPr="00370AE7" w:rsidRDefault="00213CD9">
      <w:pPr>
        <w:rPr>
          <w:lang w:val="sv-SE"/>
        </w:rPr>
      </w:pPr>
      <w:r w:rsidRPr="00370AE7">
        <w:rPr>
          <w:lang w:val="sv-SE"/>
        </w:rPr>
        <w:t xml:space="preserve">  </w:t>
      </w:r>
    </w:p>
    <w:p w14:paraId="21AD8152" w14:textId="7CBB493C" w:rsidR="005254F9" w:rsidRPr="00370AE7" w:rsidRDefault="00213CD9">
      <w:pPr>
        <w:rPr>
          <w:lang w:val="sv-SE"/>
        </w:rPr>
      </w:pPr>
      <w:r w:rsidRPr="00370AE7">
        <w:rPr>
          <w:lang w:val="sv-SE"/>
        </w:rPr>
        <w:t>5</w:t>
      </w:r>
      <w:r w:rsidR="00675565">
        <w:rPr>
          <w:lang w:val="sv-SE"/>
        </w:rPr>
        <w:t>.</w:t>
      </w:r>
      <w:r w:rsidRPr="00370AE7">
        <w:rPr>
          <w:lang w:val="sv-SE"/>
        </w:rPr>
        <w:t xml:space="preserve"> Fastställande av föredragningslista. </w:t>
      </w:r>
    </w:p>
    <w:p w14:paraId="1846EB34" w14:textId="77777777" w:rsidR="005254F9" w:rsidRPr="00370AE7" w:rsidRDefault="00213CD9">
      <w:pPr>
        <w:rPr>
          <w:lang w:val="sv-SE"/>
        </w:rPr>
      </w:pPr>
      <w:r w:rsidRPr="00370AE7">
        <w:rPr>
          <w:lang w:val="sv-SE"/>
        </w:rPr>
        <w:t xml:space="preserve">  </w:t>
      </w:r>
    </w:p>
    <w:p w14:paraId="73B9D725" w14:textId="77777777" w:rsidR="005254F9" w:rsidRPr="00370AE7" w:rsidRDefault="00213CD9">
      <w:pPr>
        <w:rPr>
          <w:lang w:val="sv-SE"/>
        </w:rPr>
      </w:pPr>
      <w:r w:rsidRPr="00370AE7">
        <w:rPr>
          <w:lang w:val="sv-SE"/>
        </w:rPr>
        <w:t xml:space="preserve">6 a) Styrelsens verksamhetsberättelse för det senaste verksamhetsåret </w:t>
      </w:r>
    </w:p>
    <w:p w14:paraId="3B7F9B8E" w14:textId="77777777" w:rsidR="005254F9" w:rsidRPr="00370AE7" w:rsidRDefault="00213CD9">
      <w:pPr>
        <w:rPr>
          <w:lang w:val="sv-SE"/>
        </w:rPr>
      </w:pPr>
      <w:r w:rsidRPr="00370AE7">
        <w:rPr>
          <w:lang w:val="sv-SE"/>
        </w:rPr>
        <w:t xml:space="preserve">  </w:t>
      </w:r>
    </w:p>
    <w:p w14:paraId="297F6CD5" w14:textId="77777777" w:rsidR="005254F9" w:rsidRPr="00370AE7" w:rsidRDefault="00213CD9">
      <w:pPr>
        <w:rPr>
          <w:lang w:val="sv-SE"/>
        </w:rPr>
      </w:pPr>
      <w:r w:rsidRPr="00370AE7">
        <w:rPr>
          <w:lang w:val="sv-SE"/>
        </w:rPr>
        <w:t xml:space="preserve">b) Styrelsens förvaltningsberättelse (balans- och resultaträkning) för det senaste </w:t>
      </w:r>
    </w:p>
    <w:p w14:paraId="187EDD7B" w14:textId="77777777" w:rsidR="005254F9" w:rsidRPr="00370AE7" w:rsidRDefault="00213CD9">
      <w:pPr>
        <w:rPr>
          <w:lang w:val="sv-SE"/>
        </w:rPr>
      </w:pPr>
      <w:r w:rsidRPr="00370AE7">
        <w:rPr>
          <w:lang w:val="sv-SE"/>
        </w:rPr>
        <w:t xml:space="preserve">räkenskapsåret.  </w:t>
      </w:r>
    </w:p>
    <w:p w14:paraId="560370B4" w14:textId="77777777" w:rsidR="005254F9" w:rsidRPr="00370AE7" w:rsidRDefault="00213CD9">
      <w:pPr>
        <w:rPr>
          <w:lang w:val="sv-SE"/>
        </w:rPr>
      </w:pPr>
      <w:r w:rsidRPr="00370AE7">
        <w:rPr>
          <w:lang w:val="sv-SE"/>
        </w:rPr>
        <w:t xml:space="preserve">  </w:t>
      </w:r>
    </w:p>
    <w:p w14:paraId="059290FA" w14:textId="6ADB5E3D" w:rsidR="005254F9" w:rsidRPr="00370AE7" w:rsidRDefault="00213CD9">
      <w:pPr>
        <w:rPr>
          <w:lang w:val="sv-SE"/>
        </w:rPr>
      </w:pPr>
      <w:r w:rsidRPr="00370AE7">
        <w:rPr>
          <w:lang w:val="sv-SE"/>
        </w:rPr>
        <w:t>7</w:t>
      </w:r>
      <w:r w:rsidR="00675565">
        <w:rPr>
          <w:lang w:val="sv-SE"/>
        </w:rPr>
        <w:t>.</w:t>
      </w:r>
      <w:r w:rsidRPr="00370AE7">
        <w:rPr>
          <w:lang w:val="sv-SE"/>
        </w:rPr>
        <w:t xml:space="preserve"> Revisorernas berättelse över styrelsens förvaltning under det senaste verksamhets-/räkenskapsåret. </w:t>
      </w:r>
    </w:p>
    <w:p w14:paraId="62D08A67" w14:textId="77777777" w:rsidR="005254F9" w:rsidRPr="00370AE7" w:rsidRDefault="00213CD9">
      <w:pPr>
        <w:rPr>
          <w:lang w:val="sv-SE"/>
        </w:rPr>
      </w:pPr>
      <w:r w:rsidRPr="00370AE7">
        <w:rPr>
          <w:lang w:val="sv-SE"/>
        </w:rPr>
        <w:t xml:space="preserve">  </w:t>
      </w:r>
    </w:p>
    <w:p w14:paraId="755A8B79" w14:textId="55DF1953" w:rsidR="005254F9" w:rsidRPr="00370AE7" w:rsidRDefault="00213CD9">
      <w:pPr>
        <w:rPr>
          <w:lang w:val="sv-SE"/>
        </w:rPr>
      </w:pPr>
      <w:r w:rsidRPr="00370AE7">
        <w:rPr>
          <w:lang w:val="sv-SE"/>
        </w:rPr>
        <w:t>8</w:t>
      </w:r>
      <w:r w:rsidR="00675565">
        <w:rPr>
          <w:lang w:val="sv-SE"/>
        </w:rPr>
        <w:t>.</w:t>
      </w:r>
      <w:r w:rsidRPr="00370AE7">
        <w:rPr>
          <w:lang w:val="sv-SE"/>
        </w:rPr>
        <w:t xml:space="preserve"> Fråga om ansvarsfrihet för styrelsen för den tid revisionen avser. </w:t>
      </w:r>
    </w:p>
    <w:p w14:paraId="2DA59D0A" w14:textId="77777777" w:rsidR="005254F9" w:rsidRPr="00370AE7" w:rsidRDefault="00213CD9">
      <w:pPr>
        <w:rPr>
          <w:lang w:val="sv-SE"/>
        </w:rPr>
      </w:pPr>
      <w:r w:rsidRPr="00370AE7">
        <w:rPr>
          <w:lang w:val="sv-SE"/>
        </w:rPr>
        <w:t xml:space="preserve">  </w:t>
      </w:r>
    </w:p>
    <w:p w14:paraId="45865AAE" w14:textId="4922042D" w:rsidR="005254F9" w:rsidRPr="00370AE7" w:rsidRDefault="00213CD9">
      <w:pPr>
        <w:rPr>
          <w:lang w:val="sv-SE"/>
        </w:rPr>
      </w:pPr>
      <w:r w:rsidRPr="00370AE7">
        <w:rPr>
          <w:lang w:val="sv-SE"/>
        </w:rPr>
        <w:t>9</w:t>
      </w:r>
      <w:r w:rsidR="005D5292">
        <w:rPr>
          <w:lang w:val="sv-SE"/>
        </w:rPr>
        <w:t xml:space="preserve">. </w:t>
      </w:r>
      <w:r w:rsidRPr="00370AE7">
        <w:rPr>
          <w:lang w:val="sv-SE"/>
        </w:rPr>
        <w:t xml:space="preserve">Fastställande av medlemsavgifter. </w:t>
      </w:r>
    </w:p>
    <w:p w14:paraId="4E519B14" w14:textId="77777777" w:rsidR="005254F9" w:rsidRPr="00370AE7" w:rsidRDefault="00213CD9">
      <w:pPr>
        <w:rPr>
          <w:lang w:val="sv-SE"/>
        </w:rPr>
      </w:pPr>
      <w:r w:rsidRPr="00370AE7">
        <w:rPr>
          <w:lang w:val="sv-SE"/>
        </w:rPr>
        <w:t xml:space="preserve">  </w:t>
      </w:r>
    </w:p>
    <w:p w14:paraId="2BB72E40" w14:textId="39071507" w:rsidR="005254F9" w:rsidRPr="00370AE7" w:rsidRDefault="00213CD9">
      <w:pPr>
        <w:rPr>
          <w:lang w:val="sv-SE"/>
        </w:rPr>
      </w:pPr>
      <w:r w:rsidRPr="00370AE7">
        <w:rPr>
          <w:lang w:val="sv-SE"/>
        </w:rPr>
        <w:t>10</w:t>
      </w:r>
      <w:r w:rsidR="005D5292">
        <w:rPr>
          <w:lang w:val="sv-SE"/>
        </w:rPr>
        <w:t>.</w:t>
      </w:r>
      <w:r w:rsidRPr="00370AE7">
        <w:rPr>
          <w:lang w:val="sv-SE"/>
        </w:rPr>
        <w:t xml:space="preserve"> Fastställande av verksamhetsplan samt behandling av ekonomisk ram för det </w:t>
      </w:r>
    </w:p>
    <w:p w14:paraId="2D761AE1" w14:textId="77777777" w:rsidR="005254F9" w:rsidRPr="00370AE7" w:rsidRDefault="00213CD9">
      <w:pPr>
        <w:rPr>
          <w:lang w:val="sv-SE"/>
        </w:rPr>
      </w:pPr>
      <w:r w:rsidRPr="00370AE7">
        <w:rPr>
          <w:lang w:val="sv-SE"/>
        </w:rPr>
        <w:t xml:space="preserve">kommande verksamhets-/räkenskapsåret. </w:t>
      </w:r>
    </w:p>
    <w:p w14:paraId="26F1E41C" w14:textId="77777777" w:rsidR="005254F9" w:rsidRPr="00370AE7" w:rsidRDefault="00213CD9">
      <w:pPr>
        <w:rPr>
          <w:lang w:val="sv-SE"/>
        </w:rPr>
      </w:pPr>
      <w:r w:rsidRPr="00370AE7">
        <w:rPr>
          <w:lang w:val="sv-SE"/>
        </w:rPr>
        <w:t xml:space="preserve">  </w:t>
      </w:r>
    </w:p>
    <w:p w14:paraId="28C8CCC2" w14:textId="46BC0E90" w:rsidR="005254F9" w:rsidRDefault="00213CD9">
      <w:pPr>
        <w:rPr>
          <w:lang w:val="sv-SE"/>
        </w:rPr>
      </w:pPr>
      <w:r w:rsidRPr="00370AE7">
        <w:rPr>
          <w:lang w:val="sv-SE"/>
        </w:rPr>
        <w:t>11</w:t>
      </w:r>
      <w:r w:rsidR="00675565">
        <w:rPr>
          <w:lang w:val="sv-SE"/>
        </w:rPr>
        <w:t>.</w:t>
      </w:r>
      <w:r w:rsidRPr="00370AE7">
        <w:rPr>
          <w:lang w:val="sv-SE"/>
        </w:rPr>
        <w:t xml:space="preserve"> Behandling av styrelsens förslag och i rätt tid inkomna motioner.</w:t>
      </w:r>
    </w:p>
    <w:p w14:paraId="6538FA16" w14:textId="77777777" w:rsidR="00675565" w:rsidRDefault="00675565">
      <w:pPr>
        <w:rPr>
          <w:lang w:val="sv-SE"/>
        </w:rPr>
      </w:pPr>
    </w:p>
    <w:p w14:paraId="257B5855" w14:textId="573B1B18" w:rsidR="005254F9" w:rsidRPr="00370AE7" w:rsidRDefault="00213CD9">
      <w:pPr>
        <w:rPr>
          <w:lang w:val="sv-SE"/>
        </w:rPr>
      </w:pPr>
      <w:r w:rsidRPr="00370AE7">
        <w:rPr>
          <w:lang w:val="sv-SE"/>
        </w:rPr>
        <w:lastRenderedPageBreak/>
        <w:t>12</w:t>
      </w:r>
      <w:r w:rsidR="00675565">
        <w:rPr>
          <w:lang w:val="sv-SE"/>
        </w:rPr>
        <w:t>.</w:t>
      </w:r>
      <w:r w:rsidRPr="00370AE7">
        <w:rPr>
          <w:lang w:val="sv-SE"/>
        </w:rPr>
        <w:t xml:space="preserve"> Val av: </w:t>
      </w:r>
    </w:p>
    <w:p w14:paraId="07F86F8D" w14:textId="77777777" w:rsidR="005254F9" w:rsidRPr="00370AE7" w:rsidRDefault="00213CD9">
      <w:pPr>
        <w:rPr>
          <w:lang w:val="sv-SE"/>
        </w:rPr>
      </w:pPr>
      <w:r w:rsidRPr="00370AE7">
        <w:rPr>
          <w:lang w:val="sv-SE"/>
        </w:rPr>
        <w:t>a) Föreningens ordförande för en tid av ett år</w:t>
      </w:r>
    </w:p>
    <w:p w14:paraId="60DC3050" w14:textId="77777777" w:rsidR="005254F9" w:rsidRPr="00370AE7" w:rsidRDefault="00213CD9">
      <w:pPr>
        <w:rPr>
          <w:lang w:val="sv-SE"/>
        </w:rPr>
      </w:pPr>
      <w:r w:rsidRPr="00370AE7">
        <w:rPr>
          <w:lang w:val="sv-SE"/>
        </w:rPr>
        <w:t>b) Val av ledamöter för en tid av två år</w:t>
      </w:r>
    </w:p>
    <w:p w14:paraId="132D70D9" w14:textId="61922A0B" w:rsidR="005254F9" w:rsidRPr="00370AE7" w:rsidRDefault="00213CD9">
      <w:pPr>
        <w:rPr>
          <w:lang w:val="sv-SE"/>
        </w:rPr>
      </w:pPr>
      <w:r w:rsidRPr="00370AE7">
        <w:rPr>
          <w:lang w:val="sv-SE"/>
        </w:rPr>
        <w:t xml:space="preserve">c) </w:t>
      </w:r>
      <w:r w:rsidR="002A3918" w:rsidRPr="00341EC7">
        <w:rPr>
          <w:lang w:val="sv-SE"/>
        </w:rPr>
        <w:t>Val av en revisor och en revisorssuppleant</w:t>
      </w:r>
      <w:r w:rsidRPr="00370AE7">
        <w:rPr>
          <w:lang w:val="sv-SE"/>
        </w:rPr>
        <w:t xml:space="preserve"> för en tid av ett år.</w:t>
      </w:r>
      <w:r w:rsidR="00341EC7">
        <w:rPr>
          <w:lang w:val="sv-SE"/>
        </w:rPr>
        <w:t xml:space="preserve"> </w:t>
      </w:r>
      <w:r w:rsidRPr="00370AE7">
        <w:rPr>
          <w:lang w:val="sv-SE"/>
        </w:rPr>
        <w:t xml:space="preserve">I detta val får inte styrelsens ledamöter delta. </w:t>
      </w:r>
    </w:p>
    <w:p w14:paraId="2AEE37F6" w14:textId="38A37B2C" w:rsidR="005254F9" w:rsidRDefault="00213CD9">
      <w:pPr>
        <w:rPr>
          <w:lang w:val="sv-SE"/>
        </w:rPr>
      </w:pPr>
      <w:r w:rsidRPr="00370AE7">
        <w:rPr>
          <w:lang w:val="sv-SE"/>
        </w:rPr>
        <w:t>d) Två ledamöter i valberedningen, enligt revisorernas förslag, för en tid av ett år, av vilka en skall utses till sammankallande.</w:t>
      </w:r>
    </w:p>
    <w:p w14:paraId="102C625D" w14:textId="77777777" w:rsidR="000F3169" w:rsidRDefault="000F3169">
      <w:pPr>
        <w:rPr>
          <w:lang w:val="sv-SE"/>
        </w:rPr>
      </w:pPr>
    </w:p>
    <w:p w14:paraId="7BB91590" w14:textId="11FE2EAE" w:rsidR="000F3169" w:rsidRPr="00370AE7" w:rsidRDefault="000F3169">
      <w:pPr>
        <w:rPr>
          <w:lang w:val="sv-SE"/>
        </w:rPr>
      </w:pPr>
      <w:r>
        <w:rPr>
          <w:lang w:val="sv-SE"/>
        </w:rPr>
        <w:t>13.</w:t>
      </w:r>
      <w:r w:rsidRPr="000F3169">
        <w:t xml:space="preserve"> Årsmötets avslutande</w:t>
      </w:r>
    </w:p>
    <w:sectPr w:rsidR="000F3169" w:rsidRPr="00370AE7" w:rsidSect="00034616">
      <w:pgSz w:w="11906" w:h="16838"/>
      <w:pgMar w:top="1247" w:right="1800" w:bottom="1247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reradlist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reradlist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ktlist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ktlist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reradlist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ktlist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15166806">
    <w:abstractNumId w:val="8"/>
  </w:num>
  <w:num w:numId="2" w16cid:durableId="102845169">
    <w:abstractNumId w:val="6"/>
  </w:num>
  <w:num w:numId="3" w16cid:durableId="2142994399">
    <w:abstractNumId w:val="5"/>
  </w:num>
  <w:num w:numId="4" w16cid:durableId="390084730">
    <w:abstractNumId w:val="4"/>
  </w:num>
  <w:num w:numId="5" w16cid:durableId="124474424">
    <w:abstractNumId w:val="7"/>
  </w:num>
  <w:num w:numId="6" w16cid:durableId="1325252">
    <w:abstractNumId w:val="3"/>
  </w:num>
  <w:num w:numId="7" w16cid:durableId="1511292603">
    <w:abstractNumId w:val="2"/>
  </w:num>
  <w:num w:numId="8" w16cid:durableId="455106646">
    <w:abstractNumId w:val="1"/>
  </w:num>
  <w:num w:numId="9" w16cid:durableId="8096335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F3169"/>
    <w:rsid w:val="0015074B"/>
    <w:rsid w:val="0021066A"/>
    <w:rsid w:val="00213CD9"/>
    <w:rsid w:val="0029639D"/>
    <w:rsid w:val="002A3918"/>
    <w:rsid w:val="00326F90"/>
    <w:rsid w:val="00341EC7"/>
    <w:rsid w:val="003436C6"/>
    <w:rsid w:val="00370AE7"/>
    <w:rsid w:val="005254F9"/>
    <w:rsid w:val="00531D09"/>
    <w:rsid w:val="005D5292"/>
    <w:rsid w:val="00675565"/>
    <w:rsid w:val="00AA1D8D"/>
    <w:rsid w:val="00B47730"/>
    <w:rsid w:val="00CB0664"/>
    <w:rsid w:val="00EB65A6"/>
    <w:rsid w:val="00F3718D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44EC47E"/>
  <w14:defaultImageDpi w14:val="300"/>
  <w15:docId w15:val="{6B5DF280-18F3-40F4-B22E-B151E9F957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60"/>
    </w:pPr>
    <w:rPr>
      <w:rFonts w:ascii="Arial" w:hAnsi="Arial"/>
    </w:rPr>
  </w:style>
  <w:style w:type="paragraph" w:styleId="Rubrik1">
    <w:name w:val="heading 1"/>
    <w:basedOn w:val="Normal"/>
    <w:next w:val="Normal"/>
    <w:link w:val="Rubri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Rubrik2">
    <w:name w:val="heading 2"/>
    <w:basedOn w:val="Normal"/>
    <w:next w:val="Normal"/>
    <w:link w:val="Rubri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Rubrik3">
    <w:name w:val="heading 3"/>
    <w:basedOn w:val="Normal"/>
    <w:next w:val="Normal"/>
    <w:link w:val="Rubri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link w:val="Sidhuvud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E618BF"/>
  </w:style>
  <w:style w:type="paragraph" w:styleId="Sidfot">
    <w:name w:val="footer"/>
    <w:basedOn w:val="Normal"/>
    <w:link w:val="Sidfot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E618BF"/>
  </w:style>
  <w:style w:type="paragraph" w:styleId="Ingetavstnd">
    <w:name w:val="No Spacing"/>
    <w:uiPriority w:val="1"/>
    <w:qFormat/>
    <w:rsid w:val="00FC693F"/>
    <w:pPr>
      <w:spacing w:after="0" w:line="240" w:lineRule="auto"/>
    </w:pPr>
  </w:style>
  <w:style w:type="character" w:customStyle="1" w:styleId="Rubrik1Char">
    <w:name w:val="Rubrik 1 Char"/>
    <w:basedOn w:val="Standardstycketeckensnitt"/>
    <w:link w:val="Rubri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Rubrik2Char">
    <w:name w:val="Rubrik 2 Char"/>
    <w:basedOn w:val="Standardstycketeckensnitt"/>
    <w:link w:val="Rubri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Rubrik3Char">
    <w:name w:val="Rubrik 3 Char"/>
    <w:basedOn w:val="Standardstycketeckensnitt"/>
    <w:link w:val="Rubri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Rubrik">
    <w:name w:val="Title"/>
    <w:basedOn w:val="Normal"/>
    <w:next w:val="Normal"/>
    <w:link w:val="Rubrik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RubrikChar">
    <w:name w:val="Rubrik Char"/>
    <w:basedOn w:val="Standardstycketeckensnitt"/>
    <w:link w:val="Rubrik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stycke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rdtext">
    <w:name w:val="Body Text"/>
    <w:basedOn w:val="Normal"/>
    <w:link w:val="BrdtextChar"/>
    <w:uiPriority w:val="99"/>
    <w:unhideWhenUsed/>
    <w:rsid w:val="00AA1D8D"/>
    <w:pPr>
      <w:spacing w:after="120"/>
    </w:pPr>
  </w:style>
  <w:style w:type="character" w:customStyle="1" w:styleId="BrdtextChar">
    <w:name w:val="Brödtext Char"/>
    <w:basedOn w:val="Standardstycketeckensnitt"/>
    <w:link w:val="Brdtext"/>
    <w:uiPriority w:val="99"/>
    <w:rsid w:val="00AA1D8D"/>
  </w:style>
  <w:style w:type="paragraph" w:styleId="Brdtext2">
    <w:name w:val="Body Text 2"/>
    <w:basedOn w:val="Normal"/>
    <w:link w:val="Brdtext2Char"/>
    <w:uiPriority w:val="99"/>
    <w:unhideWhenUsed/>
    <w:rsid w:val="00AA1D8D"/>
    <w:pPr>
      <w:spacing w:after="120" w:line="480" w:lineRule="auto"/>
    </w:pPr>
  </w:style>
  <w:style w:type="character" w:customStyle="1" w:styleId="Brdtext2Char">
    <w:name w:val="Brödtext 2 Char"/>
    <w:basedOn w:val="Standardstycketeckensnitt"/>
    <w:link w:val="Brdtext2"/>
    <w:uiPriority w:val="99"/>
    <w:rsid w:val="00AA1D8D"/>
  </w:style>
  <w:style w:type="paragraph" w:styleId="Brdtext3">
    <w:name w:val="Body Text 3"/>
    <w:basedOn w:val="Normal"/>
    <w:link w:val="Brd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rdtext3Char">
    <w:name w:val="Brödtext 3 Char"/>
    <w:basedOn w:val="Standardstycketeckensnitt"/>
    <w:link w:val="Brdtext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Punktlista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Punktlista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Punktlista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Numreradlista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Numreradlista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Numreradlista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afortstt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afortstt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afortstt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text">
    <w:name w:val="macro"/>
    <w:link w:val="Mak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textChar">
    <w:name w:val="Makrotext Char"/>
    <w:basedOn w:val="Standardstycketeckensnitt"/>
    <w:link w:val="Makrotext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har"/>
    <w:uiPriority w:val="29"/>
    <w:qFormat/>
    <w:rsid w:val="00FC693F"/>
    <w:rPr>
      <w:i/>
      <w:iCs/>
      <w:color w:val="000000" w:themeColor="text1"/>
    </w:rPr>
  </w:style>
  <w:style w:type="character" w:customStyle="1" w:styleId="CitatChar">
    <w:name w:val="Citat Char"/>
    <w:basedOn w:val="Standardstycketeckensnitt"/>
    <w:link w:val="Citat"/>
    <w:uiPriority w:val="29"/>
    <w:rsid w:val="00FC693F"/>
    <w:rPr>
      <w:i/>
      <w:iCs/>
      <w:color w:val="000000" w:themeColor="text1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eskrivning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ark">
    <w:name w:val="Strong"/>
    <w:basedOn w:val="Standardstycketeckensnitt"/>
    <w:uiPriority w:val="22"/>
    <w:qFormat/>
    <w:rsid w:val="00FC693F"/>
    <w:rPr>
      <w:b/>
      <w:bCs/>
    </w:rPr>
  </w:style>
  <w:style w:type="character" w:styleId="Betoning">
    <w:name w:val="Emphasis"/>
    <w:basedOn w:val="Standardstycketeckensnitt"/>
    <w:uiPriority w:val="20"/>
    <w:qFormat/>
    <w:rsid w:val="00FC693F"/>
    <w:rPr>
      <w:i/>
      <w:iCs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FC693F"/>
    <w:rPr>
      <w:b/>
      <w:bCs/>
      <w:i/>
      <w:iCs/>
      <w:color w:val="4F81BD" w:themeColor="accent1"/>
    </w:rPr>
  </w:style>
  <w:style w:type="character" w:styleId="Diskretbetoning">
    <w:name w:val="Subtle Emphasis"/>
    <w:basedOn w:val="Standardstycketeckensnitt"/>
    <w:uiPriority w:val="19"/>
    <w:qFormat/>
    <w:rsid w:val="00FC693F"/>
    <w:rPr>
      <w:i/>
      <w:iCs/>
      <w:color w:val="808080" w:themeColor="text1" w:themeTint="7F"/>
    </w:rPr>
  </w:style>
  <w:style w:type="character" w:styleId="Starkbetoning">
    <w:name w:val="Intense Emphasis"/>
    <w:basedOn w:val="Standardstycketeckensnitt"/>
    <w:uiPriority w:val="21"/>
    <w:qFormat/>
    <w:rsid w:val="00FC693F"/>
    <w:rPr>
      <w:b/>
      <w:bCs/>
      <w:i/>
      <w:iCs/>
      <w:color w:val="4F81BD" w:themeColor="accent1"/>
    </w:rPr>
  </w:style>
  <w:style w:type="character" w:styleId="Diskretreferens">
    <w:name w:val="Subtle Reference"/>
    <w:basedOn w:val="Standardstycketeckensnitt"/>
    <w:uiPriority w:val="31"/>
    <w:qFormat/>
    <w:rsid w:val="00FC693F"/>
    <w:rPr>
      <w:smallCaps/>
      <w:color w:val="C0504D" w:themeColor="accent2"/>
      <w:u w:val="single"/>
    </w:rPr>
  </w:style>
  <w:style w:type="character" w:styleId="Starkreferens">
    <w:name w:val="Intense Reference"/>
    <w:basedOn w:val="Standardstycketeckensnit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kenstitel">
    <w:name w:val="Book Title"/>
    <w:basedOn w:val="Standardstycketeckensnitt"/>
    <w:uiPriority w:val="33"/>
    <w:qFormat/>
    <w:rsid w:val="00FC693F"/>
    <w:rPr>
      <w:b/>
      <w:bCs/>
      <w:smallCaps/>
      <w:spacing w:val="5"/>
    </w:rPr>
  </w:style>
  <w:style w:type="paragraph" w:styleId="Innehllsfrteckningsrubrik">
    <w:name w:val="TOC Heading"/>
    <w:basedOn w:val="Rubrik1"/>
    <w:next w:val="Normal"/>
    <w:uiPriority w:val="39"/>
    <w:semiHidden/>
    <w:unhideWhenUsed/>
    <w:qFormat/>
    <w:rsid w:val="00FC693F"/>
    <w:pPr>
      <w:outlineLvl w:val="9"/>
    </w:pPr>
  </w:style>
  <w:style w:type="table" w:styleId="Tabellrutnt">
    <w:name w:val="Table Grid"/>
    <w:basedOn w:val="Normaltabel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jusskuggning">
    <w:name w:val="Light Shading"/>
    <w:basedOn w:val="Normaltabel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jusskuggning-dekorfrg1">
    <w:name w:val="Light Shading Accent 1"/>
    <w:basedOn w:val="Normaltabel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jusskuggning-dekorfrg2">
    <w:name w:val="Light Shading Accent 2"/>
    <w:basedOn w:val="Normaltabel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jusskuggning-dekorfrg3">
    <w:name w:val="Light Shading Accent 3"/>
    <w:basedOn w:val="Normaltabel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jusskuggning-dekorfrg4">
    <w:name w:val="Light Shading Accent 4"/>
    <w:basedOn w:val="Normaltabel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jusskuggning-dekorfrg5">
    <w:name w:val="Light Shading Accent 5"/>
    <w:basedOn w:val="Normaltabel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jusskuggning-dekorfrg6">
    <w:name w:val="Light Shading Accent 6"/>
    <w:basedOn w:val="Normaltabel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juslista">
    <w:name w:val="Light List"/>
    <w:basedOn w:val="Normaltabel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juslista-dekorfrg1">
    <w:name w:val="Light List Accent 1"/>
    <w:basedOn w:val="Normaltabel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juslista-dekorfrg2">
    <w:name w:val="Light List Accent 2"/>
    <w:basedOn w:val="Normaltabel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juslista-dekorfrg3">
    <w:name w:val="Light List Accent 3"/>
    <w:basedOn w:val="Normaltabel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juslista-dekorfrg4">
    <w:name w:val="Light List Accent 4"/>
    <w:basedOn w:val="Normaltabel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juslista-dekorfrg5">
    <w:name w:val="Light List Accent 5"/>
    <w:basedOn w:val="Normaltabel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juslista-dekorfrg6">
    <w:name w:val="Light List Accent 6"/>
    <w:basedOn w:val="Normaltabel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justrutnt">
    <w:name w:val="Light Grid"/>
    <w:basedOn w:val="Normaltabel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justrutnt-dekorfrg1">
    <w:name w:val="Light Grid Accent 1"/>
    <w:basedOn w:val="Normaltabel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justrutnt-dekorfrg2">
    <w:name w:val="Light Grid Accent 2"/>
    <w:basedOn w:val="Normaltabel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justrutnt-dekorfrg3">
    <w:name w:val="Light Grid Accent 3"/>
    <w:basedOn w:val="Normaltabel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justrutnt-dekorfrg4">
    <w:name w:val="Light Grid Accent 4"/>
    <w:basedOn w:val="Normaltabel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justrutnt-dekorfrg5">
    <w:name w:val="Light Grid Accent 5"/>
    <w:basedOn w:val="Normaltabel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justrutnt-dekorfrg6">
    <w:name w:val="Light Grid Accent 6"/>
    <w:basedOn w:val="Normaltabel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llanmrkskuggning1">
    <w:name w:val="Medium Shading 1"/>
    <w:basedOn w:val="Normaltabel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1">
    <w:name w:val="Medium Shading 1 Accent 1"/>
    <w:basedOn w:val="Normaltabel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2">
    <w:name w:val="Medium Shading 1 Accent 2"/>
    <w:basedOn w:val="Normaltabel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3">
    <w:name w:val="Medium Shading 1 Accent 3"/>
    <w:basedOn w:val="Normaltabel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4">
    <w:name w:val="Medium Shading 1 Accent 4"/>
    <w:basedOn w:val="Normaltabel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5">
    <w:name w:val="Medium Shading 1 Accent 5"/>
    <w:basedOn w:val="Normaltabel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6">
    <w:name w:val="Medium Shading 1 Accent 6"/>
    <w:basedOn w:val="Normaltabel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2">
    <w:name w:val="Medium Shading 2"/>
    <w:basedOn w:val="Normaltabel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llanmrkskuggning2-dekorfrg1">
    <w:name w:val="Medium Shading 2 Accent 1"/>
    <w:basedOn w:val="Normaltabel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llanmrkskuggning2-dekorfrg2">
    <w:name w:val="Medium Shading 2 Accent 2"/>
    <w:basedOn w:val="Normaltabel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llanmrkskuggning2-dekorfrg3">
    <w:name w:val="Medium Shading 2 Accent 3"/>
    <w:basedOn w:val="Normaltabel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llanmrkskuggning2-dekorfrg4">
    <w:name w:val="Medium Shading 2 Accent 4"/>
    <w:basedOn w:val="Normaltabel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llanmrkskuggning2-dekorfrg5">
    <w:name w:val="Medium Shading 2 Accent 5"/>
    <w:basedOn w:val="Normaltabel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llanmrkskuggning2-dekorfrg6">
    <w:name w:val="Medium Shading 2 Accent 6"/>
    <w:basedOn w:val="Normaltabel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llanmrklista1">
    <w:name w:val="Medium List 1"/>
    <w:basedOn w:val="Normaltabel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llanmrklista1-dekorfrg1">
    <w:name w:val="Medium List 1 Accent 1"/>
    <w:basedOn w:val="Normaltabel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llanmrklista1-dekorfrg2">
    <w:name w:val="Medium List 1 Accent 2"/>
    <w:basedOn w:val="Normaltabel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llanmrklista1-dekorfrg3">
    <w:name w:val="Medium List 1 Accent 3"/>
    <w:basedOn w:val="Normaltabel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llanmrklista1-dekorfrg4">
    <w:name w:val="Medium List 1 Accent 4"/>
    <w:basedOn w:val="Normaltabel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llanmrklista1-dekorfrg5">
    <w:name w:val="Medium List 1 Accent 5"/>
    <w:basedOn w:val="Normaltabel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llanmrklista1-dekorfrg6">
    <w:name w:val="Medium List 1 Accent 6"/>
    <w:basedOn w:val="Normaltabel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llanmrklista2">
    <w:name w:val="Medium List 2"/>
    <w:basedOn w:val="Normaltabel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1">
    <w:name w:val="Medium List 2 Accent 1"/>
    <w:basedOn w:val="Normaltabel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2">
    <w:name w:val="Medium List 2 Accent 2"/>
    <w:basedOn w:val="Normaltabel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3">
    <w:name w:val="Medium List 2 Accent 3"/>
    <w:basedOn w:val="Normaltabel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4">
    <w:name w:val="Medium List 2 Accent 4"/>
    <w:basedOn w:val="Normaltabel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5">
    <w:name w:val="Medium List 2 Accent 5"/>
    <w:basedOn w:val="Normaltabel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6">
    <w:name w:val="Medium List 2 Accent 6"/>
    <w:basedOn w:val="Normaltabel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trutnt1">
    <w:name w:val="Medium Grid 1"/>
    <w:basedOn w:val="Normaltabel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llanmrktrutnt1-dekorfrg1">
    <w:name w:val="Medium Grid 1 Accent 1"/>
    <w:basedOn w:val="Normaltabel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llanmrktrutnt1-dekorfrg2">
    <w:name w:val="Medium Grid 1 Accent 2"/>
    <w:basedOn w:val="Normaltabel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llanmrktrutnt1-dekorfrg3">
    <w:name w:val="Medium Grid 1 Accent 3"/>
    <w:basedOn w:val="Normaltabel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llanmrktrutnt1-dekorfrg4">
    <w:name w:val="Medium Grid 1 Accent 4"/>
    <w:basedOn w:val="Normaltabel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llanmrktrutnt1-dekorfrg5">
    <w:name w:val="Medium Grid 1 Accent 5"/>
    <w:basedOn w:val="Normaltabel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llanmrktrutnt1-dekorfrg6">
    <w:name w:val="Medium Grid 1 Accent 6"/>
    <w:basedOn w:val="Normaltabel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llanmrktrutnt2">
    <w:name w:val="Medium Grid 2"/>
    <w:basedOn w:val="Normaltabel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1">
    <w:name w:val="Medium Grid 2 Accent 1"/>
    <w:basedOn w:val="Normaltabel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2">
    <w:name w:val="Medium Grid 2 Accent 2"/>
    <w:basedOn w:val="Normaltabel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3">
    <w:name w:val="Medium Grid 2 Accent 3"/>
    <w:basedOn w:val="Normaltabel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4">
    <w:name w:val="Medium Grid 2 Accent 4"/>
    <w:basedOn w:val="Normaltabel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5">
    <w:name w:val="Medium Grid 2 Accent 5"/>
    <w:basedOn w:val="Normaltabel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6">
    <w:name w:val="Medium Grid 2 Accent 6"/>
    <w:basedOn w:val="Normaltabel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3">
    <w:name w:val="Medium Grid 3"/>
    <w:basedOn w:val="Normaltabel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llanmrktrutnt3-dekorfrg1">
    <w:name w:val="Medium Grid 3 Accent 1"/>
    <w:basedOn w:val="Normaltabel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llanmrktrutnt3-dekorfrg2">
    <w:name w:val="Medium Grid 3 Accent 2"/>
    <w:basedOn w:val="Normaltabel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llanmrktrutnt3-dekorfrg3">
    <w:name w:val="Medium Grid 3 Accent 3"/>
    <w:basedOn w:val="Normaltabel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llanmrktrutnt3-dekorfrg4">
    <w:name w:val="Medium Grid 3 Accent 4"/>
    <w:basedOn w:val="Normaltabel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llanmrktrutnt3-dekorfrg5">
    <w:name w:val="Medium Grid 3 Accent 5"/>
    <w:basedOn w:val="Normaltabel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llanmrktrutnt3-dekorfrg6">
    <w:name w:val="Medium Grid 3 Accent 6"/>
    <w:basedOn w:val="Normaltabel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Mrklista">
    <w:name w:val="Dark List"/>
    <w:basedOn w:val="Normaltabel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Mrklista-dekorfrg1">
    <w:name w:val="Dark List Accent 1"/>
    <w:basedOn w:val="Normaltabel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Mrklista-dekorfrg2">
    <w:name w:val="Dark List Accent 2"/>
    <w:basedOn w:val="Normaltabel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Mrklista-dekorfrg3">
    <w:name w:val="Dark List Accent 3"/>
    <w:basedOn w:val="Normaltabel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Mrklista-dekorfrg4">
    <w:name w:val="Dark List Accent 4"/>
    <w:basedOn w:val="Normaltabel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Mrklista-dekorfrg5">
    <w:name w:val="Dark List Accent 5"/>
    <w:basedOn w:val="Normaltabel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Mrklista-dekorfrg6">
    <w:name w:val="Dark List Accent 6"/>
    <w:basedOn w:val="Normaltabel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rgadskuggning">
    <w:name w:val="Colorful Shading"/>
    <w:basedOn w:val="Normaltabel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skuggning-dekorfrg1">
    <w:name w:val="Colorful Shading Accent 1"/>
    <w:basedOn w:val="Normaltabel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skuggning-dekorfrg2">
    <w:name w:val="Colorful Shading Accent 2"/>
    <w:basedOn w:val="Normaltabel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skuggning-dekorfrg3">
    <w:name w:val="Colorful Shading Accent 3"/>
    <w:basedOn w:val="Normaltabel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rgadskuggning-dekorfrg4">
    <w:name w:val="Colorful Shading Accent 4"/>
    <w:basedOn w:val="Normaltabel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skuggning-dekorfrg5">
    <w:name w:val="Colorful Shading Accent 5"/>
    <w:basedOn w:val="Normaltabel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skuggning-dekorfrg6">
    <w:name w:val="Colorful Shading Accent 6"/>
    <w:basedOn w:val="Normaltabel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lista">
    <w:name w:val="Colorful List"/>
    <w:basedOn w:val="Normaltabel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rgadlista-dekorfrg1">
    <w:name w:val="Colorful List Accent 1"/>
    <w:basedOn w:val="Normaltabel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rgadlista-dekorfrg2">
    <w:name w:val="Colorful List Accent 2"/>
    <w:basedOn w:val="Normaltabel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rgadlista-dekorfrg3">
    <w:name w:val="Colorful List Accent 3"/>
    <w:basedOn w:val="Normaltabel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rgadlista-dekorfrg4">
    <w:name w:val="Colorful List Accent 4"/>
    <w:basedOn w:val="Normaltabel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rgadlista-dekorfrg5">
    <w:name w:val="Colorful List Accent 5"/>
    <w:basedOn w:val="Normaltabel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rgadlista-dekorfrg6">
    <w:name w:val="Colorful List Accent 6"/>
    <w:basedOn w:val="Normaltabel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rgatrutnt">
    <w:name w:val="Colorful Grid"/>
    <w:basedOn w:val="Normaltabel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rgatrutnt-dekorfrg1">
    <w:name w:val="Colorful Grid Accent 1"/>
    <w:basedOn w:val="Normaltabel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rgatrutnt-dekorfrg2">
    <w:name w:val="Colorful Grid Accent 2"/>
    <w:basedOn w:val="Normaltabel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rgatrutnt-dekorfrg3">
    <w:name w:val="Colorful Grid Accent 3"/>
    <w:basedOn w:val="Normaltabel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rgatrutnt-dekorfrg4">
    <w:name w:val="Colorful Grid Accent 4"/>
    <w:basedOn w:val="Normaltabel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rgatrutnt-dekorfrg5">
    <w:name w:val="Colorful Grid Accent 5"/>
    <w:basedOn w:val="Normaltabel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rgatrutnt-dekorfrg6">
    <w:name w:val="Colorful Grid Accent 6"/>
    <w:basedOn w:val="Normaltabel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213</Words>
  <Characters>1132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1343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Maria Holmen</cp:lastModifiedBy>
  <cp:revision>11</cp:revision>
  <dcterms:created xsi:type="dcterms:W3CDTF">2026-10-27T14:36:00Z</dcterms:created>
  <dcterms:modified xsi:type="dcterms:W3CDTF">2026-10-27T14:49:00Z</dcterms:modified>
  <cp:category/>
</cp:coreProperties>
</file>