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BE5F1" w:themeColor="accent1" w:themeTint="33"/>
  <w:body>
    <w:p w14:paraId="13997C48" w14:textId="671D9157" w:rsidR="00974FA2" w:rsidRDefault="008F1B66" w:rsidP="000860CD">
      <w:pPr>
        <w:rPr>
          <w:b/>
          <w:bCs/>
          <w:color w:val="17365D" w:themeColor="text2" w:themeShade="BF"/>
          <w:sz w:val="36"/>
          <w:szCs w:val="36"/>
          <w:lang w:val="sv-SE"/>
        </w:rPr>
      </w:pPr>
      <w:r w:rsidRPr="008F1B66">
        <w:rPr>
          <w:b/>
          <w:bCs/>
          <w:noProof/>
          <w:color w:val="17365D" w:themeColor="text2" w:themeShade="BF"/>
          <w:sz w:val="36"/>
          <w:szCs w:val="36"/>
          <w:lang w:val="sv-SE"/>
        </w:rPr>
        <w:drawing>
          <wp:inline distT="0" distB="0" distL="0" distR="0" wp14:anchorId="745D9D7B" wp14:editId="76A7FE55">
            <wp:extent cx="6043930" cy="2366963"/>
            <wp:effectExtent l="0" t="0" r="0" b="0"/>
            <wp:docPr id="1186217197" name="Bildobjekt 1" descr="2026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217197" name="Bildobjekt 1" descr="2026&#10;&#10;AI-genererat innehåll kan vara felaktigt."/>
                    <pic:cNvPicPr/>
                  </pic:nvPicPr>
                  <pic:blipFill rotWithShape="1">
                    <a:blip r:embed="rId8"/>
                    <a:srcRect t="-1717" b="16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2366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DAAF7C" w14:textId="77777777" w:rsidR="00385252" w:rsidRPr="000860CD" w:rsidRDefault="00385252" w:rsidP="000860CD">
      <w:pPr>
        <w:rPr>
          <w:b/>
          <w:bCs/>
          <w:color w:val="17365D" w:themeColor="text2" w:themeShade="BF"/>
          <w:sz w:val="24"/>
          <w:szCs w:val="24"/>
          <w:lang w:val="sv-SE"/>
        </w:rPr>
      </w:pP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t>Sollentuna Slalomklubb (SSLK) kallar härmed föreningens medlemmar till årsmöte.</w:t>
      </w:r>
    </w:p>
    <w:p w14:paraId="328B1FB5" w14:textId="77777777" w:rsidR="00385252" w:rsidRPr="000860CD" w:rsidRDefault="00385252" w:rsidP="000860CD">
      <w:pPr>
        <w:spacing w:line="240" w:lineRule="auto"/>
        <w:rPr>
          <w:b/>
          <w:bCs/>
          <w:color w:val="17365D" w:themeColor="text2" w:themeShade="BF"/>
          <w:sz w:val="28"/>
          <w:szCs w:val="28"/>
          <w:lang w:val="sv-SE"/>
        </w:rPr>
      </w:pPr>
      <w:r w:rsidRPr="000860CD">
        <w:rPr>
          <w:b/>
          <w:bCs/>
          <w:color w:val="17365D" w:themeColor="text2" w:themeShade="BF"/>
          <w:sz w:val="28"/>
          <w:szCs w:val="28"/>
          <w:lang w:val="sv-SE"/>
        </w:rPr>
        <w:t>Praktisk information</w:t>
      </w:r>
    </w:p>
    <w:p w14:paraId="1E4C3FBE" w14:textId="300229D2" w:rsidR="00385252" w:rsidRPr="00877917" w:rsidRDefault="00385252" w:rsidP="000860CD">
      <w:pPr>
        <w:spacing w:line="240" w:lineRule="auto"/>
        <w:rPr>
          <w:color w:val="17365D" w:themeColor="text2" w:themeShade="BF"/>
          <w:sz w:val="24"/>
          <w:szCs w:val="24"/>
          <w:lang w:val="sv-SE"/>
        </w:rPr>
      </w:pP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t xml:space="preserve">Datum: </w:t>
      </w:r>
      <w:r w:rsidR="002C72F2" w:rsidRPr="00877917">
        <w:rPr>
          <w:color w:val="17365D" w:themeColor="text2" w:themeShade="BF"/>
          <w:sz w:val="24"/>
          <w:szCs w:val="24"/>
          <w:lang w:val="sv-SE"/>
        </w:rPr>
        <w:t>tisdag</w:t>
      </w:r>
      <w:r w:rsidRPr="00877917">
        <w:rPr>
          <w:color w:val="17365D" w:themeColor="text2" w:themeShade="BF"/>
          <w:sz w:val="24"/>
          <w:szCs w:val="24"/>
          <w:lang w:val="sv-SE"/>
        </w:rPr>
        <w:t xml:space="preserve"> 13 oktober 2026</w:t>
      </w: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br/>
        <w:t xml:space="preserve">Tid: </w:t>
      </w:r>
      <w:r w:rsidRPr="00877917">
        <w:rPr>
          <w:color w:val="17365D" w:themeColor="text2" w:themeShade="BF"/>
          <w:sz w:val="24"/>
          <w:szCs w:val="24"/>
          <w:lang w:val="sv-SE"/>
        </w:rPr>
        <w:t>19.00</w:t>
      </w: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br/>
        <w:t xml:space="preserve">Plats: </w:t>
      </w:r>
      <w:r w:rsidRPr="00877917">
        <w:rPr>
          <w:color w:val="17365D" w:themeColor="text2" w:themeShade="BF"/>
          <w:sz w:val="24"/>
          <w:szCs w:val="24"/>
          <w:lang w:val="sv-SE"/>
        </w:rPr>
        <w:t>Finlandsgatan 36, Kista</w:t>
      </w:r>
    </w:p>
    <w:p w14:paraId="6E361F75" w14:textId="77777777" w:rsidR="00385252" w:rsidRPr="000860CD" w:rsidRDefault="00385252" w:rsidP="000860CD">
      <w:pPr>
        <w:spacing w:line="240" w:lineRule="auto"/>
        <w:rPr>
          <w:b/>
          <w:bCs/>
          <w:color w:val="17365D" w:themeColor="text2" w:themeShade="BF"/>
          <w:sz w:val="28"/>
          <w:szCs w:val="28"/>
          <w:lang w:val="sv-SE"/>
        </w:rPr>
      </w:pPr>
      <w:r w:rsidRPr="000860CD">
        <w:rPr>
          <w:b/>
          <w:bCs/>
          <w:color w:val="17365D" w:themeColor="text2" w:themeShade="BF"/>
          <w:sz w:val="28"/>
          <w:szCs w:val="28"/>
          <w:lang w:val="sv-SE"/>
        </w:rPr>
        <w:t>Anmälan</w:t>
      </w:r>
    </w:p>
    <w:p w14:paraId="18CE532A" w14:textId="3FF546D0" w:rsidR="00385252" w:rsidRPr="003C6DD2" w:rsidRDefault="00385252" w:rsidP="000860CD">
      <w:pPr>
        <w:spacing w:line="240" w:lineRule="auto"/>
        <w:rPr>
          <w:color w:val="17365D" w:themeColor="text2" w:themeShade="BF"/>
          <w:sz w:val="24"/>
          <w:szCs w:val="24"/>
          <w:lang w:val="sv-SE"/>
        </w:rPr>
      </w:pPr>
      <w:r w:rsidRPr="003C6DD2">
        <w:rPr>
          <w:color w:val="17365D" w:themeColor="text2" w:themeShade="BF"/>
          <w:sz w:val="24"/>
          <w:szCs w:val="24"/>
          <w:lang w:val="sv-SE"/>
        </w:rPr>
        <w:t>Anmälan till Carin Ivarsson på</w:t>
      </w:r>
      <w:r w:rsidR="000860CD" w:rsidRPr="003C6DD2">
        <w:rPr>
          <w:color w:val="17365D" w:themeColor="text2" w:themeShade="BF"/>
          <w:sz w:val="24"/>
          <w:szCs w:val="24"/>
          <w:lang w:val="sv-SE"/>
        </w:rPr>
        <w:t xml:space="preserve"> </w:t>
      </w:r>
      <w:hyperlink r:id="rId9" w:history="1">
        <w:r w:rsidRPr="003C6DD2">
          <w:rPr>
            <w:rStyle w:val="Hyperlnk"/>
            <w:sz w:val="24"/>
            <w:szCs w:val="24"/>
            <w:lang w:val="sv-SE"/>
          </w:rPr>
          <w:t>carin.ivarsson.sslk@gmail.com</w:t>
        </w:r>
      </w:hyperlink>
      <w:r w:rsidR="00D740AB" w:rsidRPr="003C6DD2">
        <w:rPr>
          <w:color w:val="17365D" w:themeColor="text2" w:themeShade="BF"/>
          <w:sz w:val="24"/>
          <w:szCs w:val="24"/>
          <w:lang w:val="sv-SE"/>
        </w:rPr>
        <w:t xml:space="preserve"> </w:t>
      </w:r>
      <w:r w:rsidRPr="003C6DD2">
        <w:rPr>
          <w:color w:val="17365D" w:themeColor="text2" w:themeShade="BF"/>
          <w:sz w:val="24"/>
          <w:szCs w:val="24"/>
          <w:lang w:val="sv-SE"/>
        </w:rPr>
        <w:t>senast 11 oktober 2026.</w:t>
      </w:r>
      <w:r w:rsidR="00F43E54" w:rsidRPr="003C6DD2">
        <w:rPr>
          <w:color w:val="17365D" w:themeColor="text2" w:themeShade="BF"/>
          <w:sz w:val="24"/>
          <w:szCs w:val="24"/>
          <w:lang w:val="sv-SE"/>
        </w:rPr>
        <w:t xml:space="preserve"> </w:t>
      </w:r>
      <w:r w:rsidRPr="003C6DD2">
        <w:rPr>
          <w:color w:val="17365D" w:themeColor="text2" w:themeShade="BF"/>
          <w:sz w:val="24"/>
          <w:szCs w:val="24"/>
          <w:lang w:val="sv-SE"/>
        </w:rPr>
        <w:t>Anmälan behövs för att vi ska kunna planera lokal och fika.</w:t>
      </w:r>
    </w:p>
    <w:p w14:paraId="3E592429" w14:textId="77777777" w:rsidR="00385252" w:rsidRPr="00C11915" w:rsidRDefault="00385252" w:rsidP="000860CD">
      <w:pPr>
        <w:spacing w:line="240" w:lineRule="auto"/>
        <w:rPr>
          <w:b/>
          <w:bCs/>
          <w:color w:val="17365D" w:themeColor="text2" w:themeShade="BF"/>
          <w:sz w:val="28"/>
          <w:szCs w:val="28"/>
          <w:lang w:val="sv-SE"/>
        </w:rPr>
      </w:pPr>
      <w:r w:rsidRPr="00C11915">
        <w:rPr>
          <w:b/>
          <w:bCs/>
          <w:color w:val="17365D" w:themeColor="text2" w:themeShade="BF"/>
          <w:sz w:val="28"/>
          <w:szCs w:val="28"/>
          <w:lang w:val="sv-SE"/>
        </w:rPr>
        <w:t>Motioner och förslag till ärenden</w:t>
      </w:r>
    </w:p>
    <w:p w14:paraId="712FA0E9" w14:textId="5E56C618" w:rsidR="001B77C0" w:rsidRPr="003C6DD2" w:rsidRDefault="001B77C0" w:rsidP="001B77C0">
      <w:pPr>
        <w:spacing w:line="240" w:lineRule="auto"/>
        <w:rPr>
          <w:color w:val="17365D" w:themeColor="text2" w:themeShade="BF"/>
          <w:sz w:val="24"/>
          <w:szCs w:val="24"/>
          <w:lang w:val="sv-SE"/>
        </w:rPr>
      </w:pPr>
      <w:r w:rsidRPr="003C6DD2">
        <w:rPr>
          <w:color w:val="17365D" w:themeColor="text2" w:themeShade="BF"/>
          <w:sz w:val="24"/>
          <w:szCs w:val="24"/>
          <w:lang w:val="sv-SE"/>
        </w:rPr>
        <w:t>Motioner från medlemmar ska vara styrelsen tillhanda senast 29 september 2026.</w:t>
      </w:r>
      <w:r w:rsidR="00D740AB" w:rsidRPr="003C6DD2">
        <w:rPr>
          <w:color w:val="17365D" w:themeColor="text2" w:themeShade="BF"/>
          <w:sz w:val="24"/>
          <w:szCs w:val="24"/>
          <w:lang w:val="sv-SE"/>
        </w:rPr>
        <w:t xml:space="preserve"> </w:t>
      </w:r>
      <w:r w:rsidRPr="003C6DD2">
        <w:rPr>
          <w:color w:val="17365D" w:themeColor="text2" w:themeShade="BF"/>
          <w:sz w:val="24"/>
          <w:szCs w:val="24"/>
          <w:lang w:val="sv-SE"/>
        </w:rPr>
        <w:t>Motioner skickas till:</w:t>
      </w:r>
      <w:r w:rsidR="00D740AB" w:rsidRPr="003C6DD2">
        <w:rPr>
          <w:color w:val="17365D" w:themeColor="text2" w:themeShade="BF"/>
          <w:sz w:val="24"/>
          <w:szCs w:val="24"/>
          <w:lang w:val="sv-SE"/>
        </w:rPr>
        <w:t xml:space="preserve"> </w:t>
      </w:r>
      <w:hyperlink r:id="rId10" w:history="1">
        <w:r w:rsidRPr="003C6DD2">
          <w:rPr>
            <w:rStyle w:val="Hyperlnk"/>
            <w:sz w:val="24"/>
            <w:szCs w:val="24"/>
            <w:lang w:val="sv-SE"/>
          </w:rPr>
          <w:t>anna.sundstrom.sslk@gmail.com</w:t>
        </w:r>
      </w:hyperlink>
    </w:p>
    <w:p w14:paraId="7EFE7703" w14:textId="77777777" w:rsidR="00385252" w:rsidRPr="00A10AB6" w:rsidRDefault="00385252" w:rsidP="000860CD">
      <w:pPr>
        <w:spacing w:line="240" w:lineRule="auto"/>
        <w:rPr>
          <w:b/>
          <w:bCs/>
          <w:color w:val="17365D" w:themeColor="text2" w:themeShade="BF"/>
          <w:sz w:val="28"/>
          <w:szCs w:val="28"/>
          <w:lang w:val="sv-SE"/>
        </w:rPr>
      </w:pPr>
      <w:r w:rsidRPr="00A10AB6">
        <w:rPr>
          <w:b/>
          <w:bCs/>
          <w:color w:val="17365D" w:themeColor="text2" w:themeShade="BF"/>
          <w:sz w:val="28"/>
          <w:szCs w:val="28"/>
          <w:lang w:val="sv-SE"/>
        </w:rPr>
        <w:t>Kallelse och förslag till dagordning</w:t>
      </w:r>
    </w:p>
    <w:p w14:paraId="4B9C1A71" w14:textId="77777777" w:rsidR="00385252" w:rsidRPr="003C6DD2" w:rsidRDefault="00385252" w:rsidP="000860CD">
      <w:pPr>
        <w:spacing w:line="240" w:lineRule="auto"/>
        <w:rPr>
          <w:color w:val="17365D" w:themeColor="text2" w:themeShade="BF"/>
          <w:sz w:val="24"/>
          <w:szCs w:val="24"/>
          <w:lang w:val="sv-SE"/>
        </w:rPr>
      </w:pPr>
      <w:r w:rsidRPr="003C6DD2">
        <w:rPr>
          <w:color w:val="17365D" w:themeColor="text2" w:themeShade="BF"/>
          <w:sz w:val="24"/>
          <w:szCs w:val="24"/>
          <w:lang w:val="sv-SE"/>
        </w:rPr>
        <w:t xml:space="preserve">Kallelsen och förslag till dagordning finns tillgängliga senast 29 september 2026 och publiceras på </w:t>
      </w:r>
      <w:proofErr w:type="spellStart"/>
      <w:r w:rsidRPr="003C6DD2">
        <w:rPr>
          <w:color w:val="17365D" w:themeColor="text2" w:themeShade="BF"/>
          <w:sz w:val="24"/>
          <w:szCs w:val="24"/>
          <w:lang w:val="sv-SE"/>
        </w:rPr>
        <w:t>SSLK:s</w:t>
      </w:r>
      <w:proofErr w:type="spellEnd"/>
      <w:r w:rsidRPr="003C6DD2">
        <w:rPr>
          <w:color w:val="17365D" w:themeColor="text2" w:themeShade="BF"/>
          <w:sz w:val="24"/>
          <w:szCs w:val="24"/>
          <w:lang w:val="sv-SE"/>
        </w:rPr>
        <w:t xml:space="preserve"> webbplats, </w:t>
      </w:r>
      <w:hyperlink r:id="rId11" w:history="1">
        <w:r w:rsidRPr="003C6DD2">
          <w:rPr>
            <w:rStyle w:val="Hyperlnk"/>
            <w:sz w:val="24"/>
            <w:szCs w:val="24"/>
            <w:lang w:val="sv-SE"/>
          </w:rPr>
          <w:t>www.sslk.nu</w:t>
        </w:r>
      </w:hyperlink>
      <w:r w:rsidRPr="003C6DD2">
        <w:rPr>
          <w:color w:val="17365D" w:themeColor="text2" w:themeShade="BF"/>
          <w:sz w:val="24"/>
          <w:szCs w:val="24"/>
          <w:lang w:val="sv-SE"/>
        </w:rPr>
        <w:t xml:space="preserve"> samt anslås på lämplig plats.</w:t>
      </w:r>
    </w:p>
    <w:p w14:paraId="3EAF45E8" w14:textId="77777777" w:rsidR="00385252" w:rsidRPr="00396E80" w:rsidRDefault="00385252" w:rsidP="000860CD">
      <w:pPr>
        <w:spacing w:line="240" w:lineRule="auto"/>
        <w:rPr>
          <w:b/>
          <w:bCs/>
          <w:color w:val="17365D" w:themeColor="text2" w:themeShade="BF"/>
          <w:sz w:val="28"/>
          <w:szCs w:val="28"/>
          <w:lang w:val="sv-SE"/>
        </w:rPr>
      </w:pPr>
      <w:r w:rsidRPr="00396E80">
        <w:rPr>
          <w:b/>
          <w:bCs/>
          <w:color w:val="17365D" w:themeColor="text2" w:themeShade="BF"/>
          <w:sz w:val="28"/>
          <w:szCs w:val="28"/>
          <w:lang w:val="sv-SE"/>
        </w:rPr>
        <w:t>Handlingar inför årsmötet</w:t>
      </w:r>
    </w:p>
    <w:p w14:paraId="25E1641E" w14:textId="558FCE63" w:rsidR="00385252" w:rsidRPr="00651D0C" w:rsidRDefault="0093772E" w:rsidP="000860CD">
      <w:pPr>
        <w:numPr>
          <w:ilvl w:val="0"/>
          <w:numId w:val="10"/>
        </w:numPr>
        <w:spacing w:line="240" w:lineRule="auto"/>
        <w:rPr>
          <w:color w:val="17365D" w:themeColor="text2" w:themeShade="BF"/>
          <w:sz w:val="24"/>
          <w:szCs w:val="24"/>
          <w:lang w:val="sv-SE"/>
        </w:rPr>
      </w:pPr>
      <w:r w:rsidRPr="0093772E">
        <w:rPr>
          <w:color w:val="17365D" w:themeColor="text2" w:themeShade="BF"/>
          <w:sz w:val="24"/>
          <w:szCs w:val="24"/>
          <w:lang w:val="sv-SE"/>
        </w:rPr>
        <w:t xml:space="preserve">Verksamhetsberättelse, verksamhetsplan samt eventuellt övriga handlingar kommer att finnas </w:t>
      </w:r>
      <w:r w:rsidR="006D6061">
        <w:rPr>
          <w:color w:val="17365D" w:themeColor="text2" w:themeShade="BF"/>
          <w:sz w:val="24"/>
          <w:szCs w:val="24"/>
          <w:lang w:val="sv-SE"/>
        </w:rPr>
        <w:t xml:space="preserve">tillgängliga </w:t>
      </w:r>
      <w:r w:rsidRPr="0093772E">
        <w:rPr>
          <w:color w:val="17365D" w:themeColor="text2" w:themeShade="BF"/>
          <w:sz w:val="24"/>
          <w:szCs w:val="24"/>
          <w:lang w:val="sv-SE"/>
        </w:rPr>
        <w:t xml:space="preserve">på </w:t>
      </w:r>
      <w:proofErr w:type="spellStart"/>
      <w:r w:rsidRPr="0093772E">
        <w:rPr>
          <w:color w:val="17365D" w:themeColor="text2" w:themeShade="BF"/>
          <w:sz w:val="24"/>
          <w:szCs w:val="24"/>
          <w:lang w:val="sv-SE"/>
        </w:rPr>
        <w:t>SS</w:t>
      </w:r>
      <w:r w:rsidR="006D6061">
        <w:rPr>
          <w:color w:val="17365D" w:themeColor="text2" w:themeShade="BF"/>
          <w:sz w:val="24"/>
          <w:szCs w:val="24"/>
          <w:lang w:val="sv-SE"/>
        </w:rPr>
        <w:t>L</w:t>
      </w:r>
      <w:r w:rsidRPr="0093772E">
        <w:rPr>
          <w:color w:val="17365D" w:themeColor="text2" w:themeShade="BF"/>
          <w:sz w:val="24"/>
          <w:szCs w:val="24"/>
          <w:lang w:val="sv-SE"/>
        </w:rPr>
        <w:t>Ks</w:t>
      </w:r>
      <w:proofErr w:type="spellEnd"/>
      <w:r w:rsidRPr="0093772E">
        <w:rPr>
          <w:color w:val="17365D" w:themeColor="text2" w:themeShade="BF"/>
          <w:sz w:val="24"/>
          <w:szCs w:val="24"/>
          <w:lang w:val="sv-SE"/>
        </w:rPr>
        <w:t xml:space="preserve"> </w:t>
      </w:r>
      <w:r w:rsidR="006D6061">
        <w:rPr>
          <w:color w:val="17365D" w:themeColor="text2" w:themeShade="BF"/>
          <w:sz w:val="24"/>
          <w:szCs w:val="24"/>
          <w:lang w:val="sv-SE"/>
        </w:rPr>
        <w:t>webb</w:t>
      </w:r>
      <w:r w:rsidR="00974FA2">
        <w:rPr>
          <w:color w:val="17365D" w:themeColor="text2" w:themeShade="BF"/>
          <w:sz w:val="24"/>
          <w:szCs w:val="24"/>
          <w:lang w:val="sv-SE"/>
        </w:rPr>
        <w:t>plats</w:t>
      </w:r>
      <w:r w:rsidRPr="0093772E">
        <w:rPr>
          <w:color w:val="17365D" w:themeColor="text2" w:themeShade="BF"/>
          <w:sz w:val="24"/>
          <w:szCs w:val="24"/>
          <w:lang w:val="sv-SE"/>
        </w:rPr>
        <w:t xml:space="preserve"> </w:t>
      </w:r>
      <w:hyperlink r:id="rId12" w:history="1">
        <w:r w:rsidR="006D6061" w:rsidRPr="003B4EF6">
          <w:rPr>
            <w:rStyle w:val="Hyperlnk"/>
            <w:sz w:val="24"/>
            <w:szCs w:val="24"/>
            <w:lang w:val="sv-SE"/>
          </w:rPr>
          <w:t>www.sslk.nu</w:t>
        </w:r>
      </w:hyperlink>
      <w:r w:rsidRPr="0093772E">
        <w:rPr>
          <w:color w:val="17365D" w:themeColor="text2" w:themeShade="BF"/>
          <w:sz w:val="24"/>
          <w:szCs w:val="24"/>
          <w:lang w:val="sv-SE"/>
        </w:rPr>
        <w:t xml:space="preserve"> senast den </w:t>
      </w:r>
      <w:r>
        <w:rPr>
          <w:color w:val="17365D" w:themeColor="text2" w:themeShade="BF"/>
          <w:sz w:val="24"/>
          <w:szCs w:val="24"/>
          <w:lang w:val="sv-SE"/>
        </w:rPr>
        <w:t>6 oktober 2026.</w:t>
      </w:r>
    </w:p>
    <w:p w14:paraId="239CB79A" w14:textId="4E779EE7" w:rsidR="00385252" w:rsidRDefault="00385252" w:rsidP="000860CD">
      <w:pPr>
        <w:spacing w:line="240" w:lineRule="auto"/>
        <w:rPr>
          <w:b/>
          <w:bCs/>
          <w:color w:val="17365D" w:themeColor="text2" w:themeShade="BF"/>
          <w:sz w:val="24"/>
          <w:szCs w:val="24"/>
          <w:lang w:val="sv-SE"/>
        </w:rPr>
      </w:pP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t>Vi ser fram emot att träffa våra medlemmar och tillsammans summera det gångna verksamhetsåret samt blicka framåt mot kommande säsong.</w:t>
      </w:r>
    </w:p>
    <w:p w14:paraId="4E3C4D96" w14:textId="77777777" w:rsidR="00385252" w:rsidRPr="000860CD" w:rsidRDefault="00385252" w:rsidP="000860CD">
      <w:pPr>
        <w:spacing w:line="240" w:lineRule="auto"/>
        <w:rPr>
          <w:b/>
          <w:bCs/>
          <w:color w:val="17365D" w:themeColor="text2" w:themeShade="BF"/>
          <w:sz w:val="24"/>
          <w:szCs w:val="24"/>
          <w:lang w:val="sv-SE"/>
        </w:rPr>
      </w:pP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t>Varmt välkomna!</w:t>
      </w:r>
    </w:p>
    <w:p w14:paraId="7A7947A2" w14:textId="35B4C73B" w:rsidR="00385252" w:rsidRDefault="00385252" w:rsidP="000860CD">
      <w:pPr>
        <w:spacing w:line="240" w:lineRule="auto"/>
        <w:rPr>
          <w:noProof/>
          <w:lang w:val="sv-SE"/>
        </w:rPr>
      </w:pP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t>Hälsar</w:t>
      </w: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br/>
        <w:t>Styrelsen i Sollentuna Slalomklubb (SSLK)</w:t>
      </w:r>
      <w:r w:rsidR="00400476" w:rsidRPr="00400476">
        <w:rPr>
          <w:noProof/>
          <w:lang w:val="sv-SE"/>
        </w:rPr>
        <w:t xml:space="preserve"> </w:t>
      </w:r>
    </w:p>
    <w:p w14:paraId="2B6E8C8E" w14:textId="77777777" w:rsidR="001A54B2" w:rsidRDefault="001A54B2" w:rsidP="001A54B2">
      <w:pPr>
        <w:spacing w:line="240" w:lineRule="auto"/>
        <w:rPr>
          <w:noProof/>
          <w:lang w:val="sv-SE"/>
        </w:rPr>
      </w:pPr>
      <w:r>
        <w:rPr>
          <w:noProof/>
          <w:lang w:val="sv-SE"/>
        </w:rPr>
        <w:lastRenderedPageBreak/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</w:p>
    <w:p w14:paraId="1CBFCA02" w14:textId="5A2DD5C3" w:rsidR="00487F35" w:rsidRPr="008C5173" w:rsidRDefault="00E732F6" w:rsidP="001A54B2">
      <w:pPr>
        <w:spacing w:line="240" w:lineRule="auto"/>
        <w:rPr>
          <w:b/>
          <w:color w:val="17365D" w:themeColor="text2" w:themeShade="BF"/>
          <w:sz w:val="36"/>
          <w:szCs w:val="36"/>
          <w:lang w:val="sv-SE"/>
        </w:rPr>
      </w:pPr>
      <w:r w:rsidRPr="008C5173">
        <w:rPr>
          <w:b/>
          <w:bCs/>
          <w:color w:val="17365D" w:themeColor="text2" w:themeShade="BF"/>
          <w:sz w:val="36"/>
          <w:szCs w:val="36"/>
          <w:lang w:val="sv-SE"/>
        </w:rPr>
        <w:t xml:space="preserve">FÖRSLAG TILL </w:t>
      </w:r>
      <w:r w:rsidR="00487F35" w:rsidRPr="008C5173">
        <w:rPr>
          <w:b/>
          <w:bCs/>
          <w:color w:val="17365D" w:themeColor="text2" w:themeShade="BF"/>
          <w:sz w:val="36"/>
          <w:szCs w:val="36"/>
          <w:lang w:val="sv-SE"/>
        </w:rPr>
        <w:t xml:space="preserve">DAGORDNING – </w:t>
      </w:r>
      <w:r w:rsidRPr="008C5173">
        <w:rPr>
          <w:b/>
          <w:bCs/>
          <w:color w:val="17365D" w:themeColor="text2" w:themeShade="BF"/>
          <w:sz w:val="36"/>
          <w:szCs w:val="36"/>
          <w:lang w:val="sv-SE"/>
        </w:rPr>
        <w:t>SSLK:s</w:t>
      </w:r>
      <w:r w:rsidR="00EB1D91" w:rsidRPr="008C5173">
        <w:rPr>
          <w:b/>
          <w:bCs/>
          <w:color w:val="17365D" w:themeColor="text2" w:themeShade="BF"/>
          <w:sz w:val="36"/>
          <w:szCs w:val="36"/>
          <w:lang w:val="sv-SE"/>
        </w:rPr>
        <w:t xml:space="preserve"> </w:t>
      </w:r>
      <w:r w:rsidR="00487F35" w:rsidRPr="008C5173">
        <w:rPr>
          <w:b/>
          <w:bCs/>
          <w:color w:val="17365D" w:themeColor="text2" w:themeShade="BF"/>
          <w:sz w:val="36"/>
          <w:szCs w:val="36"/>
          <w:lang w:val="sv-SE"/>
        </w:rPr>
        <w:t>ÅRSMÖTE 2026</w:t>
      </w:r>
    </w:p>
    <w:p w14:paraId="08C89E55" w14:textId="01F7824E" w:rsidR="007C45EE" w:rsidRDefault="00487F35" w:rsidP="00487F35">
      <w:pPr>
        <w:jc w:val="center"/>
        <w:rPr>
          <w:b/>
          <w:color w:val="17365D" w:themeColor="text2" w:themeShade="BF"/>
          <w:sz w:val="24"/>
          <w:szCs w:val="24"/>
          <w:lang w:val="sv-SE"/>
        </w:rPr>
      </w:pPr>
      <w:r w:rsidRPr="008C5173">
        <w:rPr>
          <w:b/>
          <w:color w:val="17365D" w:themeColor="text2" w:themeShade="BF"/>
          <w:sz w:val="24"/>
          <w:szCs w:val="24"/>
          <w:lang w:val="sv-SE"/>
        </w:rPr>
        <w:t>13 oktober 2026</w:t>
      </w:r>
    </w:p>
    <w:p w14:paraId="576FBFFB" w14:textId="1468B971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913903">
        <w:rPr>
          <w:b/>
          <w:bCs/>
          <w:color w:val="17365D" w:themeColor="text2" w:themeShade="BF"/>
          <w:sz w:val="24"/>
          <w:szCs w:val="24"/>
          <w:lang w:val="sv-SE"/>
        </w:rPr>
        <w:t>1</w:t>
      </w: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Fastställande av röstlängd för mötet.</w:t>
      </w:r>
    </w:p>
    <w:p w14:paraId="7524DC91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2.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Fråga om mötet har utlysts på rätt sätt.</w:t>
      </w:r>
    </w:p>
    <w:p w14:paraId="222EA575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3.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Fastställande av dagordning för mötet.</w:t>
      </w:r>
    </w:p>
    <w:p w14:paraId="728E39DD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4.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ordförande för mötet.</w:t>
      </w:r>
    </w:p>
    <w:p w14:paraId="554ED49C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5.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sekreterare för mötet.</w:t>
      </w:r>
    </w:p>
    <w:p w14:paraId="4C3F524B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6.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två protokolljusterare samt rösträknare.</w:t>
      </w:r>
    </w:p>
    <w:p w14:paraId="3444D71F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7.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Behandling av:</w:t>
      </w:r>
    </w:p>
    <w:p w14:paraId="16796325" w14:textId="77777777" w:rsidR="008B6B1D" w:rsidRPr="007C45EE" w:rsidRDefault="00487F35" w:rsidP="007514FB">
      <w:pPr>
        <w:spacing w:line="240" w:lineRule="auto"/>
        <w:rPr>
          <w:color w:val="17365D" w:themeColor="text2" w:themeShade="BF"/>
          <w:sz w:val="22"/>
          <w:szCs w:val="22"/>
          <w:lang w:val="sv-SE"/>
        </w:rPr>
      </w:pPr>
      <w:r w:rsidRPr="007C45EE">
        <w:rPr>
          <w:color w:val="17365D" w:themeColor="text2" w:themeShade="BF"/>
          <w:sz w:val="22"/>
          <w:szCs w:val="22"/>
          <w:lang w:val="sv-SE"/>
        </w:rPr>
        <w:t>a) styrelsens verksamhetsberättelse för säsongen 2025/2026</w:t>
      </w:r>
      <w:r w:rsidR="008B6B1D" w:rsidRPr="007C45EE">
        <w:rPr>
          <w:color w:val="17365D" w:themeColor="text2" w:themeShade="BF"/>
          <w:sz w:val="22"/>
          <w:szCs w:val="22"/>
          <w:lang w:val="sv-SE"/>
        </w:rPr>
        <w:t xml:space="preserve"> </w:t>
      </w:r>
    </w:p>
    <w:p w14:paraId="6B045882" w14:textId="0A7354C2" w:rsidR="007514FB" w:rsidRPr="007C45EE" w:rsidRDefault="00487F35" w:rsidP="007514FB">
      <w:pPr>
        <w:spacing w:line="240" w:lineRule="auto"/>
        <w:rPr>
          <w:color w:val="17365D" w:themeColor="text2" w:themeShade="BF"/>
          <w:sz w:val="22"/>
          <w:szCs w:val="22"/>
          <w:lang w:val="sv-SE"/>
        </w:rPr>
      </w:pPr>
      <w:r w:rsidRPr="007C45EE">
        <w:rPr>
          <w:color w:val="17365D" w:themeColor="text2" w:themeShade="BF"/>
          <w:sz w:val="22"/>
          <w:szCs w:val="22"/>
          <w:lang w:val="sv-SE"/>
        </w:rPr>
        <w:t xml:space="preserve">b) styrelsens förvaltningsberättelse (balans- och resultaträkning) för säsongen </w:t>
      </w:r>
      <w:r w:rsidR="007514FB" w:rsidRPr="007C45EE">
        <w:rPr>
          <w:color w:val="17365D" w:themeColor="text2" w:themeShade="BF"/>
          <w:sz w:val="22"/>
          <w:szCs w:val="22"/>
          <w:lang w:val="sv-SE"/>
        </w:rPr>
        <w:t xml:space="preserve">25/26 </w:t>
      </w:r>
    </w:p>
    <w:p w14:paraId="01DB2611" w14:textId="265020BA" w:rsidR="00487F35" w:rsidRPr="007C45EE" w:rsidRDefault="00487F35" w:rsidP="007514FB">
      <w:pPr>
        <w:spacing w:line="240" w:lineRule="auto"/>
        <w:rPr>
          <w:color w:val="17365D" w:themeColor="text2" w:themeShade="BF"/>
          <w:sz w:val="22"/>
          <w:szCs w:val="22"/>
          <w:lang w:val="sv-SE"/>
        </w:rPr>
      </w:pPr>
      <w:r w:rsidRPr="007C45EE">
        <w:rPr>
          <w:color w:val="17365D" w:themeColor="text2" w:themeShade="BF"/>
          <w:sz w:val="22"/>
          <w:szCs w:val="22"/>
          <w:lang w:val="sv-SE"/>
        </w:rPr>
        <w:t>c) revisorernas berättelse över styrelsens förvaltning under det senaste verksamhets-/räkenskapsåret (säsongen 2025/2026)</w:t>
      </w:r>
    </w:p>
    <w:p w14:paraId="4F500795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8.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Fråga om ansvarsfrihet för styrelsen för den tid revisionen avser.</w:t>
      </w:r>
    </w:p>
    <w:p w14:paraId="4C3FBBD1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9.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Fastställande av medlemsavgifter.</w:t>
      </w:r>
    </w:p>
    <w:p w14:paraId="441525DB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10.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Fastställande av verksamhetsplan samt behandling av budget för det kommande verksamhets-/räkenskapsåret.</w:t>
      </w:r>
    </w:p>
    <w:p w14:paraId="7A5A0FBB" w14:textId="77777777" w:rsidR="00487F35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11.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Behandling av styrelsens förslag och inkomna motioner.</w:t>
      </w:r>
    </w:p>
    <w:p w14:paraId="5C0A1065" w14:textId="1715BFDE" w:rsidR="00BB0A87" w:rsidRDefault="00BB0A87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>
        <w:rPr>
          <w:b/>
          <w:color w:val="17365D" w:themeColor="text2" w:themeShade="BF"/>
          <w:sz w:val="22"/>
          <w:szCs w:val="22"/>
          <w:lang w:val="sv-SE"/>
        </w:rPr>
        <w:tab/>
        <w:t>11:1 Stadgeändring</w:t>
      </w:r>
    </w:p>
    <w:p w14:paraId="001484FC" w14:textId="0ABE3DF8" w:rsidR="00BB0A87" w:rsidRPr="007C45EE" w:rsidRDefault="00BB0A87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>
        <w:rPr>
          <w:b/>
          <w:color w:val="17365D" w:themeColor="text2" w:themeShade="BF"/>
          <w:sz w:val="22"/>
          <w:szCs w:val="22"/>
          <w:lang w:val="sv-SE"/>
        </w:rPr>
        <w:tab/>
        <w:t>11:2 Funktionärsvästar</w:t>
      </w:r>
    </w:p>
    <w:p w14:paraId="6C1A7C95" w14:textId="14DEC7ED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12.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 xml:space="preserve">Val av föreningens ordförande tillika styrelsens ordförande för en tid av </w:t>
      </w:r>
      <w:r w:rsidR="00C235C0">
        <w:rPr>
          <w:b/>
          <w:color w:val="17365D" w:themeColor="text2" w:themeShade="BF"/>
          <w:sz w:val="22"/>
          <w:szCs w:val="22"/>
          <w:lang w:val="sv-SE"/>
        </w:rPr>
        <w:t>två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 xml:space="preserve"> år.</w:t>
      </w:r>
    </w:p>
    <w:p w14:paraId="4F2A3F83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13.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övriga styrelseledamöter för en tid av två år.</w:t>
      </w:r>
    </w:p>
    <w:p w14:paraId="22D36746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14.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styrelsesuppleanter för en tid av ett år.</w:t>
      </w:r>
    </w:p>
    <w:p w14:paraId="232DA460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15.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revisorer för en tid av ett år.</w:t>
      </w:r>
    </w:p>
    <w:p w14:paraId="2907B657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16.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ledamöter i valberedningen för en tid av ett år.</w:t>
      </w:r>
    </w:p>
    <w:p w14:paraId="717B974C" w14:textId="582DFAEE" w:rsidR="000921EF" w:rsidRPr="007C45EE" w:rsidRDefault="00487F35" w:rsidP="00632379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17.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Övriga frågor.</w:t>
      </w:r>
      <w:r w:rsidR="00632379" w:rsidRPr="007C45EE">
        <w:rPr>
          <w:b/>
          <w:color w:val="17365D" w:themeColor="text2" w:themeShade="BF"/>
          <w:sz w:val="22"/>
          <w:szCs w:val="22"/>
          <w:lang w:val="sv-SE"/>
        </w:rPr>
        <w:t xml:space="preserve"> </w:t>
      </w:r>
      <w:r w:rsidR="007F1D48" w:rsidRPr="007C45EE">
        <w:rPr>
          <w:b/>
          <w:color w:val="17365D" w:themeColor="text2" w:themeShade="BF"/>
          <w:sz w:val="22"/>
          <w:szCs w:val="22"/>
          <w:lang w:val="sv-SE"/>
        </w:rPr>
        <w:t xml:space="preserve">   </w:t>
      </w:r>
    </w:p>
    <w:sectPr w:rsidR="000921EF" w:rsidRPr="007C45EE" w:rsidSect="008F1B66">
      <w:headerReference w:type="default" r:id="rId13"/>
      <w:footerReference w:type="default" r:id="rId14"/>
      <w:pgSz w:w="12240" w:h="15840"/>
      <w:pgMar w:top="1247" w:right="1361" w:bottom="1247" w:left="136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A9E84" w14:textId="77777777" w:rsidR="00A93959" w:rsidRDefault="00A93959">
      <w:pPr>
        <w:spacing w:after="0" w:line="240" w:lineRule="auto"/>
      </w:pPr>
      <w:r>
        <w:separator/>
      </w:r>
    </w:p>
  </w:endnote>
  <w:endnote w:type="continuationSeparator" w:id="0">
    <w:p w14:paraId="10EF22A8" w14:textId="77777777" w:rsidR="00A93959" w:rsidRDefault="00A93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46F51" w14:textId="77777777" w:rsidR="00414055" w:rsidRDefault="00065AF2">
    <w:pPr>
      <w:pStyle w:val="Sidfot"/>
      <w:jc w:val="center"/>
    </w:pPr>
    <w:r>
      <w:t xml:space="preserve">Sollentuna </w:t>
    </w:r>
    <w:proofErr w:type="spellStart"/>
    <w:r>
      <w:t>Slalomklubb</w:t>
    </w:r>
    <w:proofErr w:type="spellEnd"/>
    <w:r>
      <w:t xml:space="preserve"> • sslk.nu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AFF25" w14:textId="77777777" w:rsidR="00A93959" w:rsidRDefault="00A93959">
      <w:pPr>
        <w:spacing w:after="0" w:line="240" w:lineRule="auto"/>
      </w:pPr>
      <w:r>
        <w:separator/>
      </w:r>
    </w:p>
  </w:footnote>
  <w:footnote w:type="continuationSeparator" w:id="0">
    <w:p w14:paraId="2B0D87F8" w14:textId="77777777" w:rsidR="00A93959" w:rsidRDefault="00A93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C3F2" w14:textId="1289E495" w:rsidR="00575BF2" w:rsidRDefault="008F46CF">
    <w:pPr>
      <w:pStyle w:val="Sidhuvud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EF6628"/>
    <w:multiLevelType w:val="multilevel"/>
    <w:tmpl w:val="A6CE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2481375">
    <w:abstractNumId w:val="8"/>
  </w:num>
  <w:num w:numId="2" w16cid:durableId="1985162563">
    <w:abstractNumId w:val="6"/>
  </w:num>
  <w:num w:numId="3" w16cid:durableId="210069934">
    <w:abstractNumId w:val="5"/>
  </w:num>
  <w:num w:numId="4" w16cid:durableId="1068383157">
    <w:abstractNumId w:val="4"/>
  </w:num>
  <w:num w:numId="5" w16cid:durableId="997726872">
    <w:abstractNumId w:val="7"/>
  </w:num>
  <w:num w:numId="6" w16cid:durableId="202522847">
    <w:abstractNumId w:val="3"/>
  </w:num>
  <w:num w:numId="7" w16cid:durableId="519778573">
    <w:abstractNumId w:val="2"/>
  </w:num>
  <w:num w:numId="8" w16cid:durableId="2137747811">
    <w:abstractNumId w:val="1"/>
  </w:num>
  <w:num w:numId="9" w16cid:durableId="304705372">
    <w:abstractNumId w:val="0"/>
  </w:num>
  <w:num w:numId="10" w16cid:durableId="1150712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AF2"/>
    <w:rsid w:val="00071271"/>
    <w:rsid w:val="000860CD"/>
    <w:rsid w:val="000921EF"/>
    <w:rsid w:val="00094E0D"/>
    <w:rsid w:val="000E07FD"/>
    <w:rsid w:val="0015074B"/>
    <w:rsid w:val="001A54B2"/>
    <w:rsid w:val="001B77C0"/>
    <w:rsid w:val="002450D4"/>
    <w:rsid w:val="0029639D"/>
    <w:rsid w:val="002B6AFE"/>
    <w:rsid w:val="002C72F2"/>
    <w:rsid w:val="0031685D"/>
    <w:rsid w:val="00326F90"/>
    <w:rsid w:val="00385252"/>
    <w:rsid w:val="00396E80"/>
    <w:rsid w:val="003970B9"/>
    <w:rsid w:val="003C129A"/>
    <w:rsid w:val="003C3905"/>
    <w:rsid w:val="003C6DD2"/>
    <w:rsid w:val="003E2CD1"/>
    <w:rsid w:val="003E653F"/>
    <w:rsid w:val="00400476"/>
    <w:rsid w:val="0040331E"/>
    <w:rsid w:val="00414055"/>
    <w:rsid w:val="004443E3"/>
    <w:rsid w:val="00461A3A"/>
    <w:rsid w:val="00487F35"/>
    <w:rsid w:val="004B7A56"/>
    <w:rsid w:val="0051433E"/>
    <w:rsid w:val="00575BF2"/>
    <w:rsid w:val="00632379"/>
    <w:rsid w:val="00651D0C"/>
    <w:rsid w:val="006D6061"/>
    <w:rsid w:val="00735273"/>
    <w:rsid w:val="007514FB"/>
    <w:rsid w:val="007C45EE"/>
    <w:rsid w:val="007F1D48"/>
    <w:rsid w:val="00833A71"/>
    <w:rsid w:val="00860673"/>
    <w:rsid w:val="00877917"/>
    <w:rsid w:val="00883D28"/>
    <w:rsid w:val="00884E0F"/>
    <w:rsid w:val="008B6B1D"/>
    <w:rsid w:val="008C5173"/>
    <w:rsid w:val="008F1B66"/>
    <w:rsid w:val="008F46CF"/>
    <w:rsid w:val="00913903"/>
    <w:rsid w:val="0093772E"/>
    <w:rsid w:val="00974FA2"/>
    <w:rsid w:val="00A10AB6"/>
    <w:rsid w:val="00A93959"/>
    <w:rsid w:val="00AA1D8D"/>
    <w:rsid w:val="00AE30B3"/>
    <w:rsid w:val="00B47730"/>
    <w:rsid w:val="00BB0A87"/>
    <w:rsid w:val="00BC2EE7"/>
    <w:rsid w:val="00C11915"/>
    <w:rsid w:val="00C235C0"/>
    <w:rsid w:val="00C831CC"/>
    <w:rsid w:val="00C86DBF"/>
    <w:rsid w:val="00C9197A"/>
    <w:rsid w:val="00CB0664"/>
    <w:rsid w:val="00CF029E"/>
    <w:rsid w:val="00CF617E"/>
    <w:rsid w:val="00D01F2C"/>
    <w:rsid w:val="00D34337"/>
    <w:rsid w:val="00D71450"/>
    <w:rsid w:val="00D740AB"/>
    <w:rsid w:val="00DE1658"/>
    <w:rsid w:val="00E46C50"/>
    <w:rsid w:val="00E732F6"/>
    <w:rsid w:val="00EB1D91"/>
    <w:rsid w:val="00EE0EE2"/>
    <w:rsid w:val="00F43E54"/>
    <w:rsid w:val="00F537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50F66"/>
  <w14:defaultImageDpi w14:val="300"/>
  <w15:docId w15:val="{C90A788C-7345-4FAC-81CA-9228773A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273"/>
  </w:style>
  <w:style w:type="paragraph" w:styleId="Rubrik1">
    <w:name w:val="heading 1"/>
    <w:basedOn w:val="Normal"/>
    <w:next w:val="Normal"/>
    <w:link w:val="Rubrik1Char"/>
    <w:uiPriority w:val="9"/>
    <w:qFormat/>
    <w:rsid w:val="00735273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3527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3527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3527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352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352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352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352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352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735273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735273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735273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735273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73527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RubrikChar">
    <w:name w:val="Rubrik Char"/>
    <w:basedOn w:val="Standardstycketeckensnitt"/>
    <w:link w:val="Rubrik"/>
    <w:uiPriority w:val="10"/>
    <w:rsid w:val="00735273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3527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35273"/>
    <w:rPr>
      <w:rFonts w:asciiTheme="majorHAnsi" w:eastAsiaTheme="majorEastAsia" w:hAnsiTheme="majorHAnsi" w:cstheme="majorBidi"/>
      <w:sz w:val="30"/>
      <w:szCs w:val="30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735273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tChar">
    <w:name w:val="Citat Char"/>
    <w:basedOn w:val="Standardstycketeckensnitt"/>
    <w:link w:val="Citat"/>
    <w:uiPriority w:val="29"/>
    <w:rsid w:val="00735273"/>
    <w:rPr>
      <w:i/>
      <w:iCs/>
      <w:color w:val="262626" w:themeColor="text1" w:themeTint="D9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35273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35273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35273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35273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35273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35273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735273"/>
    <w:pPr>
      <w:spacing w:line="240" w:lineRule="auto"/>
    </w:pPr>
    <w:rPr>
      <w:b/>
      <w:bCs/>
      <w:smallCaps/>
      <w:color w:val="595959" w:themeColor="text1" w:themeTint="A6"/>
    </w:rPr>
  </w:style>
  <w:style w:type="character" w:styleId="Stark">
    <w:name w:val="Strong"/>
    <w:basedOn w:val="Standardstycketeckensnitt"/>
    <w:uiPriority w:val="22"/>
    <w:qFormat/>
    <w:rsid w:val="00735273"/>
    <w:rPr>
      <w:b/>
      <w:bCs/>
    </w:rPr>
  </w:style>
  <w:style w:type="character" w:styleId="Betoning">
    <w:name w:val="Emphasis"/>
    <w:basedOn w:val="Standardstycketeckensnitt"/>
    <w:uiPriority w:val="20"/>
    <w:qFormat/>
    <w:rsid w:val="00735273"/>
    <w:rPr>
      <w:i/>
      <w:iCs/>
      <w:color w:val="F79646" w:themeColor="accent6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35273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35273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Diskretbetoning">
    <w:name w:val="Subtle Emphasis"/>
    <w:basedOn w:val="Standardstycketeckensnitt"/>
    <w:uiPriority w:val="19"/>
    <w:qFormat/>
    <w:rsid w:val="00735273"/>
    <w:rPr>
      <w:i/>
      <w:iCs/>
    </w:rPr>
  </w:style>
  <w:style w:type="character" w:styleId="Starkbetoning">
    <w:name w:val="Intense Emphasis"/>
    <w:basedOn w:val="Standardstycketeckensnitt"/>
    <w:uiPriority w:val="21"/>
    <w:qFormat/>
    <w:rsid w:val="00735273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qFormat/>
    <w:rsid w:val="00735273"/>
    <w:rPr>
      <w:smallCaps/>
      <w:color w:val="595959" w:themeColor="text1" w:themeTint="A6"/>
    </w:rPr>
  </w:style>
  <w:style w:type="character" w:styleId="Starkreferens">
    <w:name w:val="Intense Reference"/>
    <w:basedOn w:val="Standardstycketeckensnitt"/>
    <w:uiPriority w:val="32"/>
    <w:qFormat/>
    <w:rsid w:val="00735273"/>
    <w:rPr>
      <w:b/>
      <w:bCs/>
      <w:smallCaps/>
      <w:color w:val="F79646" w:themeColor="accent6"/>
    </w:rPr>
  </w:style>
  <w:style w:type="character" w:styleId="Bokenstitel">
    <w:name w:val="Book Title"/>
    <w:basedOn w:val="Standardstycketeckensnitt"/>
    <w:uiPriority w:val="33"/>
    <w:qFormat/>
    <w:rsid w:val="00735273"/>
    <w:rPr>
      <w:b/>
      <w:bCs/>
      <w:caps w:val="0"/>
      <w:smallCaps/>
      <w:spacing w:val="7"/>
      <w:sz w:val="21"/>
      <w:szCs w:val="21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35273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nk">
    <w:name w:val="Hyperlink"/>
    <w:basedOn w:val="Standardstycketeckensnitt"/>
    <w:uiPriority w:val="99"/>
    <w:unhideWhenUsed/>
    <w:rsid w:val="00385252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852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slk.n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slk.n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nna.sundstrom.sslk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rin.ivarsson.sslk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782e157-8ece-4105-b8e9-fe1eecbfcd69}" enabled="1" method="Privileged" siteId="{eb5b2d6e-028e-454d-b878-0c055adbeb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2112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Sundström (Korpen Svenska Motionsidrottsförbundet)</cp:lastModifiedBy>
  <cp:revision>2</cp:revision>
  <dcterms:created xsi:type="dcterms:W3CDTF">2026-10-01T09:39:00Z</dcterms:created>
  <dcterms:modified xsi:type="dcterms:W3CDTF">2026-10-01T09:39:00Z</dcterms:modified>
  <cp:category/>
</cp:coreProperties>
</file>