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2D6F" w14:textId="3A994370" w:rsidR="00F914D5" w:rsidRDefault="00836543" w:rsidP="00CE5B20">
      <w:pPr>
        <w:pStyle w:val="Rubrik"/>
        <w:jc w:val="center"/>
      </w:pPr>
      <w:proofErr w:type="spellStart"/>
      <w:r>
        <w:t>Harlösa</w:t>
      </w:r>
      <w:proofErr w:type="spellEnd"/>
      <w:r>
        <w:t xml:space="preserve"> IF – </w:t>
      </w:r>
      <w:proofErr w:type="spellStart"/>
      <w:r>
        <w:t>Röda</w:t>
      </w:r>
      <w:proofErr w:type="spellEnd"/>
      <w:r>
        <w:t xml:space="preserve"> </w:t>
      </w:r>
      <w:proofErr w:type="spellStart"/>
      <w:r>
        <w:t>tråden</w:t>
      </w:r>
      <w:proofErr w:type="spellEnd"/>
    </w:p>
    <w:p w14:paraId="1674B3E6" w14:textId="77777777" w:rsidR="00F914D5" w:rsidRDefault="00836543">
      <w:proofErr w:type="spellStart"/>
      <w:r>
        <w:rPr>
          <w:b/>
        </w:rPr>
        <w:t>Harlösa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IF:s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Röda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tråd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vägledning</w:t>
      </w:r>
      <w:proofErr w:type="spellEnd"/>
      <w:r>
        <w:t xml:space="preserve"> för </w:t>
      </w:r>
      <w:proofErr w:type="spellStart"/>
      <w:r>
        <w:t>hur</w:t>
      </w:r>
      <w:proofErr w:type="spellEnd"/>
      <w:r>
        <w:t xml:space="preserve"> vi </w:t>
      </w:r>
      <w:proofErr w:type="spellStart"/>
      <w:r>
        <w:t>bedriver</w:t>
      </w:r>
      <w:proofErr w:type="spellEnd"/>
      <w:r>
        <w:t xml:space="preserve"> </w:t>
      </w:r>
      <w:proofErr w:type="spellStart"/>
      <w:r>
        <w:t>vår</w:t>
      </w:r>
      <w:proofErr w:type="spellEnd"/>
      <w:r>
        <w:t xml:space="preserve"> </w:t>
      </w:r>
      <w:proofErr w:type="spellStart"/>
      <w:r>
        <w:t>verksamhet</w:t>
      </w:r>
      <w:proofErr w:type="spellEnd"/>
      <w:r>
        <w:t xml:space="preserve"> – </w:t>
      </w:r>
      <w:proofErr w:type="spellStart"/>
      <w:r>
        <w:t>från</w:t>
      </w:r>
      <w:proofErr w:type="spellEnd"/>
      <w:r>
        <w:t xml:space="preserve"> de </w:t>
      </w:r>
      <w:proofErr w:type="spellStart"/>
      <w:r>
        <w:t>yngsta</w:t>
      </w:r>
      <w:proofErr w:type="spellEnd"/>
      <w:r>
        <w:t xml:space="preserve"> </w:t>
      </w:r>
      <w:proofErr w:type="spellStart"/>
      <w:r>
        <w:t>spelarna</w:t>
      </w:r>
      <w:proofErr w:type="spellEnd"/>
      <w:r>
        <w:t xml:space="preserve"> till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seniorer</w:t>
      </w:r>
      <w:proofErr w:type="spellEnd"/>
      <w:r>
        <w:t xml:space="preserve">. Den </w:t>
      </w:r>
      <w:proofErr w:type="spellStart"/>
      <w:r>
        <w:t>beskriver</w:t>
      </w:r>
      <w:proofErr w:type="spellEnd"/>
      <w:r>
        <w:t xml:space="preserve">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värderingar</w:t>
      </w:r>
      <w:proofErr w:type="spellEnd"/>
      <w:r>
        <w:t xml:space="preserve">, </w:t>
      </w:r>
      <w:proofErr w:type="spellStart"/>
      <w:r>
        <w:t>vår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och </w:t>
      </w:r>
      <w:proofErr w:type="spellStart"/>
      <w:r>
        <w:t>hur</w:t>
      </w:r>
      <w:proofErr w:type="spellEnd"/>
      <w:r>
        <w:t xml:space="preserve"> vi </w:t>
      </w:r>
      <w:proofErr w:type="spellStart"/>
      <w:r>
        <w:t>tillsammans</w:t>
      </w:r>
      <w:proofErr w:type="spellEnd"/>
      <w:r>
        <w:t xml:space="preserve"> </w:t>
      </w:r>
      <w:proofErr w:type="spellStart"/>
      <w:r>
        <w:t>skapar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trygg</w:t>
      </w:r>
      <w:proofErr w:type="spellEnd"/>
      <w:r>
        <w:t xml:space="preserve">, </w:t>
      </w:r>
      <w:proofErr w:type="spellStart"/>
      <w:r>
        <w:t>utvecklande</w:t>
      </w:r>
      <w:proofErr w:type="spellEnd"/>
      <w:r>
        <w:t xml:space="preserve"> och </w:t>
      </w:r>
      <w:proofErr w:type="spellStart"/>
      <w:r>
        <w:t>glädjefylld</w:t>
      </w:r>
      <w:proofErr w:type="spellEnd"/>
      <w:r>
        <w:t xml:space="preserve"> </w:t>
      </w:r>
      <w:proofErr w:type="spellStart"/>
      <w:r>
        <w:t>miljö</w:t>
      </w:r>
      <w:proofErr w:type="spellEnd"/>
      <w:r>
        <w:t xml:space="preserve"> för alla </w:t>
      </w:r>
      <w:proofErr w:type="spellStart"/>
      <w:r>
        <w:t>medlemmar</w:t>
      </w:r>
      <w:proofErr w:type="spellEnd"/>
      <w:r>
        <w:t>.</w:t>
      </w:r>
    </w:p>
    <w:p w14:paraId="32964136" w14:textId="77777777" w:rsidR="001A4B20" w:rsidRDefault="00836543">
      <w:proofErr w:type="spellStart"/>
      <w:r>
        <w:t>Dokumentet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levande</w:t>
      </w:r>
      <w:proofErr w:type="spellEnd"/>
      <w:r>
        <w:t xml:space="preserve"> </w:t>
      </w:r>
      <w:proofErr w:type="spellStart"/>
      <w:r>
        <w:t>stöd</w:t>
      </w:r>
      <w:proofErr w:type="spellEnd"/>
      <w:r>
        <w:t xml:space="preserve"> för </w:t>
      </w:r>
      <w:proofErr w:type="spellStart"/>
      <w:r>
        <w:t>ledare</w:t>
      </w:r>
      <w:proofErr w:type="spellEnd"/>
      <w:r>
        <w:t xml:space="preserve">, </w:t>
      </w:r>
      <w:proofErr w:type="spellStart"/>
      <w:r>
        <w:t>spelare</w:t>
      </w:r>
      <w:proofErr w:type="spellEnd"/>
      <w:r>
        <w:t xml:space="preserve"> och </w:t>
      </w:r>
      <w:proofErr w:type="spellStart"/>
      <w:r>
        <w:t>vårdnadshavare</w:t>
      </w:r>
      <w:proofErr w:type="spellEnd"/>
      <w:r>
        <w:t xml:space="preserve"> och ska </w:t>
      </w:r>
      <w:proofErr w:type="spellStart"/>
      <w:r>
        <w:t>spegla</w:t>
      </w:r>
      <w:proofErr w:type="spellEnd"/>
      <w:r>
        <w:t xml:space="preserve">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ledord</w:t>
      </w:r>
      <w:proofErr w:type="spellEnd"/>
      <w:r>
        <w:t xml:space="preserve">: </w:t>
      </w:r>
    </w:p>
    <w:p w14:paraId="1626375A" w14:textId="4C3BF0EB" w:rsidR="00F914D5" w:rsidRDefault="00836543">
      <w:proofErr w:type="spellStart"/>
      <w:r>
        <w:t>Glädje</w:t>
      </w:r>
      <w:proofErr w:type="spellEnd"/>
      <w:r>
        <w:t xml:space="preserve"> – </w:t>
      </w:r>
      <w:proofErr w:type="spellStart"/>
      <w:r>
        <w:t>Tillsammans</w:t>
      </w:r>
      <w:proofErr w:type="spellEnd"/>
      <w:r>
        <w:t xml:space="preserve"> – </w:t>
      </w:r>
      <w:proofErr w:type="spellStart"/>
      <w:r>
        <w:t>Respekt</w:t>
      </w:r>
      <w:proofErr w:type="spellEnd"/>
      <w:r>
        <w:t>.</w:t>
      </w:r>
    </w:p>
    <w:p w14:paraId="53264565" w14:textId="77777777" w:rsidR="00F914D5" w:rsidRDefault="00836543">
      <w:pPr>
        <w:pStyle w:val="Rubrik1"/>
      </w:pPr>
      <w:proofErr w:type="spellStart"/>
      <w:r>
        <w:t>Målsättning</w:t>
      </w:r>
      <w:proofErr w:type="spellEnd"/>
      <w:r>
        <w:t xml:space="preserve"> och </w:t>
      </w:r>
      <w:proofErr w:type="spellStart"/>
      <w:r>
        <w:t>värdegrund</w:t>
      </w:r>
      <w:proofErr w:type="spellEnd"/>
    </w:p>
    <w:p w14:paraId="7E411B64" w14:textId="77777777" w:rsidR="00F914D5" w:rsidRDefault="00836543">
      <w:proofErr w:type="spellStart"/>
      <w:r>
        <w:t>Harlösa</w:t>
      </w:r>
      <w:proofErr w:type="spellEnd"/>
      <w:r>
        <w:t xml:space="preserve"> IF </w:t>
      </w:r>
      <w:proofErr w:type="spellStart"/>
      <w:r>
        <w:t>vill</w:t>
      </w:r>
      <w:proofErr w:type="spellEnd"/>
      <w:r>
        <w:t xml:space="preserve"> </w:t>
      </w:r>
      <w:proofErr w:type="spellStart"/>
      <w:r>
        <w:t>erbjuda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verksamhet</w:t>
      </w:r>
      <w:proofErr w:type="spellEnd"/>
      <w:r>
        <w:t xml:space="preserve"> </w:t>
      </w:r>
      <w:proofErr w:type="spellStart"/>
      <w:r>
        <w:t>där</w:t>
      </w:r>
      <w:proofErr w:type="spellEnd"/>
      <w:r>
        <w:t xml:space="preserve"> alla </w:t>
      </w:r>
      <w:proofErr w:type="spellStart"/>
      <w:r>
        <w:t>känner</w:t>
      </w:r>
      <w:proofErr w:type="spellEnd"/>
      <w:r>
        <w:t xml:space="preserve"> sig </w:t>
      </w:r>
      <w:proofErr w:type="spellStart"/>
      <w:r>
        <w:t>välkomna</w:t>
      </w:r>
      <w:proofErr w:type="spellEnd"/>
      <w:r>
        <w:t xml:space="preserve">, </w:t>
      </w:r>
      <w:proofErr w:type="spellStart"/>
      <w:r>
        <w:t>sedda</w:t>
      </w:r>
      <w:proofErr w:type="spellEnd"/>
      <w:r>
        <w:t xml:space="preserve"> och </w:t>
      </w:r>
      <w:proofErr w:type="spellStart"/>
      <w:r>
        <w:t>delaktiga</w:t>
      </w:r>
      <w:proofErr w:type="spellEnd"/>
      <w:r>
        <w:t xml:space="preserve">. Vi </w:t>
      </w:r>
      <w:proofErr w:type="spellStart"/>
      <w:r>
        <w:t>strävar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utveckla</w:t>
      </w:r>
      <w:proofErr w:type="spellEnd"/>
      <w:r>
        <w:t xml:space="preserve"> </w:t>
      </w:r>
      <w:proofErr w:type="spellStart"/>
      <w:r>
        <w:t>människor</w:t>
      </w:r>
      <w:proofErr w:type="spellEnd"/>
      <w:r>
        <w:t xml:space="preserve">, inte bara </w:t>
      </w:r>
      <w:proofErr w:type="spellStart"/>
      <w:r>
        <w:t>spelare</w:t>
      </w:r>
      <w:proofErr w:type="spellEnd"/>
      <w:r>
        <w:t xml:space="preserve">. Vår </w:t>
      </w:r>
      <w:proofErr w:type="spellStart"/>
      <w:r>
        <w:t>förening</w:t>
      </w:r>
      <w:proofErr w:type="spellEnd"/>
      <w:r>
        <w:t xml:space="preserve"> </w:t>
      </w:r>
      <w:proofErr w:type="spellStart"/>
      <w:r>
        <w:t>bygger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glädje</w:t>
      </w:r>
      <w:proofErr w:type="spellEnd"/>
      <w:r>
        <w:t xml:space="preserve">, </w:t>
      </w:r>
      <w:proofErr w:type="spellStart"/>
      <w:r>
        <w:t>sammanhållning</w:t>
      </w:r>
      <w:proofErr w:type="spellEnd"/>
      <w:r>
        <w:t xml:space="preserve"> och </w:t>
      </w:r>
      <w:proofErr w:type="spellStart"/>
      <w:r>
        <w:t>respekt</w:t>
      </w:r>
      <w:proofErr w:type="spellEnd"/>
      <w:r>
        <w:t xml:space="preserve"> för </w:t>
      </w:r>
      <w:proofErr w:type="spellStart"/>
      <w:r>
        <w:t>varandra</w:t>
      </w:r>
      <w:proofErr w:type="spellEnd"/>
      <w:r>
        <w:t xml:space="preserve">. Hos </w:t>
      </w:r>
      <w:proofErr w:type="spellStart"/>
      <w:r>
        <w:t>oss</w:t>
      </w:r>
      <w:proofErr w:type="spellEnd"/>
      <w:r>
        <w:t xml:space="preserve"> ska alla </w:t>
      </w:r>
      <w:proofErr w:type="spellStart"/>
      <w:r>
        <w:t>känna</w:t>
      </w:r>
      <w:proofErr w:type="spellEnd"/>
      <w:r>
        <w:t xml:space="preserve"> </w:t>
      </w:r>
      <w:proofErr w:type="spellStart"/>
      <w:r>
        <w:t>stolthet</w:t>
      </w:r>
      <w:proofErr w:type="spellEnd"/>
      <w:r>
        <w:t xml:space="preserve"> </w:t>
      </w:r>
      <w:proofErr w:type="spellStart"/>
      <w:r>
        <w:t>över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vara </w:t>
      </w:r>
      <w:proofErr w:type="spellStart"/>
      <w:r>
        <w:t>en</w:t>
      </w:r>
      <w:proofErr w:type="spellEnd"/>
      <w:r>
        <w:t xml:space="preserve"> del av </w:t>
      </w:r>
      <w:proofErr w:type="spellStart"/>
      <w:r>
        <w:t>Harlösa</w:t>
      </w:r>
      <w:proofErr w:type="spellEnd"/>
      <w:r>
        <w:t xml:space="preserve"> IF.</w:t>
      </w:r>
    </w:p>
    <w:p w14:paraId="22C4B428" w14:textId="77777777" w:rsidR="00F914D5" w:rsidRDefault="00836543">
      <w:pPr>
        <w:pStyle w:val="Rubrik1"/>
      </w:pPr>
      <w:proofErr w:type="spellStart"/>
      <w:r>
        <w:t>Harlösa</w:t>
      </w:r>
      <w:proofErr w:type="spellEnd"/>
      <w:r>
        <w:t xml:space="preserve"> </w:t>
      </w:r>
      <w:proofErr w:type="gramStart"/>
      <w:r>
        <w:t>IF:s</w:t>
      </w:r>
      <w:proofErr w:type="gramEnd"/>
      <w:r>
        <w:t xml:space="preserve"> </w:t>
      </w:r>
      <w:proofErr w:type="spellStart"/>
      <w:r>
        <w:t>ledord</w:t>
      </w:r>
      <w:proofErr w:type="spellEnd"/>
    </w:p>
    <w:p w14:paraId="6F401A80" w14:textId="77777777" w:rsidR="00F914D5" w:rsidRDefault="00836543">
      <w:pPr>
        <w:pStyle w:val="Rubrik2"/>
      </w:pPr>
      <w:proofErr w:type="spellStart"/>
      <w:r>
        <w:t>Glädje</w:t>
      </w:r>
      <w:proofErr w:type="spellEnd"/>
    </w:p>
    <w:p w14:paraId="094594A4" w14:textId="77777777" w:rsidR="00F914D5" w:rsidRDefault="00836543">
      <w:r>
        <w:t xml:space="preserve">I </w:t>
      </w:r>
      <w:proofErr w:type="spellStart"/>
      <w:r>
        <w:t>Harlösa</w:t>
      </w:r>
      <w:proofErr w:type="spellEnd"/>
      <w:r>
        <w:t xml:space="preserve"> IF ska det vara </w:t>
      </w:r>
      <w:proofErr w:type="spellStart"/>
      <w:r>
        <w:t>roligt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spela</w:t>
      </w:r>
      <w:proofErr w:type="spellEnd"/>
      <w:r>
        <w:t xml:space="preserve"> </w:t>
      </w:r>
      <w:proofErr w:type="spellStart"/>
      <w:r>
        <w:t>fotboll</w:t>
      </w:r>
      <w:proofErr w:type="spellEnd"/>
      <w:r>
        <w:t xml:space="preserve"> och vara </w:t>
      </w:r>
      <w:proofErr w:type="spellStart"/>
      <w:r>
        <w:t>en</w:t>
      </w:r>
      <w:proofErr w:type="spellEnd"/>
      <w:r>
        <w:t xml:space="preserve"> del av </w:t>
      </w:r>
      <w:proofErr w:type="spellStart"/>
      <w:r>
        <w:t>föreningen</w:t>
      </w:r>
      <w:proofErr w:type="spellEnd"/>
      <w:r>
        <w:t>.</w:t>
      </w:r>
    </w:p>
    <w:p w14:paraId="4D642009" w14:textId="77777777" w:rsidR="00F914D5" w:rsidRDefault="00836543">
      <w:r>
        <w:t xml:space="preserve">Vi </w:t>
      </w:r>
      <w:proofErr w:type="spellStart"/>
      <w:r>
        <w:t>skapar</w:t>
      </w:r>
      <w:proofErr w:type="spellEnd"/>
      <w:r>
        <w:t xml:space="preserve"> </w:t>
      </w:r>
      <w:proofErr w:type="spellStart"/>
      <w:r>
        <w:t>glädje</w:t>
      </w:r>
      <w:proofErr w:type="spellEnd"/>
      <w:r>
        <w:t xml:space="preserve"> </w:t>
      </w:r>
      <w:proofErr w:type="spellStart"/>
      <w:r>
        <w:t>tillsammans</w:t>
      </w:r>
      <w:proofErr w:type="spellEnd"/>
      <w:r>
        <w:t xml:space="preserve"> – </w:t>
      </w:r>
      <w:proofErr w:type="spellStart"/>
      <w:r>
        <w:t>på</w:t>
      </w:r>
      <w:proofErr w:type="spellEnd"/>
      <w:r>
        <w:t xml:space="preserve"> </w:t>
      </w:r>
      <w:proofErr w:type="spellStart"/>
      <w:r>
        <w:t>träning</w:t>
      </w:r>
      <w:proofErr w:type="spellEnd"/>
      <w:r>
        <w:t xml:space="preserve">, match och vid </w:t>
      </w:r>
      <w:proofErr w:type="spellStart"/>
      <w:r>
        <w:t>sidan</w:t>
      </w:r>
      <w:proofErr w:type="spellEnd"/>
      <w:r>
        <w:t xml:space="preserve"> av </w:t>
      </w:r>
      <w:proofErr w:type="spellStart"/>
      <w:r>
        <w:t>planen</w:t>
      </w:r>
      <w:proofErr w:type="spellEnd"/>
      <w:r>
        <w:t xml:space="preserve">. Vi </w:t>
      </w:r>
      <w:proofErr w:type="spellStart"/>
      <w:r>
        <w:t>lyfter</w:t>
      </w:r>
      <w:proofErr w:type="spellEnd"/>
      <w:r>
        <w:t xml:space="preserve"> det som </w:t>
      </w:r>
      <w:proofErr w:type="spellStart"/>
      <w:r>
        <w:t>fungerar</w:t>
      </w:r>
      <w:proofErr w:type="spellEnd"/>
      <w:r>
        <w:t xml:space="preserve">, </w:t>
      </w:r>
      <w:proofErr w:type="spellStart"/>
      <w:r>
        <w:t>uppmuntrar</w:t>
      </w:r>
      <w:proofErr w:type="spellEnd"/>
      <w:r>
        <w:t xml:space="preserve"> </w:t>
      </w:r>
      <w:proofErr w:type="spellStart"/>
      <w:r>
        <w:t>varandra</w:t>
      </w:r>
      <w:proofErr w:type="spellEnd"/>
      <w:r>
        <w:t xml:space="preserve"> och </w:t>
      </w:r>
      <w:proofErr w:type="spellStart"/>
      <w:r>
        <w:t>väljer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fokusera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det som </w:t>
      </w:r>
      <w:proofErr w:type="spellStart"/>
      <w:r>
        <w:t>utvecklar</w:t>
      </w:r>
      <w:proofErr w:type="spellEnd"/>
      <w:r>
        <w:t xml:space="preserve"> och </w:t>
      </w:r>
      <w:proofErr w:type="spellStart"/>
      <w:r>
        <w:t>stärker</w:t>
      </w:r>
      <w:proofErr w:type="spellEnd"/>
      <w:r>
        <w:t xml:space="preserve"> </w:t>
      </w:r>
      <w:proofErr w:type="spellStart"/>
      <w:r>
        <w:t>oss</w:t>
      </w:r>
      <w:proofErr w:type="spellEnd"/>
      <w:r>
        <w:t xml:space="preserve"> som lag. </w:t>
      </w:r>
      <w:proofErr w:type="spellStart"/>
      <w:r>
        <w:t>När</w:t>
      </w:r>
      <w:proofErr w:type="spellEnd"/>
      <w:r>
        <w:t xml:space="preserve"> vi </w:t>
      </w:r>
      <w:proofErr w:type="spellStart"/>
      <w:r>
        <w:t>har</w:t>
      </w:r>
      <w:proofErr w:type="spellEnd"/>
      <w:r>
        <w:t xml:space="preserve"> </w:t>
      </w:r>
      <w:proofErr w:type="spellStart"/>
      <w:r>
        <w:t>roligt</w:t>
      </w:r>
      <w:proofErr w:type="spellEnd"/>
      <w:r>
        <w:t xml:space="preserve"> </w:t>
      </w:r>
      <w:proofErr w:type="spellStart"/>
      <w:r>
        <w:t>tillsammans</w:t>
      </w:r>
      <w:proofErr w:type="spellEnd"/>
      <w:r>
        <w:t xml:space="preserve"> </w:t>
      </w:r>
      <w:proofErr w:type="spellStart"/>
      <w:r>
        <w:t>växer</w:t>
      </w:r>
      <w:proofErr w:type="spellEnd"/>
      <w:r>
        <w:t xml:space="preserve"> </w:t>
      </w:r>
      <w:proofErr w:type="spellStart"/>
      <w:r>
        <w:t>både</w:t>
      </w:r>
      <w:proofErr w:type="spellEnd"/>
      <w:r>
        <w:t xml:space="preserve"> </w:t>
      </w:r>
      <w:proofErr w:type="spellStart"/>
      <w:r>
        <w:t>gemenskapen</w:t>
      </w:r>
      <w:proofErr w:type="spellEnd"/>
      <w:r>
        <w:t xml:space="preserve"> och </w:t>
      </w:r>
      <w:proofErr w:type="spellStart"/>
      <w:r>
        <w:t>prestationerna</w:t>
      </w:r>
      <w:proofErr w:type="spellEnd"/>
      <w:r>
        <w:t>.</w:t>
      </w:r>
    </w:p>
    <w:p w14:paraId="152DC58D" w14:textId="77777777" w:rsidR="00F914D5" w:rsidRDefault="00836543">
      <w:pPr>
        <w:pStyle w:val="Rubrik2"/>
      </w:pPr>
      <w:proofErr w:type="spellStart"/>
      <w:r>
        <w:t>Tillsammans</w:t>
      </w:r>
      <w:proofErr w:type="spellEnd"/>
    </w:p>
    <w:p w14:paraId="18006241" w14:textId="77777777" w:rsidR="00F914D5" w:rsidRDefault="00836543">
      <w:proofErr w:type="spellStart"/>
      <w:r>
        <w:t>Gemenskapen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grunden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Harlösa</w:t>
      </w:r>
      <w:proofErr w:type="spellEnd"/>
      <w:r>
        <w:t xml:space="preserve"> IF. Vi </w:t>
      </w:r>
      <w:proofErr w:type="spellStart"/>
      <w:r>
        <w:t>bygger</w:t>
      </w:r>
      <w:proofErr w:type="spellEnd"/>
      <w:r>
        <w:t xml:space="preserve"> </w:t>
      </w:r>
      <w:proofErr w:type="spellStart"/>
      <w:r>
        <w:t>laget</w:t>
      </w:r>
      <w:proofErr w:type="spellEnd"/>
      <w:r>
        <w:t xml:space="preserve"> </w:t>
      </w:r>
      <w:proofErr w:type="spellStart"/>
      <w:r>
        <w:t>före</w:t>
      </w:r>
      <w:proofErr w:type="spellEnd"/>
      <w:r>
        <w:t xml:space="preserve"> </w:t>
      </w:r>
      <w:proofErr w:type="spellStart"/>
      <w:r>
        <w:t>jaget</w:t>
      </w:r>
      <w:proofErr w:type="spellEnd"/>
      <w:r>
        <w:t>.</w:t>
      </w:r>
    </w:p>
    <w:p w14:paraId="61C61BA5" w14:textId="77777777" w:rsidR="00F914D5" w:rsidRDefault="00836543">
      <w:r>
        <w:t xml:space="preserve">Vi </w:t>
      </w:r>
      <w:proofErr w:type="spellStart"/>
      <w:r>
        <w:t>hälsar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varandra</w:t>
      </w:r>
      <w:proofErr w:type="spellEnd"/>
      <w:r>
        <w:t xml:space="preserve">, </w:t>
      </w:r>
      <w:proofErr w:type="spellStart"/>
      <w:r>
        <w:t>hjälper</w:t>
      </w:r>
      <w:proofErr w:type="spellEnd"/>
      <w:r>
        <w:t xml:space="preserve"> </w:t>
      </w:r>
      <w:proofErr w:type="spellStart"/>
      <w:r>
        <w:t>varandra</w:t>
      </w:r>
      <w:proofErr w:type="spellEnd"/>
      <w:r>
        <w:t xml:space="preserve"> och </w:t>
      </w:r>
      <w:proofErr w:type="spellStart"/>
      <w:r>
        <w:t>stöttar</w:t>
      </w:r>
      <w:proofErr w:type="spellEnd"/>
      <w:r>
        <w:t xml:space="preserve"> </w:t>
      </w:r>
      <w:proofErr w:type="spellStart"/>
      <w:r>
        <w:t>varandra</w:t>
      </w:r>
      <w:proofErr w:type="spellEnd"/>
      <w:r>
        <w:t xml:space="preserve"> – </w:t>
      </w:r>
      <w:proofErr w:type="spellStart"/>
      <w:r>
        <w:t>oavsett</w:t>
      </w:r>
      <w:proofErr w:type="spellEnd"/>
      <w:r>
        <w:t xml:space="preserve"> </w:t>
      </w:r>
      <w:proofErr w:type="spellStart"/>
      <w:r>
        <w:t>ålder</w:t>
      </w:r>
      <w:proofErr w:type="spellEnd"/>
      <w:r>
        <w:t xml:space="preserve">, </w:t>
      </w:r>
      <w:proofErr w:type="spellStart"/>
      <w:r>
        <w:t>kön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roll. </w:t>
      </w:r>
      <w:proofErr w:type="spellStart"/>
      <w:r>
        <w:t>Laganda</w:t>
      </w:r>
      <w:proofErr w:type="spellEnd"/>
      <w:r>
        <w:t xml:space="preserve"> och </w:t>
      </w:r>
      <w:proofErr w:type="spellStart"/>
      <w:r>
        <w:t>nyfikenhet</w:t>
      </w:r>
      <w:proofErr w:type="spellEnd"/>
      <w:r>
        <w:t xml:space="preserve"> driver </w:t>
      </w:r>
      <w:proofErr w:type="spellStart"/>
      <w:r>
        <w:t>oss</w:t>
      </w:r>
      <w:proofErr w:type="spellEnd"/>
      <w:r>
        <w:t xml:space="preserve"> </w:t>
      </w:r>
      <w:proofErr w:type="spellStart"/>
      <w:r>
        <w:t>framåt</w:t>
      </w:r>
      <w:proofErr w:type="spellEnd"/>
      <w:r>
        <w:t xml:space="preserve">, och vi </w:t>
      </w:r>
      <w:proofErr w:type="spellStart"/>
      <w:r>
        <w:t>delar</w:t>
      </w:r>
      <w:proofErr w:type="spellEnd"/>
      <w:r>
        <w:t xml:space="preserve"> med </w:t>
      </w:r>
      <w:proofErr w:type="spellStart"/>
      <w:r>
        <w:t>oss</w:t>
      </w:r>
      <w:proofErr w:type="spellEnd"/>
      <w:r>
        <w:t xml:space="preserve"> av </w:t>
      </w:r>
      <w:proofErr w:type="spellStart"/>
      <w:r>
        <w:t>vår</w:t>
      </w:r>
      <w:proofErr w:type="spellEnd"/>
      <w:r>
        <w:t xml:space="preserve"> </w:t>
      </w:r>
      <w:proofErr w:type="spellStart"/>
      <w:r>
        <w:t>kunskap</w:t>
      </w:r>
      <w:proofErr w:type="spellEnd"/>
      <w:r>
        <w:t xml:space="preserve"> och </w:t>
      </w:r>
      <w:proofErr w:type="spellStart"/>
      <w:r>
        <w:t>lär</w:t>
      </w:r>
      <w:proofErr w:type="spellEnd"/>
      <w:r>
        <w:t xml:space="preserve"> av </w:t>
      </w:r>
      <w:proofErr w:type="spellStart"/>
      <w:r>
        <w:t>varandra</w:t>
      </w:r>
      <w:proofErr w:type="spellEnd"/>
      <w:r>
        <w:t>.</w:t>
      </w:r>
    </w:p>
    <w:p w14:paraId="081F8673" w14:textId="77777777" w:rsidR="00F914D5" w:rsidRDefault="00836543">
      <w:proofErr w:type="spellStart"/>
      <w:r>
        <w:t>Tillsammans</w:t>
      </w:r>
      <w:proofErr w:type="spellEnd"/>
      <w:r>
        <w:t xml:space="preserve"> </w:t>
      </w:r>
      <w:proofErr w:type="spellStart"/>
      <w:r>
        <w:t>skapar</w:t>
      </w:r>
      <w:proofErr w:type="spellEnd"/>
      <w:r>
        <w:t xml:space="preserve"> vi </w:t>
      </w:r>
      <w:proofErr w:type="spellStart"/>
      <w:r>
        <w:t>trygghet</w:t>
      </w:r>
      <w:proofErr w:type="spellEnd"/>
      <w:r>
        <w:t xml:space="preserve">, </w:t>
      </w:r>
      <w:proofErr w:type="spellStart"/>
      <w:r>
        <w:t>utveckling</w:t>
      </w:r>
      <w:proofErr w:type="spellEnd"/>
      <w:r>
        <w:t xml:space="preserve"> och </w:t>
      </w:r>
      <w:proofErr w:type="spellStart"/>
      <w:r>
        <w:t>glädje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vår</w:t>
      </w:r>
      <w:proofErr w:type="spellEnd"/>
      <w:r>
        <w:t xml:space="preserve"> </w:t>
      </w:r>
      <w:proofErr w:type="spellStart"/>
      <w:r>
        <w:t>förening</w:t>
      </w:r>
      <w:proofErr w:type="spellEnd"/>
      <w:r>
        <w:t>.</w:t>
      </w:r>
    </w:p>
    <w:p w14:paraId="3C75A6C5" w14:textId="77777777" w:rsidR="00F914D5" w:rsidRDefault="00836543">
      <w:pPr>
        <w:pStyle w:val="Rubrik2"/>
      </w:pPr>
      <w:proofErr w:type="spellStart"/>
      <w:r>
        <w:t>Respekt</w:t>
      </w:r>
      <w:proofErr w:type="spellEnd"/>
    </w:p>
    <w:p w14:paraId="088BA7DD" w14:textId="77777777" w:rsidR="00F914D5" w:rsidRDefault="00836543">
      <w:r>
        <w:t xml:space="preserve">I </w:t>
      </w:r>
      <w:proofErr w:type="spellStart"/>
      <w:r>
        <w:t>Harlösa</w:t>
      </w:r>
      <w:proofErr w:type="spellEnd"/>
      <w:r>
        <w:t xml:space="preserve"> IF </w:t>
      </w:r>
      <w:proofErr w:type="spellStart"/>
      <w:r>
        <w:t>genomsyrar</w:t>
      </w:r>
      <w:proofErr w:type="spellEnd"/>
      <w:r>
        <w:t xml:space="preserve"> </w:t>
      </w:r>
      <w:proofErr w:type="spellStart"/>
      <w:r>
        <w:t>respekt</w:t>
      </w:r>
      <w:proofErr w:type="spellEnd"/>
      <w:r>
        <w:t xml:space="preserve"> </w:t>
      </w:r>
      <w:proofErr w:type="spellStart"/>
      <w:r>
        <w:t>allt</w:t>
      </w:r>
      <w:proofErr w:type="spellEnd"/>
      <w:r>
        <w:t xml:space="preserve"> vi </w:t>
      </w:r>
      <w:proofErr w:type="spellStart"/>
      <w:r>
        <w:t>gör</w:t>
      </w:r>
      <w:proofErr w:type="spellEnd"/>
      <w:r>
        <w:t xml:space="preserve"> – </w:t>
      </w:r>
      <w:proofErr w:type="spellStart"/>
      <w:r>
        <w:t>på</w:t>
      </w:r>
      <w:proofErr w:type="spellEnd"/>
      <w:r>
        <w:t xml:space="preserve"> </w:t>
      </w:r>
      <w:proofErr w:type="spellStart"/>
      <w:r>
        <w:t>planen</w:t>
      </w:r>
      <w:proofErr w:type="spellEnd"/>
      <w:r>
        <w:t xml:space="preserve">, vid </w:t>
      </w:r>
      <w:proofErr w:type="spellStart"/>
      <w:r>
        <w:t>sidan</w:t>
      </w:r>
      <w:proofErr w:type="spellEnd"/>
      <w:r>
        <w:t xml:space="preserve"> av </w:t>
      </w:r>
      <w:proofErr w:type="spellStart"/>
      <w:r>
        <w:t>planen</w:t>
      </w:r>
      <w:proofErr w:type="spellEnd"/>
      <w:r>
        <w:t xml:space="preserve"> och </w:t>
      </w:r>
      <w:proofErr w:type="spellStart"/>
      <w:r>
        <w:t>i</w:t>
      </w:r>
      <w:proofErr w:type="spellEnd"/>
      <w:r>
        <w:t xml:space="preserve">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samtal</w:t>
      </w:r>
      <w:proofErr w:type="spellEnd"/>
      <w:r>
        <w:t xml:space="preserve"> med </w:t>
      </w:r>
      <w:proofErr w:type="spellStart"/>
      <w:r>
        <w:t>varandra</w:t>
      </w:r>
      <w:proofErr w:type="spellEnd"/>
      <w:r>
        <w:t>.</w:t>
      </w:r>
    </w:p>
    <w:p w14:paraId="70B38A05" w14:textId="77777777" w:rsidR="00F914D5" w:rsidRDefault="00836543">
      <w:r>
        <w:t xml:space="preserve">Vi </w:t>
      </w:r>
      <w:proofErr w:type="spellStart"/>
      <w:r>
        <w:t>visar</w:t>
      </w:r>
      <w:proofErr w:type="spellEnd"/>
      <w:r>
        <w:t xml:space="preserve"> </w:t>
      </w:r>
      <w:proofErr w:type="spellStart"/>
      <w:r>
        <w:t>respekt</w:t>
      </w:r>
      <w:proofErr w:type="spellEnd"/>
      <w:r>
        <w:t xml:space="preserve"> </w:t>
      </w:r>
      <w:proofErr w:type="spellStart"/>
      <w:r>
        <w:t>genom</w:t>
      </w:r>
      <w:proofErr w:type="spellEnd"/>
      <w:r>
        <w:t xml:space="preserve"> </w:t>
      </w:r>
      <w:proofErr w:type="spellStart"/>
      <w:r>
        <w:t>hur</w:t>
      </w:r>
      <w:proofErr w:type="spellEnd"/>
      <w:r>
        <w:t xml:space="preserve"> vi:</w:t>
      </w:r>
    </w:p>
    <w:p w14:paraId="32C2DF9F" w14:textId="77777777" w:rsidR="00F914D5" w:rsidRDefault="00836543">
      <w:pPr>
        <w:pStyle w:val="Punktlista"/>
      </w:pPr>
      <w:proofErr w:type="spellStart"/>
      <w:r>
        <w:t>pratar</w:t>
      </w:r>
      <w:proofErr w:type="spellEnd"/>
      <w:r>
        <w:t xml:space="preserve"> med </w:t>
      </w:r>
      <w:proofErr w:type="spellStart"/>
      <w:r>
        <w:t>varandra</w:t>
      </w:r>
      <w:proofErr w:type="spellEnd"/>
      <w:r>
        <w:t xml:space="preserve"> och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medspelare</w:t>
      </w:r>
      <w:proofErr w:type="spellEnd"/>
      <w:r>
        <w:t>.</w:t>
      </w:r>
    </w:p>
    <w:p w14:paraId="7909AFB3" w14:textId="77777777" w:rsidR="00F914D5" w:rsidRDefault="00836543">
      <w:pPr>
        <w:pStyle w:val="Punktlista"/>
      </w:pPr>
      <w:proofErr w:type="spellStart"/>
      <w:r>
        <w:t>bemöter</w:t>
      </w:r>
      <w:proofErr w:type="spellEnd"/>
      <w:r>
        <w:t xml:space="preserve">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ledare</w:t>
      </w:r>
      <w:proofErr w:type="spellEnd"/>
      <w:r>
        <w:t>.</w:t>
      </w:r>
    </w:p>
    <w:p w14:paraId="03A6572C" w14:textId="77777777" w:rsidR="00F914D5" w:rsidRDefault="00836543">
      <w:pPr>
        <w:pStyle w:val="Punktlista"/>
      </w:pPr>
      <w:proofErr w:type="spellStart"/>
      <w:r>
        <w:t>uppträder</w:t>
      </w:r>
      <w:proofErr w:type="spellEnd"/>
      <w:r>
        <w:t xml:space="preserve"> mot </w:t>
      </w:r>
      <w:proofErr w:type="spellStart"/>
      <w:r>
        <w:t>motståndare</w:t>
      </w:r>
      <w:proofErr w:type="spellEnd"/>
      <w:r>
        <w:t xml:space="preserve"> och </w:t>
      </w:r>
      <w:proofErr w:type="spellStart"/>
      <w:r>
        <w:t>domare</w:t>
      </w:r>
      <w:proofErr w:type="spellEnd"/>
      <w:r>
        <w:t>.</w:t>
      </w:r>
    </w:p>
    <w:p w14:paraId="1F6AF141" w14:textId="77777777" w:rsidR="00F914D5" w:rsidRDefault="00836543">
      <w:pPr>
        <w:pStyle w:val="Punktlista"/>
      </w:pPr>
      <w:proofErr w:type="spellStart"/>
      <w:r>
        <w:t>kommunicerar</w:t>
      </w:r>
      <w:proofErr w:type="spellEnd"/>
      <w:r>
        <w:t xml:space="preserve"> med </w:t>
      </w:r>
      <w:proofErr w:type="spellStart"/>
      <w:r>
        <w:t>vårdnadshavare</w:t>
      </w:r>
      <w:proofErr w:type="spellEnd"/>
      <w:r>
        <w:t xml:space="preserve"> och </w:t>
      </w:r>
      <w:proofErr w:type="spellStart"/>
      <w:r>
        <w:t>publik</w:t>
      </w:r>
      <w:proofErr w:type="spellEnd"/>
      <w:r>
        <w:t>.</w:t>
      </w:r>
    </w:p>
    <w:p w14:paraId="64B5FBEA" w14:textId="77777777" w:rsidR="00F914D5" w:rsidRDefault="00836543">
      <w:proofErr w:type="spellStart"/>
      <w:r>
        <w:t>Respekt</w:t>
      </w:r>
      <w:proofErr w:type="spellEnd"/>
      <w:r>
        <w:t xml:space="preserve"> </w:t>
      </w:r>
      <w:proofErr w:type="spellStart"/>
      <w:r>
        <w:t>handlar</w:t>
      </w:r>
      <w:proofErr w:type="spellEnd"/>
      <w:r>
        <w:t xml:space="preserve"> om </w:t>
      </w:r>
      <w:proofErr w:type="spellStart"/>
      <w:r>
        <w:t>att</w:t>
      </w:r>
      <w:proofErr w:type="spellEnd"/>
      <w:r>
        <w:t xml:space="preserve"> </w:t>
      </w:r>
      <w:proofErr w:type="spellStart"/>
      <w:r>
        <w:t>tänka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sitt</w:t>
      </w:r>
      <w:proofErr w:type="spellEnd"/>
      <w:r>
        <w:t xml:space="preserve"> </w:t>
      </w:r>
      <w:proofErr w:type="spellStart"/>
      <w:r>
        <w:t>språkbruk</w:t>
      </w:r>
      <w:proofErr w:type="spellEnd"/>
      <w:r>
        <w:t xml:space="preserve">, </w:t>
      </w:r>
      <w:proofErr w:type="spellStart"/>
      <w:r>
        <w:t>att</w:t>
      </w:r>
      <w:proofErr w:type="spellEnd"/>
      <w:r>
        <w:t xml:space="preserve"> </w:t>
      </w:r>
      <w:proofErr w:type="spellStart"/>
      <w:r>
        <w:t>lyssna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</w:t>
      </w:r>
      <w:proofErr w:type="spellStart"/>
      <w:r>
        <w:t>någon</w:t>
      </w:r>
      <w:proofErr w:type="spellEnd"/>
      <w:r>
        <w:t xml:space="preserve"> </w:t>
      </w:r>
      <w:proofErr w:type="spellStart"/>
      <w:r>
        <w:t>annan</w:t>
      </w:r>
      <w:proofErr w:type="spellEnd"/>
      <w:r>
        <w:t xml:space="preserve"> talar och </w:t>
      </w:r>
      <w:proofErr w:type="spellStart"/>
      <w:r>
        <w:t>att</w:t>
      </w:r>
      <w:proofErr w:type="spellEnd"/>
      <w:r>
        <w:t xml:space="preserve"> visa </w:t>
      </w:r>
      <w:proofErr w:type="spellStart"/>
      <w:r>
        <w:t>engagemang</w:t>
      </w:r>
      <w:proofErr w:type="spellEnd"/>
      <w:r>
        <w:t xml:space="preserve"> – </w:t>
      </w:r>
      <w:proofErr w:type="spellStart"/>
      <w:r>
        <w:t>både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träningar</w:t>
      </w:r>
      <w:proofErr w:type="spellEnd"/>
      <w:r>
        <w:t xml:space="preserve"> och matcher.</w:t>
      </w:r>
    </w:p>
    <w:p w14:paraId="70E03EE3" w14:textId="77777777" w:rsidR="00CE5B20" w:rsidRDefault="00CE5B20"/>
    <w:p w14:paraId="6256BA26" w14:textId="77777777" w:rsidR="00CE5B20" w:rsidRDefault="00CE5B20"/>
    <w:p w14:paraId="348E2DC7" w14:textId="65D9747D" w:rsidR="00F914D5" w:rsidRDefault="00836543">
      <w:r>
        <w:t xml:space="preserve">Vi </w:t>
      </w:r>
      <w:proofErr w:type="spellStart"/>
      <w:r>
        <w:t>står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mot </w:t>
      </w:r>
      <w:proofErr w:type="spellStart"/>
      <w:r>
        <w:t>mobbning</w:t>
      </w:r>
      <w:proofErr w:type="spellEnd"/>
      <w:r>
        <w:t xml:space="preserve">, </w:t>
      </w:r>
      <w:proofErr w:type="spellStart"/>
      <w:r>
        <w:t>trakasserier</w:t>
      </w:r>
      <w:proofErr w:type="spellEnd"/>
      <w:r>
        <w:t xml:space="preserve"> och </w:t>
      </w:r>
      <w:proofErr w:type="spellStart"/>
      <w:r>
        <w:t>kränkningar</w:t>
      </w:r>
      <w:proofErr w:type="spellEnd"/>
      <w:r>
        <w:t xml:space="preserve">. Hos </w:t>
      </w:r>
      <w:proofErr w:type="spellStart"/>
      <w:r>
        <w:t>oss</w:t>
      </w:r>
      <w:proofErr w:type="spellEnd"/>
      <w:r>
        <w:t xml:space="preserve"> ska alla </w:t>
      </w:r>
      <w:proofErr w:type="spellStart"/>
      <w:r>
        <w:t>känna</w:t>
      </w:r>
      <w:proofErr w:type="spellEnd"/>
      <w:r>
        <w:t xml:space="preserve"> sig </w:t>
      </w:r>
      <w:proofErr w:type="spellStart"/>
      <w:r>
        <w:t>trygga</w:t>
      </w:r>
      <w:proofErr w:type="spellEnd"/>
      <w:r>
        <w:t xml:space="preserve">, </w:t>
      </w:r>
      <w:proofErr w:type="spellStart"/>
      <w:r>
        <w:t>sedda</w:t>
      </w:r>
      <w:proofErr w:type="spellEnd"/>
      <w:r>
        <w:t xml:space="preserve"> och </w:t>
      </w:r>
      <w:proofErr w:type="spellStart"/>
      <w:r>
        <w:t>inkluderade</w:t>
      </w:r>
      <w:proofErr w:type="spellEnd"/>
      <w:r>
        <w:t xml:space="preserve">. Vi </w:t>
      </w:r>
      <w:proofErr w:type="spellStart"/>
      <w:r>
        <w:t>visar</w:t>
      </w:r>
      <w:proofErr w:type="spellEnd"/>
      <w:r>
        <w:t xml:space="preserve"> </w:t>
      </w:r>
      <w:proofErr w:type="spellStart"/>
      <w:r>
        <w:t>respekt</w:t>
      </w:r>
      <w:proofErr w:type="spellEnd"/>
      <w:r>
        <w:t xml:space="preserve"> för </w:t>
      </w:r>
      <w:proofErr w:type="spellStart"/>
      <w:r>
        <w:t>allas</w:t>
      </w:r>
      <w:proofErr w:type="spellEnd"/>
      <w:r>
        <w:t xml:space="preserve"> </w:t>
      </w:r>
      <w:proofErr w:type="spellStart"/>
      <w:r>
        <w:t>olikheter</w:t>
      </w:r>
      <w:proofErr w:type="spellEnd"/>
      <w:r>
        <w:t xml:space="preserve"> och </w:t>
      </w:r>
      <w:proofErr w:type="spellStart"/>
      <w:r>
        <w:t>allas</w:t>
      </w:r>
      <w:proofErr w:type="spellEnd"/>
      <w:r>
        <w:t xml:space="preserve"> </w:t>
      </w:r>
      <w:proofErr w:type="spellStart"/>
      <w:r>
        <w:t>lika</w:t>
      </w:r>
      <w:proofErr w:type="spellEnd"/>
      <w:r>
        <w:t xml:space="preserve"> </w:t>
      </w:r>
      <w:proofErr w:type="spellStart"/>
      <w:r>
        <w:t>värde</w:t>
      </w:r>
      <w:proofErr w:type="spellEnd"/>
      <w:r>
        <w:t>.</w:t>
      </w:r>
    </w:p>
    <w:p w14:paraId="4D7F091A" w14:textId="77777777" w:rsidR="00F914D5" w:rsidRDefault="00836543">
      <w:proofErr w:type="spellStart"/>
      <w:r>
        <w:t>Respekt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Harlösa</w:t>
      </w:r>
      <w:proofErr w:type="spellEnd"/>
      <w:r>
        <w:t xml:space="preserve"> IF </w:t>
      </w:r>
      <w:proofErr w:type="spellStart"/>
      <w:r>
        <w:t>betyder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vi tar </w:t>
      </w:r>
      <w:proofErr w:type="spellStart"/>
      <w:r>
        <w:t>ansvar</w:t>
      </w:r>
      <w:proofErr w:type="spellEnd"/>
      <w:r>
        <w:t xml:space="preserve"> för </w:t>
      </w:r>
      <w:proofErr w:type="spellStart"/>
      <w:r>
        <w:t>vårt</w:t>
      </w:r>
      <w:proofErr w:type="spellEnd"/>
      <w:r>
        <w:t xml:space="preserve"> </w:t>
      </w:r>
      <w:proofErr w:type="spellStart"/>
      <w:r>
        <w:t>beteende</w:t>
      </w:r>
      <w:proofErr w:type="spellEnd"/>
      <w:r>
        <w:t xml:space="preserve"> och </w:t>
      </w:r>
      <w:proofErr w:type="spellStart"/>
      <w:r>
        <w:t>bidrar</w:t>
      </w:r>
      <w:proofErr w:type="spellEnd"/>
      <w:r>
        <w:t xml:space="preserve"> till </w:t>
      </w:r>
      <w:proofErr w:type="spellStart"/>
      <w:r>
        <w:t>en</w:t>
      </w:r>
      <w:proofErr w:type="spellEnd"/>
      <w:r>
        <w:t xml:space="preserve"> </w:t>
      </w:r>
      <w:proofErr w:type="spellStart"/>
      <w:r>
        <w:t>positiv</w:t>
      </w:r>
      <w:proofErr w:type="spellEnd"/>
      <w:r>
        <w:t xml:space="preserve"> och </w:t>
      </w:r>
      <w:proofErr w:type="spellStart"/>
      <w:r>
        <w:t>utvecklande</w:t>
      </w:r>
      <w:proofErr w:type="spellEnd"/>
      <w:r>
        <w:t xml:space="preserve"> </w:t>
      </w:r>
      <w:proofErr w:type="spellStart"/>
      <w:r>
        <w:t>miljö</w:t>
      </w:r>
      <w:proofErr w:type="spellEnd"/>
      <w:r>
        <w:t xml:space="preserve"> för alla.</w:t>
      </w:r>
    </w:p>
    <w:p w14:paraId="1D8D142C" w14:textId="77777777" w:rsidR="00F914D5" w:rsidRDefault="00836543">
      <w:pPr>
        <w:pStyle w:val="Rubrik1"/>
      </w:pPr>
      <w:proofErr w:type="spellStart"/>
      <w:r>
        <w:t>Förening</w:t>
      </w:r>
      <w:proofErr w:type="spellEnd"/>
      <w:r>
        <w:t xml:space="preserve"> och </w:t>
      </w:r>
      <w:proofErr w:type="spellStart"/>
      <w:r>
        <w:t>ledare</w:t>
      </w:r>
      <w:proofErr w:type="spellEnd"/>
    </w:p>
    <w:p w14:paraId="484B9AC6" w14:textId="727C10CF" w:rsidR="00F914D5" w:rsidRDefault="001A4B20">
      <w:proofErr w:type="spellStart"/>
      <w:r>
        <w:t>Ledarna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hjärta</w:t>
      </w:r>
      <w:proofErr w:type="spellEnd"/>
      <w:r>
        <w:t xml:space="preserve">. De </w:t>
      </w:r>
      <w:proofErr w:type="spellStart"/>
      <w:r>
        <w:t>är</w:t>
      </w:r>
      <w:proofErr w:type="spellEnd"/>
      <w:r>
        <w:t xml:space="preserve"> </w:t>
      </w:r>
      <w:proofErr w:type="spellStart"/>
      <w:r>
        <w:t>förebilder</w:t>
      </w:r>
      <w:proofErr w:type="spellEnd"/>
      <w:r>
        <w:t xml:space="preserve"> och </w:t>
      </w:r>
      <w:proofErr w:type="spellStart"/>
      <w:r>
        <w:t>ansvarar</w:t>
      </w:r>
      <w:proofErr w:type="spellEnd"/>
      <w:r>
        <w:t xml:space="preserve"> för </w:t>
      </w:r>
      <w:proofErr w:type="spellStart"/>
      <w:r>
        <w:t>att</w:t>
      </w:r>
      <w:proofErr w:type="spellEnd"/>
      <w:r>
        <w:t xml:space="preserve">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värderingar</w:t>
      </w:r>
      <w:proofErr w:type="spellEnd"/>
      <w:r>
        <w:t xml:space="preserve"> </w:t>
      </w:r>
      <w:proofErr w:type="spellStart"/>
      <w:r>
        <w:t>genomsyrar</w:t>
      </w:r>
      <w:proofErr w:type="spellEnd"/>
      <w:r>
        <w:t xml:space="preserve"> </w:t>
      </w:r>
      <w:proofErr w:type="spellStart"/>
      <w:r>
        <w:t>träning</w:t>
      </w:r>
      <w:proofErr w:type="spellEnd"/>
      <w:r>
        <w:t xml:space="preserve">, match och </w:t>
      </w:r>
      <w:proofErr w:type="spellStart"/>
      <w:r>
        <w:t>aktiviteter</w:t>
      </w:r>
      <w:proofErr w:type="spellEnd"/>
      <w:r>
        <w:t xml:space="preserve">. Alla ska </w:t>
      </w:r>
      <w:proofErr w:type="spellStart"/>
      <w:r>
        <w:t>känna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de </w:t>
      </w:r>
      <w:proofErr w:type="spellStart"/>
      <w:r>
        <w:t>får</w:t>
      </w:r>
      <w:proofErr w:type="spellEnd"/>
      <w:r>
        <w:t xml:space="preserve"> </w:t>
      </w:r>
      <w:proofErr w:type="spellStart"/>
      <w:r>
        <w:t>stöd</w:t>
      </w:r>
      <w:proofErr w:type="spellEnd"/>
      <w:r>
        <w:t xml:space="preserve">, </w:t>
      </w:r>
      <w:proofErr w:type="spellStart"/>
      <w:r>
        <w:t>glädje</w:t>
      </w:r>
      <w:proofErr w:type="spellEnd"/>
      <w:r>
        <w:t xml:space="preserve"> och </w:t>
      </w:r>
      <w:proofErr w:type="spellStart"/>
      <w:r>
        <w:t>gemenskap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sitt</w:t>
      </w:r>
      <w:proofErr w:type="spellEnd"/>
      <w:r>
        <w:t xml:space="preserve"> </w:t>
      </w:r>
      <w:proofErr w:type="spellStart"/>
      <w:r>
        <w:t>uppdrag</w:t>
      </w:r>
      <w:proofErr w:type="spellEnd"/>
      <w:r>
        <w:t>.</w:t>
      </w:r>
    </w:p>
    <w:p w14:paraId="177D8003" w14:textId="77777777" w:rsidR="00F914D5" w:rsidRDefault="00836543">
      <w:pPr>
        <w:pStyle w:val="Rubrik2"/>
      </w:pPr>
      <w:proofErr w:type="spellStart"/>
      <w:r>
        <w:t>Föreningens</w:t>
      </w:r>
      <w:proofErr w:type="spellEnd"/>
      <w:r>
        <w:t xml:space="preserve"> </w:t>
      </w:r>
      <w:proofErr w:type="spellStart"/>
      <w:r>
        <w:t>ansvar</w:t>
      </w:r>
      <w:proofErr w:type="spellEnd"/>
    </w:p>
    <w:p w14:paraId="7F17B789" w14:textId="5A1FF828" w:rsidR="003A6B7F" w:rsidRPr="003A6B7F" w:rsidRDefault="00836543" w:rsidP="003A6B7F">
      <w:pPr>
        <w:rPr>
          <w:lang w:val="sv-SE"/>
        </w:rPr>
      </w:pPr>
      <w:proofErr w:type="spellStart"/>
      <w:r>
        <w:t>Föreningen</w:t>
      </w:r>
      <w:proofErr w:type="spellEnd"/>
      <w:r>
        <w:t xml:space="preserve"> </w:t>
      </w:r>
      <w:proofErr w:type="spellStart"/>
      <w:r>
        <w:t>förser</w:t>
      </w:r>
      <w:proofErr w:type="spellEnd"/>
      <w:r>
        <w:t xml:space="preserve"> </w:t>
      </w:r>
      <w:proofErr w:type="spellStart"/>
      <w:r>
        <w:t>ledare</w:t>
      </w:r>
      <w:proofErr w:type="spellEnd"/>
      <w:r>
        <w:t xml:space="preserve"> med </w:t>
      </w:r>
      <w:proofErr w:type="spellStart"/>
      <w:r>
        <w:t>utrustning</w:t>
      </w:r>
      <w:proofErr w:type="spellEnd"/>
      <w:r>
        <w:t xml:space="preserve">, </w:t>
      </w:r>
      <w:proofErr w:type="spellStart"/>
      <w:r>
        <w:t>utbildning</w:t>
      </w:r>
      <w:proofErr w:type="spellEnd"/>
      <w:r>
        <w:t xml:space="preserve"> och </w:t>
      </w:r>
      <w:proofErr w:type="spellStart"/>
      <w:r>
        <w:t>stöd</w:t>
      </w:r>
      <w:proofErr w:type="spellEnd"/>
      <w:r>
        <w:t xml:space="preserve">. Nya </w:t>
      </w:r>
      <w:proofErr w:type="spellStart"/>
      <w:r>
        <w:t>ledare</w:t>
      </w:r>
      <w:proofErr w:type="spellEnd"/>
      <w:r>
        <w:t xml:space="preserve"> ska delta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introduktion</w:t>
      </w:r>
      <w:proofErr w:type="spellEnd"/>
      <w:r>
        <w:t xml:space="preserve"> om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värdegrund</w:t>
      </w:r>
      <w:proofErr w:type="spellEnd"/>
      <w:r>
        <w:t xml:space="preserve">. </w:t>
      </w:r>
      <w:proofErr w:type="spellStart"/>
      <w:r>
        <w:t>Föreningen</w:t>
      </w:r>
      <w:proofErr w:type="spellEnd"/>
      <w:r>
        <w:t xml:space="preserve"> </w:t>
      </w:r>
      <w:proofErr w:type="spellStart"/>
      <w:r>
        <w:t>står</w:t>
      </w:r>
      <w:proofErr w:type="spellEnd"/>
      <w:r>
        <w:t xml:space="preserve"> för </w:t>
      </w:r>
      <w:proofErr w:type="spellStart"/>
      <w:r>
        <w:t>relevanta</w:t>
      </w:r>
      <w:proofErr w:type="spellEnd"/>
      <w:r>
        <w:t xml:space="preserve"> </w:t>
      </w:r>
      <w:proofErr w:type="spellStart"/>
      <w:r>
        <w:t>utbildningskostnader</w:t>
      </w:r>
      <w:proofErr w:type="spellEnd"/>
      <w:r>
        <w:t xml:space="preserve"> och </w:t>
      </w:r>
      <w:proofErr w:type="spellStart"/>
      <w:r>
        <w:t>tillhandahåller</w:t>
      </w:r>
      <w:proofErr w:type="spellEnd"/>
      <w:r>
        <w:t xml:space="preserve"> HLR-</w:t>
      </w:r>
      <w:proofErr w:type="spellStart"/>
      <w:r>
        <w:t>utbildning</w:t>
      </w:r>
      <w:proofErr w:type="spellEnd"/>
      <w:r>
        <w:t>.</w:t>
      </w:r>
      <w:r w:rsidR="0073021F">
        <w:t xml:space="preserve"> </w:t>
      </w:r>
      <w:r w:rsidR="003A6B7F" w:rsidRPr="003A6B7F">
        <w:rPr>
          <w:lang w:val="sv-SE"/>
        </w:rPr>
        <w:t>För att skapa en trygg och säker miljö för alla barn och ungdomar ska alla personer som är engagerade i föreningens verksamhet visa upp ett utdrag ur belastningsregistret två gånger per år.</w:t>
      </w:r>
    </w:p>
    <w:p w14:paraId="00008787" w14:textId="77777777" w:rsidR="00F914D5" w:rsidRDefault="00836543">
      <w:proofErr w:type="spellStart"/>
      <w:r>
        <w:t>Harlösa</w:t>
      </w:r>
      <w:proofErr w:type="spellEnd"/>
      <w:r>
        <w:t xml:space="preserve"> IF </w:t>
      </w:r>
      <w:proofErr w:type="spellStart"/>
      <w:r>
        <w:t>har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övergripande</w:t>
      </w:r>
      <w:proofErr w:type="spellEnd"/>
      <w:r>
        <w:t xml:space="preserve"> </w:t>
      </w:r>
      <w:proofErr w:type="spellStart"/>
      <w:r>
        <w:t>ansvar</w:t>
      </w:r>
      <w:proofErr w:type="spellEnd"/>
      <w:r>
        <w:t xml:space="preserve"> för </w:t>
      </w:r>
      <w:proofErr w:type="spellStart"/>
      <w:r>
        <w:t>att</w:t>
      </w:r>
      <w:proofErr w:type="spellEnd"/>
      <w:r>
        <w:t xml:space="preserve"> </w:t>
      </w:r>
      <w:proofErr w:type="spellStart"/>
      <w:r>
        <w:t>skapa</w:t>
      </w:r>
      <w:proofErr w:type="spellEnd"/>
      <w:r>
        <w:t xml:space="preserve"> </w:t>
      </w:r>
      <w:proofErr w:type="spellStart"/>
      <w:r>
        <w:t>förutsättningar</w:t>
      </w:r>
      <w:proofErr w:type="spellEnd"/>
      <w:r>
        <w:t xml:space="preserve"> för </w:t>
      </w:r>
      <w:proofErr w:type="spellStart"/>
      <w:r>
        <w:t>en</w:t>
      </w:r>
      <w:proofErr w:type="spellEnd"/>
      <w:r>
        <w:t xml:space="preserve"> </w:t>
      </w:r>
      <w:proofErr w:type="spellStart"/>
      <w:r>
        <w:t>trygg</w:t>
      </w:r>
      <w:proofErr w:type="spellEnd"/>
      <w:r>
        <w:t xml:space="preserve">, </w:t>
      </w:r>
      <w:proofErr w:type="spellStart"/>
      <w:r>
        <w:t>lärorik</w:t>
      </w:r>
      <w:proofErr w:type="spellEnd"/>
      <w:r>
        <w:t xml:space="preserve"> och </w:t>
      </w:r>
      <w:proofErr w:type="spellStart"/>
      <w:r>
        <w:t>hållbar</w:t>
      </w:r>
      <w:proofErr w:type="spellEnd"/>
      <w:r>
        <w:t xml:space="preserve"> </w:t>
      </w:r>
      <w:proofErr w:type="spellStart"/>
      <w:r>
        <w:t>verksamhet</w:t>
      </w:r>
      <w:proofErr w:type="spellEnd"/>
      <w:r>
        <w:t xml:space="preserve">. </w:t>
      </w:r>
      <w:proofErr w:type="spellStart"/>
      <w:r>
        <w:t>Föreningen</w:t>
      </w:r>
      <w:proofErr w:type="spellEnd"/>
      <w:r>
        <w:t xml:space="preserve"> ska </w:t>
      </w:r>
      <w:proofErr w:type="spellStart"/>
      <w:r>
        <w:t>säkerställa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det </w:t>
      </w:r>
      <w:proofErr w:type="spellStart"/>
      <w:r>
        <w:t>finns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, </w:t>
      </w:r>
      <w:proofErr w:type="spellStart"/>
      <w:r>
        <w:t>resurser</w:t>
      </w:r>
      <w:proofErr w:type="spellEnd"/>
      <w:r>
        <w:t xml:space="preserve"> och </w:t>
      </w:r>
      <w:proofErr w:type="spellStart"/>
      <w:r>
        <w:t>stöd</w:t>
      </w:r>
      <w:proofErr w:type="spellEnd"/>
      <w:r>
        <w:t xml:space="preserve"> för alla lag, </w:t>
      </w:r>
      <w:proofErr w:type="spellStart"/>
      <w:r>
        <w:t>ledare</w:t>
      </w:r>
      <w:proofErr w:type="spellEnd"/>
      <w:r>
        <w:t xml:space="preserve"> och </w:t>
      </w:r>
      <w:proofErr w:type="spellStart"/>
      <w:r>
        <w:t>spelare</w:t>
      </w:r>
      <w:proofErr w:type="spellEnd"/>
      <w:r>
        <w:t xml:space="preserve">. Vi </w:t>
      </w:r>
      <w:proofErr w:type="spellStart"/>
      <w:r>
        <w:t>värnar</w:t>
      </w:r>
      <w:proofErr w:type="spellEnd"/>
      <w:r>
        <w:t xml:space="preserve"> om </w:t>
      </w:r>
      <w:proofErr w:type="spellStart"/>
      <w:r>
        <w:t>ett</w:t>
      </w:r>
      <w:proofErr w:type="spellEnd"/>
      <w:r>
        <w:t xml:space="preserve"> </w:t>
      </w:r>
      <w:proofErr w:type="spellStart"/>
      <w:r>
        <w:t>klimat</w:t>
      </w:r>
      <w:proofErr w:type="spellEnd"/>
      <w:r>
        <w:t xml:space="preserve"> </w:t>
      </w:r>
      <w:proofErr w:type="spellStart"/>
      <w:r>
        <w:t>där</w:t>
      </w:r>
      <w:proofErr w:type="spellEnd"/>
      <w:r>
        <w:t xml:space="preserve"> </w:t>
      </w:r>
      <w:proofErr w:type="spellStart"/>
      <w:r>
        <w:t>engagemang</w:t>
      </w:r>
      <w:proofErr w:type="spellEnd"/>
      <w:r>
        <w:t xml:space="preserve">, </w:t>
      </w:r>
      <w:proofErr w:type="spellStart"/>
      <w:r>
        <w:t>samarbete</w:t>
      </w:r>
      <w:proofErr w:type="spellEnd"/>
      <w:r>
        <w:t xml:space="preserve"> och </w:t>
      </w:r>
      <w:proofErr w:type="spellStart"/>
      <w:r>
        <w:t>öppenhet</w:t>
      </w:r>
      <w:proofErr w:type="spellEnd"/>
      <w:r>
        <w:t xml:space="preserve"> </w:t>
      </w:r>
      <w:proofErr w:type="spellStart"/>
      <w:r>
        <w:t>präglar</w:t>
      </w:r>
      <w:proofErr w:type="spellEnd"/>
      <w:r>
        <w:t xml:space="preserve"> alla </w:t>
      </w:r>
      <w:proofErr w:type="spellStart"/>
      <w:r>
        <w:t>delar</w:t>
      </w:r>
      <w:proofErr w:type="spellEnd"/>
      <w:r>
        <w:t xml:space="preserve"> av </w:t>
      </w:r>
      <w:proofErr w:type="spellStart"/>
      <w:r>
        <w:t>vår</w:t>
      </w:r>
      <w:proofErr w:type="spellEnd"/>
      <w:r>
        <w:t xml:space="preserve"> </w:t>
      </w:r>
      <w:proofErr w:type="spellStart"/>
      <w:r>
        <w:t>organisation</w:t>
      </w:r>
      <w:proofErr w:type="spellEnd"/>
      <w:r>
        <w:t>.</w:t>
      </w:r>
    </w:p>
    <w:p w14:paraId="2F5BF0C1" w14:textId="77777777" w:rsidR="00F914D5" w:rsidRDefault="00836543">
      <w:proofErr w:type="spellStart"/>
      <w:r>
        <w:t>Föreningens</w:t>
      </w:r>
      <w:proofErr w:type="spellEnd"/>
      <w:r>
        <w:t xml:space="preserve"> </w:t>
      </w:r>
      <w:proofErr w:type="spellStart"/>
      <w:r>
        <w:t>ansvar</w:t>
      </w:r>
      <w:proofErr w:type="spellEnd"/>
      <w:r>
        <w:t xml:space="preserve"> </w:t>
      </w:r>
      <w:proofErr w:type="spellStart"/>
      <w:r>
        <w:t>omfattar</w:t>
      </w:r>
      <w:proofErr w:type="spellEnd"/>
      <w:r>
        <w:t xml:space="preserve"> bland </w:t>
      </w:r>
      <w:proofErr w:type="spellStart"/>
      <w:r>
        <w:t>annat</w:t>
      </w:r>
      <w:proofErr w:type="spellEnd"/>
      <w:r>
        <w:t xml:space="preserve"> </w:t>
      </w:r>
      <w:proofErr w:type="spellStart"/>
      <w:r>
        <w:t>att</w:t>
      </w:r>
      <w:proofErr w:type="spellEnd"/>
      <w:r>
        <w:t>:</w:t>
      </w:r>
    </w:p>
    <w:p w14:paraId="752FE41E" w14:textId="77777777" w:rsidR="00F914D5" w:rsidRDefault="00836543">
      <w:pPr>
        <w:pStyle w:val="Punktlista"/>
      </w:pPr>
      <w:proofErr w:type="spellStart"/>
      <w:r>
        <w:t>Tillhandahålla</w:t>
      </w:r>
      <w:proofErr w:type="spellEnd"/>
      <w:r>
        <w:t xml:space="preserve"> </w:t>
      </w:r>
      <w:proofErr w:type="spellStart"/>
      <w:r>
        <w:t>tränings</w:t>
      </w:r>
      <w:proofErr w:type="spellEnd"/>
      <w:r>
        <w:t xml:space="preserve">- och </w:t>
      </w:r>
      <w:proofErr w:type="spellStart"/>
      <w:r>
        <w:t>matchkläder</w:t>
      </w:r>
      <w:proofErr w:type="spellEnd"/>
      <w:r>
        <w:t xml:space="preserve"> till </w:t>
      </w:r>
      <w:proofErr w:type="spellStart"/>
      <w:r>
        <w:t>ledare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introduktion</w:t>
      </w:r>
      <w:proofErr w:type="spellEnd"/>
      <w:r>
        <w:t xml:space="preserve"> och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tjänstgöring</w:t>
      </w:r>
      <w:proofErr w:type="spellEnd"/>
      <w:r>
        <w:t>.</w:t>
      </w:r>
    </w:p>
    <w:p w14:paraId="02B843AF" w14:textId="79EA0712" w:rsidR="00F914D5" w:rsidRDefault="00836543" w:rsidP="007244D5">
      <w:pPr>
        <w:pStyle w:val="Punktlista"/>
      </w:pPr>
      <w:proofErr w:type="spellStart"/>
      <w:r>
        <w:t>Säkerställa</w:t>
      </w:r>
      <w:proofErr w:type="spellEnd"/>
      <w:r>
        <w:t xml:space="preserve"> </w:t>
      </w:r>
      <w:proofErr w:type="spellStart"/>
      <w:r>
        <w:t>tillgång</w:t>
      </w:r>
      <w:proofErr w:type="spellEnd"/>
      <w:r>
        <w:t xml:space="preserve"> till </w:t>
      </w:r>
      <w:proofErr w:type="spellStart"/>
      <w:r>
        <w:t>utbildningar</w:t>
      </w:r>
      <w:proofErr w:type="spellEnd"/>
      <w:r>
        <w:t xml:space="preserve">, </w:t>
      </w:r>
      <w:proofErr w:type="spellStart"/>
      <w:r>
        <w:t>träningsanläggningar</w:t>
      </w:r>
      <w:proofErr w:type="spellEnd"/>
      <w:r>
        <w:t xml:space="preserve"> och relevant material.</w:t>
      </w:r>
    </w:p>
    <w:p w14:paraId="720934FD" w14:textId="77777777" w:rsidR="00F914D5" w:rsidRDefault="00836543">
      <w:pPr>
        <w:pStyle w:val="Punktlista"/>
      </w:pPr>
      <w:proofErr w:type="spellStart"/>
      <w:r>
        <w:t>Stödja</w:t>
      </w:r>
      <w:proofErr w:type="spellEnd"/>
      <w:r>
        <w:t xml:space="preserve"> </w:t>
      </w:r>
      <w:proofErr w:type="spellStart"/>
      <w:r>
        <w:t>ledarna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deras</w:t>
      </w:r>
      <w:proofErr w:type="spellEnd"/>
      <w:r>
        <w:t xml:space="preserve"> </w:t>
      </w:r>
      <w:proofErr w:type="spellStart"/>
      <w:r>
        <w:t>uppdrag</w:t>
      </w:r>
      <w:proofErr w:type="spellEnd"/>
      <w:r>
        <w:t xml:space="preserve"> </w:t>
      </w:r>
      <w:proofErr w:type="spellStart"/>
      <w:r>
        <w:t>genom</w:t>
      </w:r>
      <w:proofErr w:type="spellEnd"/>
      <w:r>
        <w:t xml:space="preserve"> </w:t>
      </w:r>
      <w:proofErr w:type="spellStart"/>
      <w:r>
        <w:t>tydlig</w:t>
      </w:r>
      <w:proofErr w:type="spellEnd"/>
      <w:r>
        <w:t xml:space="preserve"> </w:t>
      </w:r>
      <w:proofErr w:type="spellStart"/>
      <w:r>
        <w:t>kommunikation</w:t>
      </w:r>
      <w:proofErr w:type="spellEnd"/>
      <w:r>
        <w:t xml:space="preserve"> och </w:t>
      </w:r>
      <w:proofErr w:type="spellStart"/>
      <w:r>
        <w:t>uppföljning</w:t>
      </w:r>
      <w:proofErr w:type="spellEnd"/>
      <w:r>
        <w:t>.</w:t>
      </w:r>
    </w:p>
    <w:p w14:paraId="6642B264" w14:textId="77777777" w:rsidR="00F914D5" w:rsidRDefault="00836543">
      <w:pPr>
        <w:pStyle w:val="Punktlista"/>
      </w:pPr>
      <w:proofErr w:type="spellStart"/>
      <w:r>
        <w:t>Främja</w:t>
      </w:r>
      <w:proofErr w:type="spellEnd"/>
      <w:r>
        <w:t xml:space="preserve"> </w:t>
      </w:r>
      <w:proofErr w:type="spellStart"/>
      <w:r>
        <w:t>jämställdhet</w:t>
      </w:r>
      <w:proofErr w:type="spellEnd"/>
      <w:r>
        <w:t xml:space="preserve"> och </w:t>
      </w:r>
      <w:proofErr w:type="spellStart"/>
      <w:r>
        <w:t>inkludering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alla </w:t>
      </w:r>
      <w:proofErr w:type="spellStart"/>
      <w:r>
        <w:t>delar</w:t>
      </w:r>
      <w:proofErr w:type="spellEnd"/>
      <w:r>
        <w:t xml:space="preserve"> av </w:t>
      </w:r>
      <w:proofErr w:type="spellStart"/>
      <w:r>
        <w:t>verksamheten</w:t>
      </w:r>
      <w:proofErr w:type="spellEnd"/>
      <w:r>
        <w:t>.</w:t>
      </w:r>
    </w:p>
    <w:p w14:paraId="27C28710" w14:textId="77777777" w:rsidR="00F914D5" w:rsidRDefault="00836543">
      <w:pPr>
        <w:pStyle w:val="Punktlista"/>
      </w:pPr>
      <w:proofErr w:type="spellStart"/>
      <w:r>
        <w:t>Upprätthålla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med </w:t>
      </w:r>
      <w:proofErr w:type="spellStart"/>
      <w:r>
        <w:t>förbund</w:t>
      </w:r>
      <w:proofErr w:type="spellEnd"/>
      <w:r>
        <w:t xml:space="preserve">, </w:t>
      </w:r>
      <w:proofErr w:type="spellStart"/>
      <w:r>
        <w:t>kommunen</w:t>
      </w:r>
      <w:proofErr w:type="spellEnd"/>
      <w:r>
        <w:t xml:space="preserve"> och </w:t>
      </w:r>
      <w:proofErr w:type="spellStart"/>
      <w:r>
        <w:t>samarbetspartners</w:t>
      </w:r>
      <w:proofErr w:type="spellEnd"/>
      <w:r>
        <w:t>.</w:t>
      </w:r>
    </w:p>
    <w:p w14:paraId="6CC43764" w14:textId="77777777" w:rsidR="00F914D5" w:rsidRDefault="00836543">
      <w:pPr>
        <w:pStyle w:val="Rubrik2"/>
      </w:pPr>
      <w:proofErr w:type="spellStart"/>
      <w:r>
        <w:t>Ledarens</w:t>
      </w:r>
      <w:proofErr w:type="spellEnd"/>
      <w:r>
        <w:t xml:space="preserve"> </w:t>
      </w:r>
      <w:proofErr w:type="spellStart"/>
      <w:r>
        <w:t>ansvar</w:t>
      </w:r>
      <w:proofErr w:type="spellEnd"/>
    </w:p>
    <w:p w14:paraId="3E8DFB94" w14:textId="3E160027" w:rsidR="00F914D5" w:rsidRDefault="001A4B20">
      <w:proofErr w:type="spellStart"/>
      <w:r>
        <w:t>Ledarna</w:t>
      </w:r>
      <w:proofErr w:type="spellEnd"/>
      <w:r>
        <w:t xml:space="preserve"> ska </w:t>
      </w:r>
      <w:proofErr w:type="spellStart"/>
      <w:r>
        <w:t>följa</w:t>
      </w:r>
      <w:proofErr w:type="spellEnd"/>
      <w:r>
        <w:t xml:space="preserve"> den </w:t>
      </w:r>
      <w:proofErr w:type="spellStart"/>
      <w:r>
        <w:t>Röda</w:t>
      </w:r>
      <w:proofErr w:type="spellEnd"/>
      <w:r>
        <w:t xml:space="preserve"> </w:t>
      </w:r>
      <w:proofErr w:type="spellStart"/>
      <w:r>
        <w:t>tråden</w:t>
      </w:r>
      <w:proofErr w:type="spellEnd"/>
      <w:r>
        <w:t xml:space="preserve">, vara </w:t>
      </w:r>
      <w:proofErr w:type="spellStart"/>
      <w:r>
        <w:t>en</w:t>
      </w:r>
      <w:proofErr w:type="spellEnd"/>
      <w:r>
        <w:t xml:space="preserve"> </w:t>
      </w:r>
      <w:proofErr w:type="gramStart"/>
      <w:r>
        <w:t>god</w:t>
      </w:r>
      <w:proofErr w:type="gramEnd"/>
      <w:r>
        <w:t xml:space="preserve"> </w:t>
      </w:r>
      <w:proofErr w:type="spellStart"/>
      <w:r>
        <w:t>förebild</w:t>
      </w:r>
      <w:proofErr w:type="spellEnd"/>
      <w:r>
        <w:t xml:space="preserve">, </w:t>
      </w:r>
      <w:proofErr w:type="spellStart"/>
      <w:r>
        <w:t>kommunicera</w:t>
      </w:r>
      <w:proofErr w:type="spellEnd"/>
      <w:r>
        <w:t xml:space="preserve"> med </w:t>
      </w:r>
      <w:proofErr w:type="spellStart"/>
      <w:r>
        <w:t>vårdnadshavare</w:t>
      </w:r>
      <w:proofErr w:type="spellEnd"/>
      <w:r>
        <w:t xml:space="preserve"> och </w:t>
      </w:r>
      <w:proofErr w:type="spellStart"/>
      <w:r>
        <w:t>uppmuntra</w:t>
      </w:r>
      <w:proofErr w:type="spellEnd"/>
      <w:r>
        <w:t xml:space="preserve"> alla </w:t>
      </w:r>
      <w:proofErr w:type="spellStart"/>
      <w:r>
        <w:t>spelare</w:t>
      </w:r>
      <w:proofErr w:type="spellEnd"/>
      <w:r>
        <w:t xml:space="preserve">. </w:t>
      </w:r>
      <w:proofErr w:type="spellStart"/>
      <w:r>
        <w:t>Ledarna</w:t>
      </w:r>
      <w:proofErr w:type="spellEnd"/>
      <w:r>
        <w:t xml:space="preserve"> ska delta </w:t>
      </w:r>
      <w:proofErr w:type="spellStart"/>
      <w:r>
        <w:t>i</w:t>
      </w:r>
      <w:proofErr w:type="spellEnd"/>
      <w:r>
        <w:t xml:space="preserve"> </w:t>
      </w:r>
      <w:proofErr w:type="spellStart"/>
      <w:r>
        <w:t>föreningsaktiviteter</w:t>
      </w:r>
      <w:proofErr w:type="spellEnd"/>
      <w:r>
        <w:t xml:space="preserve"> som </w:t>
      </w:r>
      <w:proofErr w:type="spellStart"/>
      <w:r>
        <w:t>Harlösaspelen</w:t>
      </w:r>
      <w:proofErr w:type="spellEnd"/>
      <w:r>
        <w:t xml:space="preserve">, </w:t>
      </w:r>
      <w:proofErr w:type="spellStart"/>
      <w:r>
        <w:t>Harlösadagen</w:t>
      </w:r>
      <w:proofErr w:type="spellEnd"/>
      <w:r>
        <w:t xml:space="preserve">, </w:t>
      </w:r>
      <w:proofErr w:type="spellStart"/>
      <w:r>
        <w:t>Harlösa</w:t>
      </w:r>
      <w:proofErr w:type="spellEnd"/>
      <w:r>
        <w:t xml:space="preserve"> </w:t>
      </w:r>
      <w:proofErr w:type="spellStart"/>
      <w:r>
        <w:t>loppis</w:t>
      </w:r>
      <w:proofErr w:type="spellEnd"/>
      <w:r>
        <w:t xml:space="preserve"> och </w:t>
      </w:r>
      <w:proofErr w:type="spellStart"/>
      <w:r>
        <w:t>Sommarlägret</w:t>
      </w:r>
      <w:proofErr w:type="spellEnd"/>
      <w:r>
        <w:t>.</w:t>
      </w:r>
    </w:p>
    <w:p w14:paraId="67F9272B" w14:textId="77777777" w:rsidR="00F914D5" w:rsidRDefault="00836543">
      <w:pPr>
        <w:pStyle w:val="Rubrik1"/>
      </w:pPr>
      <w:proofErr w:type="spellStart"/>
      <w:r>
        <w:t>Spelarutbildning</w:t>
      </w:r>
      <w:proofErr w:type="spellEnd"/>
    </w:p>
    <w:p w14:paraId="5C60849F" w14:textId="77777777" w:rsidR="00F914D5" w:rsidRDefault="00836543">
      <w:r>
        <w:t xml:space="preserve">I </w:t>
      </w:r>
      <w:proofErr w:type="spellStart"/>
      <w:r>
        <w:t>Harlösa</w:t>
      </w:r>
      <w:proofErr w:type="spellEnd"/>
      <w:r>
        <w:t xml:space="preserve"> IF </w:t>
      </w:r>
      <w:proofErr w:type="spellStart"/>
      <w:r>
        <w:t>står</w:t>
      </w:r>
      <w:proofErr w:type="spellEnd"/>
      <w:r>
        <w:t xml:space="preserve"> </w:t>
      </w:r>
      <w:proofErr w:type="spellStart"/>
      <w:r>
        <w:t>spelarens</w:t>
      </w:r>
      <w:proofErr w:type="spellEnd"/>
      <w:r>
        <w:t xml:space="preserve"> </w:t>
      </w:r>
      <w:proofErr w:type="spellStart"/>
      <w:r>
        <w:t>långsiktiga</w:t>
      </w:r>
      <w:proofErr w:type="spellEnd"/>
      <w:r>
        <w:t xml:space="preserve"> </w:t>
      </w:r>
      <w:proofErr w:type="spellStart"/>
      <w:r>
        <w:t>utveckling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centrum. Vi </w:t>
      </w:r>
      <w:proofErr w:type="spellStart"/>
      <w:r>
        <w:t>följer</w:t>
      </w:r>
      <w:proofErr w:type="spellEnd"/>
      <w:r>
        <w:t xml:space="preserve"> Svenska </w:t>
      </w:r>
      <w:proofErr w:type="spellStart"/>
      <w:r>
        <w:t>Fotbollförbundets</w:t>
      </w:r>
      <w:proofErr w:type="spellEnd"/>
      <w:r>
        <w:t xml:space="preserve"> </w:t>
      </w:r>
      <w:proofErr w:type="spellStart"/>
      <w:r>
        <w:t>riktlinjer</w:t>
      </w:r>
      <w:proofErr w:type="spellEnd"/>
      <w:r>
        <w:t xml:space="preserve"> och </w:t>
      </w:r>
      <w:proofErr w:type="spellStart"/>
      <w:r>
        <w:t>anpassar</w:t>
      </w:r>
      <w:proofErr w:type="spellEnd"/>
      <w:r>
        <w:t xml:space="preserve"> </w:t>
      </w:r>
      <w:proofErr w:type="spellStart"/>
      <w:r>
        <w:t>träning</w:t>
      </w:r>
      <w:proofErr w:type="spellEnd"/>
      <w:r>
        <w:t xml:space="preserve"> och match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ålder</w:t>
      </w:r>
      <w:proofErr w:type="spellEnd"/>
      <w:r>
        <w:t xml:space="preserve"> och </w:t>
      </w:r>
      <w:proofErr w:type="spellStart"/>
      <w:r>
        <w:t>nivå</w:t>
      </w:r>
      <w:proofErr w:type="spellEnd"/>
      <w:r>
        <w:t xml:space="preserve">. Vi </w:t>
      </w:r>
      <w:proofErr w:type="spellStart"/>
      <w:r>
        <w:t>uppmuntrar</w:t>
      </w:r>
      <w:proofErr w:type="spellEnd"/>
      <w:r>
        <w:t xml:space="preserve"> till </w:t>
      </w:r>
      <w:proofErr w:type="spellStart"/>
      <w:r>
        <w:t>rörelseglädje</w:t>
      </w:r>
      <w:proofErr w:type="spellEnd"/>
      <w:r>
        <w:t xml:space="preserve"> och variation </w:t>
      </w:r>
      <w:proofErr w:type="spellStart"/>
      <w:r>
        <w:t>i</w:t>
      </w:r>
      <w:proofErr w:type="spellEnd"/>
      <w:r>
        <w:t xml:space="preserve"> </w:t>
      </w:r>
      <w:proofErr w:type="spellStart"/>
      <w:r>
        <w:t>idrottandet</w:t>
      </w:r>
      <w:proofErr w:type="spellEnd"/>
      <w:r>
        <w:t>.</w:t>
      </w:r>
    </w:p>
    <w:p w14:paraId="3513C231" w14:textId="77777777" w:rsidR="001A4B20" w:rsidRDefault="001A4B20">
      <w:pPr>
        <w:pStyle w:val="Rubrik2"/>
      </w:pPr>
    </w:p>
    <w:p w14:paraId="4994A3E8" w14:textId="77777777" w:rsidR="00DC05CF" w:rsidRDefault="00DC05CF">
      <w:pPr>
        <w:pStyle w:val="Rubrik2"/>
      </w:pPr>
    </w:p>
    <w:p w14:paraId="7DCCA618" w14:textId="1C56D0CA" w:rsidR="00F914D5" w:rsidRDefault="00836543">
      <w:pPr>
        <w:pStyle w:val="Rubrik2"/>
      </w:pPr>
      <w:proofErr w:type="spellStart"/>
      <w:r>
        <w:t>Spelform</w:t>
      </w:r>
      <w:proofErr w:type="spellEnd"/>
      <w:r>
        <w:t xml:space="preserve"> och </w:t>
      </w:r>
      <w:proofErr w:type="spellStart"/>
      <w:r>
        <w:t>ålder</w:t>
      </w:r>
      <w:proofErr w:type="spellEnd"/>
    </w:p>
    <w:p w14:paraId="2F0CDADC" w14:textId="77777777" w:rsidR="00F914D5" w:rsidRDefault="00836543">
      <w:pPr>
        <w:pStyle w:val="Punktlista"/>
      </w:pPr>
      <w:r>
        <w:t xml:space="preserve">3 mot 3: 6–7 </w:t>
      </w:r>
      <w:proofErr w:type="spellStart"/>
      <w:r>
        <w:t>år</w:t>
      </w:r>
      <w:proofErr w:type="spellEnd"/>
    </w:p>
    <w:p w14:paraId="37DA22CD" w14:textId="77777777" w:rsidR="001A4B20" w:rsidRDefault="00836543" w:rsidP="001A4B20">
      <w:pPr>
        <w:pStyle w:val="Punktlista"/>
      </w:pPr>
      <w:r>
        <w:t xml:space="preserve">5 mot 5: 8–9 </w:t>
      </w:r>
      <w:proofErr w:type="spellStart"/>
      <w:r>
        <w:t>år</w:t>
      </w:r>
      <w:proofErr w:type="spellEnd"/>
    </w:p>
    <w:p w14:paraId="59433F84" w14:textId="69F00419" w:rsidR="00F914D5" w:rsidRDefault="00836543" w:rsidP="001A4B20">
      <w:pPr>
        <w:pStyle w:val="Punktlista"/>
      </w:pPr>
      <w:r>
        <w:t xml:space="preserve">7 mot 7: 10–12 </w:t>
      </w:r>
      <w:proofErr w:type="spellStart"/>
      <w:r>
        <w:t>år</w:t>
      </w:r>
      <w:proofErr w:type="spellEnd"/>
    </w:p>
    <w:p w14:paraId="03E88159" w14:textId="77777777" w:rsidR="00F914D5" w:rsidRDefault="00836543">
      <w:pPr>
        <w:pStyle w:val="Punktlista"/>
      </w:pPr>
      <w:r>
        <w:t xml:space="preserve">9 mot 9: 13–14 </w:t>
      </w:r>
      <w:proofErr w:type="spellStart"/>
      <w:r>
        <w:t>år</w:t>
      </w:r>
      <w:proofErr w:type="spellEnd"/>
    </w:p>
    <w:p w14:paraId="09B6F75F" w14:textId="77777777" w:rsidR="00F914D5" w:rsidRDefault="00836543">
      <w:pPr>
        <w:pStyle w:val="Punktlista"/>
      </w:pPr>
      <w:r>
        <w:t xml:space="preserve">11 mot 11: </w:t>
      </w:r>
      <w:proofErr w:type="spellStart"/>
      <w:r>
        <w:t>från</w:t>
      </w:r>
      <w:proofErr w:type="spellEnd"/>
      <w:r>
        <w:t xml:space="preserve"> 15 </w:t>
      </w:r>
      <w:proofErr w:type="spellStart"/>
      <w:r>
        <w:t>år</w:t>
      </w:r>
      <w:proofErr w:type="spellEnd"/>
      <w:r>
        <w:t xml:space="preserve"> och </w:t>
      </w:r>
      <w:proofErr w:type="spellStart"/>
      <w:r>
        <w:t>uppåt</w:t>
      </w:r>
      <w:proofErr w:type="spellEnd"/>
    </w:p>
    <w:p w14:paraId="4B3CA84A" w14:textId="77777777" w:rsidR="00F914D5" w:rsidRDefault="00836543">
      <w:pPr>
        <w:pStyle w:val="Rubrik2"/>
      </w:pPr>
      <w:proofErr w:type="spellStart"/>
      <w:r>
        <w:t>Riktlinjer</w:t>
      </w:r>
      <w:proofErr w:type="spellEnd"/>
      <w:r>
        <w:t xml:space="preserve"> för </w:t>
      </w:r>
      <w:proofErr w:type="spellStart"/>
      <w:r>
        <w:t>träning</w:t>
      </w:r>
      <w:proofErr w:type="spellEnd"/>
      <w:r>
        <w:t xml:space="preserve"> och match</w:t>
      </w:r>
    </w:p>
    <w:p w14:paraId="7111023C" w14:textId="77777777" w:rsidR="00F914D5" w:rsidRDefault="00836543">
      <w:proofErr w:type="spellStart"/>
      <w:r>
        <w:t>Träningen</w:t>
      </w:r>
      <w:proofErr w:type="spellEnd"/>
      <w:r>
        <w:t xml:space="preserve"> ska vara </w:t>
      </w:r>
      <w:proofErr w:type="spellStart"/>
      <w:r>
        <w:t>lekfull</w:t>
      </w:r>
      <w:proofErr w:type="spellEnd"/>
      <w:r>
        <w:t xml:space="preserve">, </w:t>
      </w:r>
      <w:proofErr w:type="spellStart"/>
      <w:r>
        <w:t>lärorik</w:t>
      </w:r>
      <w:proofErr w:type="spellEnd"/>
      <w:r>
        <w:t xml:space="preserve"> och </w:t>
      </w:r>
      <w:proofErr w:type="spellStart"/>
      <w:r>
        <w:t>utmanande</w:t>
      </w:r>
      <w:proofErr w:type="spellEnd"/>
      <w:r>
        <w:t xml:space="preserve">. Alla ska </w:t>
      </w:r>
      <w:proofErr w:type="spellStart"/>
      <w:r>
        <w:t>känna</w:t>
      </w:r>
      <w:proofErr w:type="spellEnd"/>
      <w:r>
        <w:t xml:space="preserve"> </w:t>
      </w:r>
      <w:proofErr w:type="spellStart"/>
      <w:r>
        <w:t>glädje</w:t>
      </w:r>
      <w:proofErr w:type="spellEnd"/>
      <w:r>
        <w:t xml:space="preserve"> och </w:t>
      </w:r>
      <w:proofErr w:type="spellStart"/>
      <w:r>
        <w:t>trygghet</w:t>
      </w:r>
      <w:proofErr w:type="spellEnd"/>
      <w:r>
        <w:t xml:space="preserve">. Under matcher </w:t>
      </w:r>
      <w:proofErr w:type="spellStart"/>
      <w:r>
        <w:t>får</w:t>
      </w:r>
      <w:proofErr w:type="spellEnd"/>
      <w:r>
        <w:t xml:space="preserve"> alla </w:t>
      </w:r>
      <w:proofErr w:type="spellStart"/>
      <w:r>
        <w:t>spela</w:t>
      </w:r>
      <w:proofErr w:type="spellEnd"/>
      <w:r>
        <w:t xml:space="preserve"> och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olika</w:t>
      </w:r>
      <w:proofErr w:type="spellEnd"/>
      <w:r>
        <w:t xml:space="preserve"> positioner. </w:t>
      </w:r>
      <w:proofErr w:type="spellStart"/>
      <w:r>
        <w:t>Resultatet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sekundärt</w:t>
      </w:r>
      <w:proofErr w:type="spellEnd"/>
      <w:r>
        <w:t xml:space="preserve"> – </w:t>
      </w:r>
      <w:proofErr w:type="spellStart"/>
      <w:r>
        <w:t>utvecklingen</w:t>
      </w:r>
      <w:proofErr w:type="spellEnd"/>
      <w:r>
        <w:t xml:space="preserve"> </w:t>
      </w:r>
      <w:proofErr w:type="spellStart"/>
      <w:r>
        <w:t>kommer</w:t>
      </w:r>
      <w:proofErr w:type="spellEnd"/>
      <w:r>
        <w:t xml:space="preserve"> </w:t>
      </w:r>
      <w:proofErr w:type="spellStart"/>
      <w:r>
        <w:t>först</w:t>
      </w:r>
      <w:proofErr w:type="spellEnd"/>
      <w:r>
        <w:t>.</w:t>
      </w:r>
    </w:p>
    <w:p w14:paraId="348FB275" w14:textId="77777777" w:rsidR="00F914D5" w:rsidRDefault="00836543">
      <w:pPr>
        <w:pStyle w:val="Rubrik2"/>
      </w:pPr>
      <w:proofErr w:type="spellStart"/>
      <w:r>
        <w:t>Spelarutbildningsplan</w:t>
      </w:r>
      <w:proofErr w:type="spellEnd"/>
    </w:p>
    <w:p w14:paraId="07BDF352" w14:textId="77777777" w:rsidR="00F914D5" w:rsidRDefault="00836543">
      <w:proofErr w:type="spellStart"/>
      <w:r>
        <w:t>Spelarutbildningen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Harlösa</w:t>
      </w:r>
      <w:proofErr w:type="spellEnd"/>
      <w:r>
        <w:t xml:space="preserve"> IF </w:t>
      </w:r>
      <w:proofErr w:type="spellStart"/>
      <w:r>
        <w:t>bygger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Svenska </w:t>
      </w:r>
      <w:proofErr w:type="spellStart"/>
      <w:r>
        <w:t>Fotbollförbundets</w:t>
      </w:r>
      <w:proofErr w:type="spellEnd"/>
      <w:r>
        <w:t xml:space="preserve"> </w:t>
      </w:r>
      <w:proofErr w:type="spellStart"/>
      <w:r>
        <w:t>riktlinjer</w:t>
      </w:r>
      <w:proofErr w:type="spellEnd"/>
      <w:r>
        <w:t xml:space="preserve"> för barn- och </w:t>
      </w:r>
      <w:proofErr w:type="spellStart"/>
      <w:r>
        <w:t>ungdomsfotboll</w:t>
      </w:r>
      <w:proofErr w:type="spellEnd"/>
      <w:r>
        <w:t xml:space="preserve">. </w:t>
      </w:r>
      <w:proofErr w:type="spellStart"/>
      <w:r>
        <w:t>Målet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varje</w:t>
      </w:r>
      <w:proofErr w:type="spellEnd"/>
      <w:r>
        <w:t xml:space="preserve"> </w:t>
      </w:r>
      <w:proofErr w:type="spellStart"/>
      <w:r>
        <w:t>spelare</w:t>
      </w:r>
      <w:proofErr w:type="spellEnd"/>
      <w:r>
        <w:t xml:space="preserve"> ska </w:t>
      </w:r>
      <w:proofErr w:type="spellStart"/>
      <w:r>
        <w:t>ges</w:t>
      </w:r>
      <w:proofErr w:type="spellEnd"/>
      <w:r>
        <w:t xml:space="preserve"> </w:t>
      </w:r>
      <w:proofErr w:type="spellStart"/>
      <w:r>
        <w:t>möjlighet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utvecklas</w:t>
      </w:r>
      <w:proofErr w:type="spellEnd"/>
      <w:r>
        <w:t xml:space="preserve"> </w:t>
      </w:r>
      <w:proofErr w:type="spellStart"/>
      <w:r>
        <w:t>utifrån</w:t>
      </w:r>
      <w:proofErr w:type="spellEnd"/>
      <w:r>
        <w:t xml:space="preserve"> </w:t>
      </w:r>
      <w:proofErr w:type="spellStart"/>
      <w:r>
        <w:t>sina</w:t>
      </w:r>
      <w:proofErr w:type="spellEnd"/>
      <w:r>
        <w:t xml:space="preserve"> </w:t>
      </w:r>
      <w:proofErr w:type="spellStart"/>
      <w:r>
        <w:t>egna</w:t>
      </w:r>
      <w:proofErr w:type="spellEnd"/>
      <w:r>
        <w:t xml:space="preserve"> </w:t>
      </w:r>
      <w:proofErr w:type="spellStart"/>
      <w:r>
        <w:t>förutsättningar</w:t>
      </w:r>
      <w:proofErr w:type="spellEnd"/>
      <w:r>
        <w:t xml:space="preserve"> – </w:t>
      </w:r>
      <w:proofErr w:type="spellStart"/>
      <w:r>
        <w:t>tekniskt</w:t>
      </w:r>
      <w:proofErr w:type="spellEnd"/>
      <w:r>
        <w:t xml:space="preserve">, </w:t>
      </w:r>
      <w:proofErr w:type="spellStart"/>
      <w:r>
        <w:t>taktiskt</w:t>
      </w:r>
      <w:proofErr w:type="spellEnd"/>
      <w:r>
        <w:t xml:space="preserve">, </w:t>
      </w:r>
      <w:proofErr w:type="spellStart"/>
      <w:r>
        <w:t>fysiskt</w:t>
      </w:r>
      <w:proofErr w:type="spellEnd"/>
      <w:r>
        <w:t xml:space="preserve"> och </w:t>
      </w:r>
      <w:proofErr w:type="spellStart"/>
      <w:r>
        <w:t>socialt</w:t>
      </w:r>
      <w:proofErr w:type="spellEnd"/>
      <w:r>
        <w:t xml:space="preserve">. Vi </w:t>
      </w:r>
      <w:proofErr w:type="spellStart"/>
      <w:r>
        <w:t>fokuserar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långsiktig</w:t>
      </w:r>
      <w:proofErr w:type="spellEnd"/>
      <w:r>
        <w:t xml:space="preserve"> </w:t>
      </w:r>
      <w:proofErr w:type="spellStart"/>
      <w:r>
        <w:t>utveckling</w:t>
      </w:r>
      <w:proofErr w:type="spellEnd"/>
      <w:r>
        <w:t xml:space="preserve"> </w:t>
      </w:r>
      <w:proofErr w:type="spellStart"/>
      <w:r>
        <w:t>snarare</w:t>
      </w:r>
      <w:proofErr w:type="spellEnd"/>
      <w:r>
        <w:t xml:space="preserve"> </w:t>
      </w:r>
      <w:proofErr w:type="spellStart"/>
      <w:r>
        <w:t>än</w:t>
      </w:r>
      <w:proofErr w:type="spellEnd"/>
      <w:r>
        <w:t xml:space="preserve"> </w:t>
      </w:r>
      <w:proofErr w:type="spellStart"/>
      <w:r>
        <w:t>kortsiktiga</w:t>
      </w:r>
      <w:proofErr w:type="spellEnd"/>
      <w:r>
        <w:t xml:space="preserve"> resultat.</w:t>
      </w:r>
    </w:p>
    <w:p w14:paraId="1D2C48D6" w14:textId="77777777" w:rsidR="00F914D5" w:rsidRDefault="00836543">
      <w:pPr>
        <w:pStyle w:val="Rubrik2"/>
      </w:pPr>
      <w:proofErr w:type="spellStart"/>
      <w:r>
        <w:t>Utveckling</w:t>
      </w:r>
      <w:proofErr w:type="spellEnd"/>
      <w:r>
        <w:t xml:space="preserve"> </w:t>
      </w:r>
      <w:proofErr w:type="spellStart"/>
      <w:r>
        <w:t>genom</w:t>
      </w:r>
      <w:proofErr w:type="spellEnd"/>
      <w:r>
        <w:t xml:space="preserve"> </w:t>
      </w:r>
      <w:proofErr w:type="spellStart"/>
      <w:r>
        <w:t>åldrarna</w:t>
      </w:r>
      <w:proofErr w:type="spellEnd"/>
    </w:p>
    <w:p w14:paraId="46F30E7C" w14:textId="77777777" w:rsidR="00F914D5" w:rsidRDefault="00836543">
      <w:pPr>
        <w:pStyle w:val="Punktlista"/>
      </w:pPr>
      <w:r>
        <w:t xml:space="preserve">4–5 </w:t>
      </w:r>
      <w:proofErr w:type="spellStart"/>
      <w:r>
        <w:t>år</w:t>
      </w:r>
      <w:proofErr w:type="spellEnd"/>
      <w:r>
        <w:t xml:space="preserve">: Leka och ha </w:t>
      </w:r>
      <w:proofErr w:type="spellStart"/>
      <w:r>
        <w:t>roligt</w:t>
      </w:r>
      <w:proofErr w:type="spellEnd"/>
      <w:r>
        <w:t xml:space="preserve"> med och </w:t>
      </w:r>
      <w:proofErr w:type="spellStart"/>
      <w:r>
        <w:t>utan</w:t>
      </w:r>
      <w:proofErr w:type="spellEnd"/>
      <w:r>
        <w:t xml:space="preserve"> boll.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det ska vara </w:t>
      </w:r>
      <w:proofErr w:type="spellStart"/>
      <w:r>
        <w:t>roligt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röra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sig.</w:t>
      </w:r>
    </w:p>
    <w:p w14:paraId="757F9598" w14:textId="77777777" w:rsidR="00F914D5" w:rsidRDefault="00836543">
      <w:pPr>
        <w:pStyle w:val="Punktlista"/>
      </w:pPr>
      <w:r>
        <w:t xml:space="preserve">6–7 </w:t>
      </w:r>
      <w:proofErr w:type="spellStart"/>
      <w:r>
        <w:t>år</w:t>
      </w:r>
      <w:proofErr w:type="spellEnd"/>
      <w:r>
        <w:t xml:space="preserve"> (3 mot 3): Barnen ska ha </w:t>
      </w:r>
      <w:proofErr w:type="spellStart"/>
      <w:r>
        <w:t>roligt</w:t>
      </w:r>
      <w:proofErr w:type="spellEnd"/>
      <w:r>
        <w:t xml:space="preserve"> och </w:t>
      </w:r>
      <w:proofErr w:type="spellStart"/>
      <w:r>
        <w:t>uppleva</w:t>
      </w:r>
      <w:proofErr w:type="spellEnd"/>
      <w:r>
        <w:t xml:space="preserve"> </w:t>
      </w:r>
      <w:proofErr w:type="spellStart"/>
      <w:r>
        <w:t>lagkänsla</w:t>
      </w:r>
      <w:proofErr w:type="spellEnd"/>
      <w:r>
        <w:t xml:space="preserve">. </w:t>
      </w:r>
      <w:proofErr w:type="spellStart"/>
      <w:r>
        <w:t>Fokus</w:t>
      </w:r>
      <w:proofErr w:type="spellEnd"/>
      <w:r>
        <w:t xml:space="preserve"> ligger mer </w:t>
      </w:r>
      <w:proofErr w:type="spellStart"/>
      <w:r>
        <w:t>på</w:t>
      </w:r>
      <w:proofErr w:type="spellEnd"/>
      <w:r>
        <w:t xml:space="preserve"> </w:t>
      </w:r>
      <w:proofErr w:type="spellStart"/>
      <w:r>
        <w:t>olika</w:t>
      </w:r>
      <w:proofErr w:type="spellEnd"/>
      <w:r>
        <w:t xml:space="preserve"> </w:t>
      </w:r>
      <w:proofErr w:type="spellStart"/>
      <w:r>
        <w:t>övningar</w:t>
      </w:r>
      <w:proofErr w:type="spellEnd"/>
      <w:r>
        <w:t xml:space="preserve"> med </w:t>
      </w:r>
      <w:proofErr w:type="spellStart"/>
      <w:r>
        <w:t>fotbollen</w:t>
      </w:r>
      <w:proofErr w:type="spellEnd"/>
      <w:r>
        <w:t xml:space="preserve">. </w:t>
      </w:r>
      <w:proofErr w:type="spellStart"/>
      <w:r>
        <w:t>Matchspel</w:t>
      </w:r>
      <w:proofErr w:type="spellEnd"/>
      <w:r>
        <w:t xml:space="preserve"> </w:t>
      </w:r>
      <w:proofErr w:type="spellStart"/>
      <w:r>
        <w:t>varvas</w:t>
      </w:r>
      <w:proofErr w:type="spellEnd"/>
      <w:r>
        <w:t xml:space="preserve"> med lek och </w:t>
      </w:r>
      <w:proofErr w:type="spellStart"/>
      <w:r>
        <w:t>bollövningar</w:t>
      </w:r>
      <w:proofErr w:type="spellEnd"/>
      <w:r>
        <w:t>.</w:t>
      </w:r>
    </w:p>
    <w:p w14:paraId="3A9ACD4C" w14:textId="77777777" w:rsidR="00F914D5" w:rsidRDefault="00836543">
      <w:pPr>
        <w:pStyle w:val="Punktlista"/>
      </w:pPr>
      <w:r>
        <w:t xml:space="preserve">8–9 </w:t>
      </w:r>
      <w:proofErr w:type="spellStart"/>
      <w:r>
        <w:t>år</w:t>
      </w:r>
      <w:proofErr w:type="spellEnd"/>
      <w:r>
        <w:t xml:space="preserve"> (5 mot 5): Grunder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bollkontroll</w:t>
      </w:r>
      <w:proofErr w:type="spellEnd"/>
      <w:r>
        <w:t xml:space="preserve">, </w:t>
      </w:r>
      <w:proofErr w:type="spellStart"/>
      <w:r>
        <w:t>passning</w:t>
      </w:r>
      <w:proofErr w:type="spellEnd"/>
      <w:r>
        <w:t xml:space="preserve"> och </w:t>
      </w:r>
      <w:proofErr w:type="spellStart"/>
      <w:r>
        <w:t>rörelse</w:t>
      </w:r>
      <w:proofErr w:type="spellEnd"/>
      <w:r>
        <w:t xml:space="preserve">. Alla </w:t>
      </w:r>
      <w:proofErr w:type="spellStart"/>
      <w:r>
        <w:t>provar</w:t>
      </w:r>
      <w:proofErr w:type="spellEnd"/>
      <w:r>
        <w:t xml:space="preserve"> </w:t>
      </w:r>
      <w:proofErr w:type="spellStart"/>
      <w:r>
        <w:t>olika</w:t>
      </w:r>
      <w:proofErr w:type="spellEnd"/>
      <w:r>
        <w:t xml:space="preserve"> positioner.</w:t>
      </w:r>
    </w:p>
    <w:p w14:paraId="5FC2B7CC" w14:textId="77777777" w:rsidR="00F914D5" w:rsidRDefault="00836543">
      <w:pPr>
        <w:pStyle w:val="Punktlista"/>
      </w:pPr>
      <w:r>
        <w:t xml:space="preserve">10–12 </w:t>
      </w:r>
      <w:proofErr w:type="spellStart"/>
      <w:r>
        <w:t>år</w:t>
      </w:r>
      <w:proofErr w:type="spellEnd"/>
      <w:r>
        <w:t xml:space="preserve"> (7 mot 7): </w:t>
      </w:r>
      <w:proofErr w:type="spellStart"/>
      <w:r>
        <w:t>Teknikträning</w:t>
      </w:r>
      <w:proofErr w:type="spellEnd"/>
      <w:r>
        <w:t xml:space="preserve">, </w:t>
      </w:r>
      <w:proofErr w:type="spellStart"/>
      <w:r>
        <w:t>spelförståelse</w:t>
      </w:r>
      <w:proofErr w:type="spellEnd"/>
      <w:r>
        <w:t xml:space="preserve"> och </w:t>
      </w:r>
      <w:proofErr w:type="spellStart"/>
      <w:r>
        <w:t>samarbete</w:t>
      </w:r>
      <w:proofErr w:type="spellEnd"/>
      <w:r>
        <w:t xml:space="preserve">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lära</w:t>
      </w:r>
      <w:proofErr w:type="spellEnd"/>
      <w:r>
        <w:t xml:space="preserve"> </w:t>
      </w:r>
      <w:proofErr w:type="spellStart"/>
      <w:r>
        <w:t>genom</w:t>
      </w:r>
      <w:proofErr w:type="spellEnd"/>
      <w:r>
        <w:t xml:space="preserve"> </w:t>
      </w:r>
      <w:proofErr w:type="spellStart"/>
      <w:r>
        <w:t>spel</w:t>
      </w:r>
      <w:proofErr w:type="spellEnd"/>
      <w:r>
        <w:t>.</w:t>
      </w:r>
    </w:p>
    <w:p w14:paraId="4C11E91F" w14:textId="77777777" w:rsidR="00F914D5" w:rsidRDefault="00836543">
      <w:pPr>
        <w:pStyle w:val="Punktlista"/>
      </w:pPr>
      <w:r>
        <w:t xml:space="preserve">13–14 </w:t>
      </w:r>
      <w:proofErr w:type="spellStart"/>
      <w:r>
        <w:t>år</w:t>
      </w:r>
      <w:proofErr w:type="spellEnd"/>
      <w:r>
        <w:t xml:space="preserve"> (9 mot 9): Mer </w:t>
      </w:r>
      <w:proofErr w:type="spellStart"/>
      <w:r>
        <w:t>strukturerad</w:t>
      </w:r>
      <w:proofErr w:type="spellEnd"/>
      <w:r>
        <w:t xml:space="preserve"> </w:t>
      </w:r>
      <w:proofErr w:type="spellStart"/>
      <w:r>
        <w:t>träning</w:t>
      </w:r>
      <w:proofErr w:type="spellEnd"/>
      <w:r>
        <w:t xml:space="preserve">. </w:t>
      </w:r>
      <w:proofErr w:type="spellStart"/>
      <w:r>
        <w:t>Utveckla</w:t>
      </w:r>
      <w:proofErr w:type="spellEnd"/>
      <w:r>
        <w:t xml:space="preserve"> </w:t>
      </w:r>
      <w:proofErr w:type="spellStart"/>
      <w:r>
        <w:t>taktik</w:t>
      </w:r>
      <w:proofErr w:type="spellEnd"/>
      <w:r>
        <w:t xml:space="preserve">, </w:t>
      </w:r>
      <w:proofErr w:type="spellStart"/>
      <w:r>
        <w:t>beslutsfattande</w:t>
      </w:r>
      <w:proofErr w:type="spellEnd"/>
      <w:r>
        <w:t xml:space="preserve"> och </w:t>
      </w:r>
      <w:proofErr w:type="spellStart"/>
      <w:r>
        <w:t>ansvar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planen</w:t>
      </w:r>
      <w:proofErr w:type="spellEnd"/>
      <w:r>
        <w:t>.</w:t>
      </w:r>
    </w:p>
    <w:p w14:paraId="66292632" w14:textId="77777777" w:rsidR="00F914D5" w:rsidRDefault="00836543">
      <w:pPr>
        <w:pStyle w:val="Punktlista"/>
      </w:pPr>
      <w:proofErr w:type="spellStart"/>
      <w:r>
        <w:t>Från</w:t>
      </w:r>
      <w:proofErr w:type="spellEnd"/>
      <w:r>
        <w:t xml:space="preserve"> 15 </w:t>
      </w:r>
      <w:proofErr w:type="spellStart"/>
      <w:r>
        <w:t>år</w:t>
      </w:r>
      <w:proofErr w:type="spellEnd"/>
      <w:r>
        <w:t xml:space="preserve"> (11 mot 11): </w:t>
      </w:r>
      <w:proofErr w:type="spellStart"/>
      <w:r>
        <w:t>Fördjupad</w:t>
      </w:r>
      <w:proofErr w:type="spellEnd"/>
      <w:r>
        <w:t xml:space="preserve"> </w:t>
      </w:r>
      <w:proofErr w:type="spellStart"/>
      <w:r>
        <w:t>förståelse</w:t>
      </w:r>
      <w:proofErr w:type="spellEnd"/>
      <w:r>
        <w:t xml:space="preserve"> för </w:t>
      </w:r>
      <w:proofErr w:type="spellStart"/>
      <w:r>
        <w:t>spelidé</w:t>
      </w:r>
      <w:proofErr w:type="spellEnd"/>
      <w:r>
        <w:t xml:space="preserve">, roll och prestation. </w:t>
      </w:r>
      <w:proofErr w:type="spellStart"/>
      <w:r>
        <w:t>Förbereda</w:t>
      </w:r>
      <w:proofErr w:type="spellEnd"/>
      <w:r>
        <w:t xml:space="preserve"> </w:t>
      </w:r>
      <w:proofErr w:type="spellStart"/>
      <w:r>
        <w:t>spelare</w:t>
      </w:r>
      <w:proofErr w:type="spellEnd"/>
      <w:r>
        <w:t xml:space="preserve"> för </w:t>
      </w:r>
      <w:proofErr w:type="spellStart"/>
      <w:r>
        <w:t>seniornivå</w:t>
      </w:r>
      <w:proofErr w:type="spellEnd"/>
      <w:r>
        <w:t>.</w:t>
      </w:r>
    </w:p>
    <w:p w14:paraId="53AB477F" w14:textId="77777777" w:rsidR="00F914D5" w:rsidRDefault="00836543">
      <w:pPr>
        <w:pStyle w:val="Rubrik1"/>
      </w:pPr>
      <w:proofErr w:type="spellStart"/>
      <w:r>
        <w:t>Principer</w:t>
      </w:r>
      <w:proofErr w:type="spellEnd"/>
      <w:r>
        <w:t xml:space="preserve"> för </w:t>
      </w:r>
      <w:proofErr w:type="spellStart"/>
      <w:r>
        <w:t>utbildningen</w:t>
      </w:r>
      <w:proofErr w:type="spellEnd"/>
    </w:p>
    <w:p w14:paraId="6CE2AC39" w14:textId="77777777" w:rsidR="00F914D5" w:rsidRDefault="00836543">
      <w:pPr>
        <w:pStyle w:val="Punktlista"/>
      </w:pPr>
      <w:proofErr w:type="spellStart"/>
      <w:r>
        <w:t>Spelarna</w:t>
      </w:r>
      <w:proofErr w:type="spellEnd"/>
      <w:r>
        <w:t xml:space="preserve"> ska </w:t>
      </w:r>
      <w:proofErr w:type="spellStart"/>
      <w:r>
        <w:t>känna</w:t>
      </w:r>
      <w:proofErr w:type="spellEnd"/>
      <w:r>
        <w:t xml:space="preserve"> </w:t>
      </w:r>
      <w:proofErr w:type="spellStart"/>
      <w:r>
        <w:t>trygghet</w:t>
      </w:r>
      <w:proofErr w:type="spellEnd"/>
      <w:r>
        <w:t xml:space="preserve">, </w:t>
      </w:r>
      <w:proofErr w:type="spellStart"/>
      <w:r>
        <w:t>glädje</w:t>
      </w:r>
      <w:proofErr w:type="spellEnd"/>
      <w:r>
        <w:t xml:space="preserve"> och </w:t>
      </w:r>
      <w:proofErr w:type="spellStart"/>
      <w:r>
        <w:t>delaktighet</w:t>
      </w:r>
      <w:proofErr w:type="spellEnd"/>
      <w:r>
        <w:t>.</w:t>
      </w:r>
    </w:p>
    <w:p w14:paraId="4EF605C9" w14:textId="77777777" w:rsidR="00F914D5" w:rsidRDefault="00836543">
      <w:pPr>
        <w:pStyle w:val="Punktlista"/>
      </w:pPr>
      <w:proofErr w:type="spellStart"/>
      <w:r>
        <w:t>Träningen</w:t>
      </w:r>
      <w:proofErr w:type="spellEnd"/>
      <w:r>
        <w:t xml:space="preserve"> ska vara </w:t>
      </w:r>
      <w:proofErr w:type="spellStart"/>
      <w:r>
        <w:t>varierad</w:t>
      </w:r>
      <w:proofErr w:type="spellEnd"/>
      <w:r>
        <w:t xml:space="preserve"> och </w:t>
      </w:r>
      <w:proofErr w:type="spellStart"/>
      <w:r>
        <w:t>anpassad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spelarnas</w:t>
      </w:r>
      <w:proofErr w:type="spellEnd"/>
      <w:r>
        <w:t xml:space="preserve"> </w:t>
      </w:r>
      <w:proofErr w:type="spellStart"/>
      <w:r>
        <w:t>mognad</w:t>
      </w:r>
      <w:proofErr w:type="spellEnd"/>
      <w:r>
        <w:t>.</w:t>
      </w:r>
    </w:p>
    <w:p w14:paraId="4F48CC41" w14:textId="77777777" w:rsidR="00F914D5" w:rsidRDefault="00836543">
      <w:pPr>
        <w:pStyle w:val="Punktlista"/>
      </w:pPr>
      <w:proofErr w:type="spellStart"/>
      <w:r>
        <w:t>Ledarna</w:t>
      </w:r>
      <w:proofErr w:type="spellEnd"/>
      <w:r>
        <w:t xml:space="preserve"> </w:t>
      </w:r>
      <w:proofErr w:type="spellStart"/>
      <w:r>
        <w:t>uppmuntrar</w:t>
      </w:r>
      <w:proofErr w:type="spellEnd"/>
      <w:r>
        <w:t xml:space="preserve"> till </w:t>
      </w:r>
      <w:proofErr w:type="spellStart"/>
      <w:r>
        <w:t>kreativitet</w:t>
      </w:r>
      <w:proofErr w:type="spellEnd"/>
      <w:r>
        <w:t xml:space="preserve"> och </w:t>
      </w:r>
      <w:proofErr w:type="spellStart"/>
      <w:r>
        <w:t>egna</w:t>
      </w:r>
      <w:proofErr w:type="spellEnd"/>
      <w:r>
        <w:t xml:space="preserve"> </w:t>
      </w:r>
      <w:proofErr w:type="spellStart"/>
      <w:r>
        <w:t>initiativ</w:t>
      </w:r>
      <w:proofErr w:type="spellEnd"/>
      <w:r>
        <w:t>.</w:t>
      </w:r>
    </w:p>
    <w:p w14:paraId="36D0CA75" w14:textId="77777777" w:rsidR="00F914D5" w:rsidRDefault="00836543">
      <w:pPr>
        <w:pStyle w:val="Punktlista"/>
      </w:pPr>
      <w:proofErr w:type="spellStart"/>
      <w:r>
        <w:t>Spelarna</w:t>
      </w:r>
      <w:proofErr w:type="spellEnd"/>
      <w:r>
        <w:t xml:space="preserve"> ska </w:t>
      </w:r>
      <w:proofErr w:type="spellStart"/>
      <w:r>
        <w:t>uppleva</w:t>
      </w:r>
      <w:proofErr w:type="spellEnd"/>
      <w:r>
        <w:t xml:space="preserve"> </w:t>
      </w:r>
      <w:proofErr w:type="spellStart"/>
      <w:r>
        <w:t>framsteg</w:t>
      </w:r>
      <w:proofErr w:type="spellEnd"/>
      <w:r>
        <w:t xml:space="preserve"> – </w:t>
      </w:r>
      <w:proofErr w:type="spellStart"/>
      <w:r>
        <w:t>oavsett</w:t>
      </w:r>
      <w:proofErr w:type="spellEnd"/>
      <w:r>
        <w:t xml:space="preserve"> </w:t>
      </w:r>
      <w:proofErr w:type="spellStart"/>
      <w:r>
        <w:t>nivå</w:t>
      </w:r>
      <w:proofErr w:type="spellEnd"/>
      <w:r>
        <w:t>.</w:t>
      </w:r>
    </w:p>
    <w:p w14:paraId="02F3B31D" w14:textId="77777777" w:rsidR="00F914D5" w:rsidRDefault="00836543">
      <w:pPr>
        <w:pStyle w:val="Punktlista"/>
      </w:pPr>
      <w:r>
        <w:t xml:space="preserve">Alla ska </w:t>
      </w:r>
      <w:proofErr w:type="spellStart"/>
      <w:r>
        <w:t>få</w:t>
      </w:r>
      <w:proofErr w:type="spellEnd"/>
      <w:r>
        <w:t xml:space="preserve"> </w:t>
      </w:r>
      <w:proofErr w:type="spellStart"/>
      <w:r>
        <w:t>lika</w:t>
      </w:r>
      <w:proofErr w:type="spellEnd"/>
      <w:r>
        <w:t xml:space="preserve"> </w:t>
      </w:r>
      <w:proofErr w:type="spellStart"/>
      <w:r>
        <w:t>möjlighet</w:t>
      </w:r>
      <w:proofErr w:type="spellEnd"/>
      <w:r>
        <w:t xml:space="preserve"> till </w:t>
      </w:r>
      <w:proofErr w:type="spellStart"/>
      <w:r>
        <w:t>speltid</w:t>
      </w:r>
      <w:proofErr w:type="spellEnd"/>
      <w:r>
        <w:t xml:space="preserve"> och </w:t>
      </w:r>
      <w:proofErr w:type="spellStart"/>
      <w:r>
        <w:t>utveckling</w:t>
      </w:r>
      <w:proofErr w:type="spellEnd"/>
      <w:r>
        <w:t>.</w:t>
      </w:r>
    </w:p>
    <w:p w14:paraId="5A2B1362" w14:textId="77777777" w:rsidR="00F914D5" w:rsidRDefault="00836543">
      <w:pPr>
        <w:pStyle w:val="Rubrik1"/>
      </w:pPr>
      <w:proofErr w:type="spellStart"/>
      <w:r>
        <w:t>Samarbete</w:t>
      </w:r>
      <w:proofErr w:type="spellEnd"/>
      <w:r>
        <w:t xml:space="preserve"> och </w:t>
      </w:r>
      <w:proofErr w:type="spellStart"/>
      <w:r>
        <w:t>kommunikation</w:t>
      </w:r>
      <w:proofErr w:type="spellEnd"/>
    </w:p>
    <w:p w14:paraId="41938B1E" w14:textId="77777777" w:rsidR="00F914D5" w:rsidRDefault="00836543">
      <w:r>
        <w:t xml:space="preserve">För </w:t>
      </w:r>
      <w:proofErr w:type="spellStart"/>
      <w:r>
        <w:t>att</w:t>
      </w:r>
      <w:proofErr w:type="spellEnd"/>
      <w:r>
        <w:t xml:space="preserve"> </w:t>
      </w:r>
      <w:proofErr w:type="spellStart"/>
      <w:r>
        <w:t>skapa</w:t>
      </w:r>
      <w:proofErr w:type="spellEnd"/>
      <w:r>
        <w:t xml:space="preserve"> </w:t>
      </w:r>
      <w:proofErr w:type="spellStart"/>
      <w:r>
        <w:t>bästa</w:t>
      </w:r>
      <w:proofErr w:type="spellEnd"/>
      <w:r>
        <w:t xml:space="preserve"> </w:t>
      </w:r>
      <w:proofErr w:type="spellStart"/>
      <w:r>
        <w:t>möjliga</w:t>
      </w:r>
      <w:proofErr w:type="spellEnd"/>
      <w:r>
        <w:t xml:space="preserve"> </w:t>
      </w:r>
      <w:proofErr w:type="spellStart"/>
      <w:r>
        <w:t>utvecklingsmiljö</w:t>
      </w:r>
      <w:proofErr w:type="spellEnd"/>
      <w:r>
        <w:t xml:space="preserve"> </w:t>
      </w:r>
      <w:proofErr w:type="spellStart"/>
      <w:r>
        <w:t>uppmuntrar</w:t>
      </w:r>
      <w:proofErr w:type="spellEnd"/>
      <w:r>
        <w:t xml:space="preserve"> vi </w:t>
      </w:r>
      <w:proofErr w:type="spellStart"/>
      <w:r>
        <w:t>samarbete</w:t>
      </w:r>
      <w:proofErr w:type="spellEnd"/>
      <w:r>
        <w:t xml:space="preserve"> </w:t>
      </w:r>
      <w:proofErr w:type="spellStart"/>
      <w:r>
        <w:t>mellan</w:t>
      </w:r>
      <w:proofErr w:type="spellEnd"/>
      <w:r>
        <w:t xml:space="preserve"> </w:t>
      </w:r>
      <w:proofErr w:type="spellStart"/>
      <w:r>
        <w:t>åldersgrupper</w:t>
      </w:r>
      <w:proofErr w:type="spellEnd"/>
      <w:r>
        <w:t xml:space="preserve"> och lag.</w:t>
      </w:r>
    </w:p>
    <w:p w14:paraId="2DEDC024" w14:textId="77777777" w:rsidR="00DC05CF" w:rsidRDefault="00DC05CF">
      <w:pPr>
        <w:pStyle w:val="Rubrik1"/>
      </w:pPr>
    </w:p>
    <w:p w14:paraId="544CD9AF" w14:textId="6660E2E8" w:rsidR="00F914D5" w:rsidRDefault="00836543">
      <w:pPr>
        <w:pStyle w:val="Rubrik1"/>
      </w:pPr>
      <w:proofErr w:type="spellStart"/>
      <w:r>
        <w:t>Trygghet</w:t>
      </w:r>
      <w:proofErr w:type="spellEnd"/>
      <w:r>
        <w:t xml:space="preserve"> och </w:t>
      </w:r>
      <w:proofErr w:type="spellStart"/>
      <w:r>
        <w:t>inkludering</w:t>
      </w:r>
      <w:proofErr w:type="spellEnd"/>
    </w:p>
    <w:p w14:paraId="2347FBF9" w14:textId="77777777" w:rsidR="00F914D5" w:rsidRDefault="00836543">
      <w:proofErr w:type="spellStart"/>
      <w:r>
        <w:t>Harlösa</w:t>
      </w:r>
      <w:proofErr w:type="spellEnd"/>
      <w:r>
        <w:t xml:space="preserve"> IF </w:t>
      </w:r>
      <w:proofErr w:type="spellStart"/>
      <w:r>
        <w:t>arbetar</w:t>
      </w:r>
      <w:proofErr w:type="spellEnd"/>
      <w:r>
        <w:t xml:space="preserve"> </w:t>
      </w:r>
      <w:proofErr w:type="spellStart"/>
      <w:r>
        <w:t>aktivt</w:t>
      </w:r>
      <w:proofErr w:type="spellEnd"/>
      <w:r>
        <w:t xml:space="preserve"> för </w:t>
      </w:r>
      <w:proofErr w:type="spellStart"/>
      <w:r>
        <w:t>att</w:t>
      </w:r>
      <w:proofErr w:type="spellEnd"/>
      <w:r>
        <w:t xml:space="preserve"> </w:t>
      </w:r>
      <w:proofErr w:type="spellStart"/>
      <w:r>
        <w:t>förebygga</w:t>
      </w:r>
      <w:proofErr w:type="spellEnd"/>
      <w:r>
        <w:t xml:space="preserve"> </w:t>
      </w:r>
      <w:proofErr w:type="spellStart"/>
      <w:r>
        <w:t>mobbning</w:t>
      </w:r>
      <w:proofErr w:type="spellEnd"/>
      <w:r>
        <w:t xml:space="preserve">, </w:t>
      </w:r>
      <w:proofErr w:type="spellStart"/>
      <w:r>
        <w:t>kränkningar</w:t>
      </w:r>
      <w:proofErr w:type="spellEnd"/>
      <w:r>
        <w:t xml:space="preserve"> och </w:t>
      </w:r>
      <w:proofErr w:type="spellStart"/>
      <w:r>
        <w:t>våld</w:t>
      </w:r>
      <w:proofErr w:type="spellEnd"/>
      <w:r>
        <w:t xml:space="preserve">. Vi </w:t>
      </w:r>
      <w:proofErr w:type="spellStart"/>
      <w:r>
        <w:t>följer</w:t>
      </w:r>
      <w:proofErr w:type="spellEnd"/>
      <w:r>
        <w:t xml:space="preserve"> </w:t>
      </w:r>
      <w:proofErr w:type="spellStart"/>
      <w:r>
        <w:t>barnkonventionen</w:t>
      </w:r>
      <w:proofErr w:type="spellEnd"/>
      <w:r>
        <w:t xml:space="preserve"> och </w:t>
      </w:r>
      <w:proofErr w:type="spellStart"/>
      <w:r>
        <w:t>agerar</w:t>
      </w:r>
      <w:proofErr w:type="spellEnd"/>
      <w:r>
        <w:t xml:space="preserve"> </w:t>
      </w:r>
      <w:proofErr w:type="spellStart"/>
      <w:r>
        <w:t>alltid</w:t>
      </w:r>
      <w:proofErr w:type="spellEnd"/>
      <w:r>
        <w:t xml:space="preserve"> </w:t>
      </w:r>
      <w:proofErr w:type="spellStart"/>
      <w:r>
        <w:t>utifrån</w:t>
      </w:r>
      <w:proofErr w:type="spellEnd"/>
      <w:r>
        <w:t xml:space="preserve"> </w:t>
      </w:r>
      <w:proofErr w:type="spellStart"/>
      <w:r>
        <w:t>barnets</w:t>
      </w:r>
      <w:proofErr w:type="spellEnd"/>
      <w:r>
        <w:t xml:space="preserve"> </w:t>
      </w:r>
      <w:proofErr w:type="spellStart"/>
      <w:r>
        <w:t>bästa</w:t>
      </w:r>
      <w:proofErr w:type="spellEnd"/>
      <w:r>
        <w:t xml:space="preserve">. Alla </w:t>
      </w:r>
      <w:proofErr w:type="spellStart"/>
      <w:r>
        <w:t>vuxna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föreningen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ansvar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agera</w:t>
      </w:r>
      <w:proofErr w:type="spellEnd"/>
      <w:r>
        <w:t xml:space="preserve"> om </w:t>
      </w:r>
      <w:proofErr w:type="spellStart"/>
      <w:r>
        <w:t>något</w:t>
      </w:r>
      <w:proofErr w:type="spellEnd"/>
      <w:r>
        <w:t xml:space="preserve"> </w:t>
      </w:r>
      <w:proofErr w:type="spellStart"/>
      <w:r>
        <w:t>händer</w:t>
      </w:r>
      <w:proofErr w:type="spellEnd"/>
      <w:r>
        <w:t>.</w:t>
      </w:r>
    </w:p>
    <w:p w14:paraId="0F74CBE8" w14:textId="77777777" w:rsidR="00CE5B20" w:rsidRDefault="00CE5B20">
      <w:pPr>
        <w:pStyle w:val="Rubrik2"/>
      </w:pPr>
    </w:p>
    <w:p w14:paraId="1B9A3A6E" w14:textId="67D91E85" w:rsidR="00F914D5" w:rsidRDefault="00836543">
      <w:pPr>
        <w:pStyle w:val="Rubrik2"/>
      </w:pPr>
      <w:proofErr w:type="spellStart"/>
      <w:r>
        <w:t>Åtgärdstrappa</w:t>
      </w:r>
      <w:proofErr w:type="spellEnd"/>
    </w:p>
    <w:p w14:paraId="1E9C28E2" w14:textId="0EBF32DD" w:rsidR="00CE5B20" w:rsidRDefault="00836543" w:rsidP="00CE5B20">
      <w:r>
        <w:t xml:space="preserve">Vid </w:t>
      </w:r>
      <w:proofErr w:type="spellStart"/>
      <w:r>
        <w:t>händelser</w:t>
      </w:r>
      <w:proofErr w:type="spellEnd"/>
      <w:r>
        <w:t xml:space="preserve"> av hot, </w:t>
      </w:r>
      <w:proofErr w:type="spellStart"/>
      <w:r>
        <w:t>våld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kränkningar</w:t>
      </w:r>
      <w:proofErr w:type="spellEnd"/>
      <w:r>
        <w:t xml:space="preserve"> </w:t>
      </w:r>
      <w:proofErr w:type="spellStart"/>
      <w:r>
        <w:t>följer</w:t>
      </w:r>
      <w:proofErr w:type="spellEnd"/>
      <w:r>
        <w:t xml:space="preserve"> vi </w:t>
      </w:r>
      <w:proofErr w:type="spellStart"/>
      <w:r>
        <w:t>en</w:t>
      </w:r>
      <w:proofErr w:type="spellEnd"/>
      <w:r>
        <w:t xml:space="preserve"> </w:t>
      </w:r>
      <w:proofErr w:type="spellStart"/>
      <w:r>
        <w:t>tydlig</w:t>
      </w:r>
      <w:proofErr w:type="spellEnd"/>
      <w:r>
        <w:t xml:space="preserve"> process:</w:t>
      </w:r>
    </w:p>
    <w:p w14:paraId="18535A98" w14:textId="01107FFE" w:rsidR="00F914D5" w:rsidRDefault="00836543" w:rsidP="00CE5B20">
      <w:pPr>
        <w:pStyle w:val="Numreradlista"/>
      </w:pPr>
      <w:proofErr w:type="spellStart"/>
      <w:r>
        <w:t>Agera</w:t>
      </w:r>
      <w:proofErr w:type="spellEnd"/>
      <w:r>
        <w:t xml:space="preserve"> </w:t>
      </w:r>
      <w:proofErr w:type="spellStart"/>
      <w:r>
        <w:t>direkt</w:t>
      </w:r>
      <w:proofErr w:type="spellEnd"/>
      <w:r>
        <w:t xml:space="preserve"> – </w:t>
      </w:r>
      <w:proofErr w:type="spellStart"/>
      <w:r>
        <w:t>markera</w:t>
      </w:r>
      <w:proofErr w:type="spellEnd"/>
      <w:r>
        <w:t xml:space="preserve"> och </w:t>
      </w:r>
      <w:proofErr w:type="spellStart"/>
      <w:r>
        <w:t>stoppa</w:t>
      </w:r>
      <w:proofErr w:type="spellEnd"/>
      <w:r>
        <w:t xml:space="preserve"> </w:t>
      </w:r>
      <w:proofErr w:type="spellStart"/>
      <w:r>
        <w:t>beteendet</w:t>
      </w:r>
      <w:proofErr w:type="spellEnd"/>
      <w:r>
        <w:t>.</w:t>
      </w:r>
    </w:p>
    <w:p w14:paraId="50C7468B" w14:textId="77777777" w:rsidR="00F914D5" w:rsidRDefault="00836543">
      <w:pPr>
        <w:pStyle w:val="Numreradlista"/>
      </w:pPr>
      <w:proofErr w:type="spellStart"/>
      <w:r>
        <w:t>Informera</w:t>
      </w:r>
      <w:proofErr w:type="spellEnd"/>
      <w:r>
        <w:t xml:space="preserve"> </w:t>
      </w:r>
      <w:proofErr w:type="spellStart"/>
      <w:r>
        <w:t>vårdnadshavare</w:t>
      </w:r>
      <w:proofErr w:type="spellEnd"/>
      <w:r>
        <w:t xml:space="preserve"> och </w:t>
      </w:r>
      <w:proofErr w:type="spellStart"/>
      <w:r>
        <w:t>ungdomsansvarig</w:t>
      </w:r>
      <w:proofErr w:type="spellEnd"/>
      <w:r>
        <w:t>.</w:t>
      </w:r>
    </w:p>
    <w:p w14:paraId="07EA2DB9" w14:textId="77777777" w:rsidR="00F914D5" w:rsidRDefault="00836543">
      <w:pPr>
        <w:pStyle w:val="Numreradlista"/>
      </w:pPr>
      <w:proofErr w:type="spellStart"/>
      <w:r>
        <w:t>Upprätta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handlingsplan</w:t>
      </w:r>
      <w:proofErr w:type="spellEnd"/>
      <w:r>
        <w:t xml:space="preserve"> </w:t>
      </w:r>
      <w:proofErr w:type="spellStart"/>
      <w:r>
        <w:t>tillsammans</w:t>
      </w:r>
      <w:proofErr w:type="spellEnd"/>
      <w:r>
        <w:t xml:space="preserve"> med </w:t>
      </w:r>
      <w:proofErr w:type="spellStart"/>
      <w:r>
        <w:t>styrelsen</w:t>
      </w:r>
      <w:proofErr w:type="spellEnd"/>
      <w:r>
        <w:t>.</w:t>
      </w:r>
    </w:p>
    <w:p w14:paraId="3DE8C2E9" w14:textId="77777777" w:rsidR="00F914D5" w:rsidRDefault="00836543">
      <w:pPr>
        <w:pStyle w:val="Numreradlista"/>
      </w:pPr>
      <w:proofErr w:type="spellStart"/>
      <w:r>
        <w:t>Följ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och </w:t>
      </w:r>
      <w:proofErr w:type="spellStart"/>
      <w:r>
        <w:t>återkoppla</w:t>
      </w:r>
      <w:proofErr w:type="spellEnd"/>
      <w:r>
        <w:t xml:space="preserve"> till </w:t>
      </w:r>
      <w:proofErr w:type="spellStart"/>
      <w:r>
        <w:t>berörda</w:t>
      </w:r>
      <w:proofErr w:type="spellEnd"/>
      <w:r>
        <w:t xml:space="preserve"> parter.</w:t>
      </w:r>
    </w:p>
    <w:p w14:paraId="258A4108" w14:textId="77777777" w:rsidR="00F914D5" w:rsidRDefault="00836543">
      <w:pPr>
        <w:pStyle w:val="Rubrik1"/>
      </w:pPr>
      <w:proofErr w:type="spellStart"/>
      <w:r>
        <w:t>Avslutning</w:t>
      </w:r>
      <w:proofErr w:type="spellEnd"/>
    </w:p>
    <w:p w14:paraId="43EDA852" w14:textId="77777777" w:rsidR="00F914D5" w:rsidRDefault="00836543">
      <w:r>
        <w:t xml:space="preserve">Den </w:t>
      </w:r>
      <w:proofErr w:type="spellStart"/>
      <w:r>
        <w:t>Röda</w:t>
      </w:r>
      <w:proofErr w:type="spellEnd"/>
      <w:r>
        <w:t xml:space="preserve"> </w:t>
      </w:r>
      <w:proofErr w:type="spellStart"/>
      <w:r>
        <w:t>tråden</w:t>
      </w:r>
      <w:proofErr w:type="spellEnd"/>
      <w:r>
        <w:t xml:space="preserve"> </w:t>
      </w:r>
      <w:proofErr w:type="spellStart"/>
      <w:r>
        <w:t>speglar</w:t>
      </w:r>
      <w:proofErr w:type="spellEnd"/>
      <w:r>
        <w:t xml:space="preserve"> </w:t>
      </w:r>
      <w:proofErr w:type="spellStart"/>
      <w:r>
        <w:t>Harlösa</w:t>
      </w:r>
      <w:proofErr w:type="spellEnd"/>
      <w:r>
        <w:t xml:space="preserve"> </w:t>
      </w:r>
      <w:proofErr w:type="gramStart"/>
      <w:r>
        <w:t>IF:s</w:t>
      </w:r>
      <w:proofErr w:type="gramEnd"/>
      <w:r>
        <w:t xml:space="preserve"> </w:t>
      </w:r>
      <w:proofErr w:type="spellStart"/>
      <w:r>
        <w:t>hjärta</w:t>
      </w:r>
      <w:proofErr w:type="spellEnd"/>
      <w:r>
        <w:t xml:space="preserve"> och ska </w:t>
      </w:r>
      <w:proofErr w:type="spellStart"/>
      <w:r>
        <w:t>vägleda</w:t>
      </w:r>
      <w:proofErr w:type="spellEnd"/>
      <w:r>
        <w:t xml:space="preserve"> </w:t>
      </w:r>
      <w:proofErr w:type="spellStart"/>
      <w:r>
        <w:t>oss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vardagen</w:t>
      </w:r>
      <w:proofErr w:type="spellEnd"/>
      <w:r>
        <w:t xml:space="preserve"> – </w:t>
      </w:r>
      <w:proofErr w:type="spellStart"/>
      <w:r>
        <w:t>på</w:t>
      </w:r>
      <w:proofErr w:type="spellEnd"/>
      <w:r>
        <w:t xml:space="preserve"> </w:t>
      </w:r>
      <w:proofErr w:type="spellStart"/>
      <w:r>
        <w:t>planen</w:t>
      </w:r>
      <w:proofErr w:type="spellEnd"/>
      <w:r>
        <w:t xml:space="preserve">, vid </w:t>
      </w:r>
      <w:proofErr w:type="spellStart"/>
      <w:r>
        <w:t>sidan</w:t>
      </w:r>
      <w:proofErr w:type="spellEnd"/>
      <w:r>
        <w:t xml:space="preserve"> av </w:t>
      </w:r>
      <w:proofErr w:type="spellStart"/>
      <w:r>
        <w:t>planen</w:t>
      </w:r>
      <w:proofErr w:type="spellEnd"/>
      <w:r>
        <w:t xml:space="preserve"> och </w:t>
      </w:r>
      <w:proofErr w:type="spellStart"/>
      <w:r>
        <w:t>i</w:t>
      </w:r>
      <w:proofErr w:type="spellEnd"/>
      <w:r>
        <w:t xml:space="preserve"> alla </w:t>
      </w:r>
      <w:proofErr w:type="spellStart"/>
      <w:r>
        <w:t>våra</w:t>
      </w:r>
      <w:proofErr w:type="spellEnd"/>
      <w:r>
        <w:t xml:space="preserve"> </w:t>
      </w:r>
      <w:proofErr w:type="spellStart"/>
      <w:r>
        <w:t>möten</w:t>
      </w:r>
      <w:proofErr w:type="spellEnd"/>
      <w:r>
        <w:t xml:space="preserve">. Det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levande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som </w:t>
      </w:r>
      <w:proofErr w:type="spellStart"/>
      <w:r>
        <w:t>utvecklas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takt med </w:t>
      </w:r>
      <w:proofErr w:type="spellStart"/>
      <w:r>
        <w:t>att</w:t>
      </w:r>
      <w:proofErr w:type="spellEnd"/>
      <w:r>
        <w:t xml:space="preserve"> </w:t>
      </w:r>
      <w:proofErr w:type="spellStart"/>
      <w:r>
        <w:t>föreningen</w:t>
      </w:r>
      <w:proofErr w:type="spellEnd"/>
      <w:r>
        <w:t xml:space="preserve"> </w:t>
      </w:r>
      <w:proofErr w:type="spellStart"/>
      <w:r>
        <w:t>växer</w:t>
      </w:r>
      <w:proofErr w:type="spellEnd"/>
      <w:r>
        <w:t xml:space="preserve"> och formas av </w:t>
      </w:r>
      <w:proofErr w:type="spellStart"/>
      <w:r>
        <w:t>sina</w:t>
      </w:r>
      <w:proofErr w:type="spellEnd"/>
      <w:r>
        <w:t xml:space="preserve"> </w:t>
      </w:r>
      <w:proofErr w:type="spellStart"/>
      <w:r>
        <w:t>medlemmar</w:t>
      </w:r>
      <w:proofErr w:type="spellEnd"/>
      <w:r>
        <w:t>.</w:t>
      </w:r>
    </w:p>
    <w:p w14:paraId="0F5F3885" w14:textId="038FF92A" w:rsidR="00F914D5" w:rsidRDefault="00836543">
      <w:proofErr w:type="spellStart"/>
      <w:r>
        <w:t>Tillsammans</w:t>
      </w:r>
      <w:proofErr w:type="spellEnd"/>
      <w:r>
        <w:t xml:space="preserve"> </w:t>
      </w:r>
      <w:proofErr w:type="spellStart"/>
      <w:r>
        <w:t>skapar</w:t>
      </w:r>
      <w:proofErr w:type="spellEnd"/>
      <w:r>
        <w:t xml:space="preserve"> vi </w:t>
      </w:r>
      <w:proofErr w:type="spellStart"/>
      <w:r>
        <w:t>framtidens</w:t>
      </w:r>
      <w:proofErr w:type="spellEnd"/>
      <w:r>
        <w:t xml:space="preserve"> </w:t>
      </w:r>
      <w:proofErr w:type="spellStart"/>
      <w:r>
        <w:t>Harlösa</w:t>
      </w:r>
      <w:proofErr w:type="spellEnd"/>
      <w:r>
        <w:t xml:space="preserve"> IF – </w:t>
      </w:r>
      <w:proofErr w:type="spellStart"/>
      <w:r w:rsidR="00CE5B20" w:rsidRPr="00CE5B20">
        <w:rPr>
          <w:b/>
          <w:bCs/>
        </w:rPr>
        <w:t>G</w:t>
      </w:r>
      <w:r w:rsidRPr="00CE5B20">
        <w:rPr>
          <w:b/>
          <w:bCs/>
        </w:rPr>
        <w:t>lädje</w:t>
      </w:r>
      <w:proofErr w:type="spellEnd"/>
      <w:r w:rsidRPr="00CE5B20">
        <w:rPr>
          <w:b/>
          <w:bCs/>
        </w:rPr>
        <w:t xml:space="preserve">, </w:t>
      </w:r>
      <w:proofErr w:type="spellStart"/>
      <w:r w:rsidRPr="00CE5B20">
        <w:rPr>
          <w:b/>
          <w:bCs/>
        </w:rPr>
        <w:t>tillsammans</w:t>
      </w:r>
      <w:proofErr w:type="spellEnd"/>
      <w:r w:rsidRPr="00CE5B20">
        <w:rPr>
          <w:b/>
          <w:bCs/>
        </w:rPr>
        <w:t xml:space="preserve"> och </w:t>
      </w:r>
      <w:proofErr w:type="spellStart"/>
      <w:r w:rsidRPr="00CE5B20">
        <w:rPr>
          <w:b/>
          <w:bCs/>
        </w:rPr>
        <w:t>respekt</w:t>
      </w:r>
      <w:proofErr w:type="spellEnd"/>
      <w:r w:rsidRPr="00CE5B20">
        <w:rPr>
          <w:b/>
          <w:bCs/>
        </w:rPr>
        <w:t xml:space="preserve"> som </w:t>
      </w:r>
      <w:proofErr w:type="spellStart"/>
      <w:r w:rsidRPr="00CE5B20">
        <w:rPr>
          <w:b/>
          <w:bCs/>
        </w:rPr>
        <w:t>vår</w:t>
      </w:r>
      <w:proofErr w:type="spellEnd"/>
      <w:r w:rsidRPr="00CE5B20">
        <w:rPr>
          <w:b/>
          <w:bCs/>
        </w:rPr>
        <w:t xml:space="preserve"> </w:t>
      </w:r>
      <w:proofErr w:type="spellStart"/>
      <w:r w:rsidRPr="00CE5B20">
        <w:rPr>
          <w:b/>
          <w:bCs/>
        </w:rPr>
        <w:t>grund</w:t>
      </w:r>
      <w:proofErr w:type="spellEnd"/>
      <w:r w:rsidRPr="00CE5B20">
        <w:rPr>
          <w:b/>
          <w:bCs/>
        </w:rPr>
        <w:t>.</w:t>
      </w:r>
    </w:p>
    <w:sectPr w:rsidR="00F914D5" w:rsidSect="00034616">
      <w:headerReference w:type="default" r:id="rId8"/>
      <w:footerReference w:type="default" r:id="rId9"/>
      <w:pgSz w:w="12240" w:h="15840"/>
      <w:pgMar w:top="1134" w:right="1247" w:bottom="1134" w:left="1247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1F4EA" w14:textId="77777777" w:rsidR="00836543" w:rsidRDefault="00836543">
      <w:pPr>
        <w:spacing w:after="0" w:line="240" w:lineRule="auto"/>
      </w:pPr>
      <w:r>
        <w:separator/>
      </w:r>
    </w:p>
  </w:endnote>
  <w:endnote w:type="continuationSeparator" w:id="0">
    <w:p w14:paraId="2EBB9FB8" w14:textId="77777777" w:rsidR="00836543" w:rsidRDefault="0083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38C6" w14:textId="3E604928" w:rsidR="00F914D5" w:rsidRDefault="00F914D5">
    <w:pPr>
      <w:pStyle w:val="Sidfo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B4C8" w14:textId="77777777" w:rsidR="00836543" w:rsidRDefault="00836543">
      <w:pPr>
        <w:spacing w:after="0" w:line="240" w:lineRule="auto"/>
      </w:pPr>
      <w:r>
        <w:separator/>
      </w:r>
    </w:p>
  </w:footnote>
  <w:footnote w:type="continuationSeparator" w:id="0">
    <w:p w14:paraId="41DB386B" w14:textId="77777777" w:rsidR="00836543" w:rsidRDefault="00836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E701" w14:textId="3D326ABF" w:rsidR="00F914D5" w:rsidRDefault="00CE5B20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5010BB" wp14:editId="76D4EE3D">
          <wp:simplePos x="0" y="0"/>
          <wp:positionH relativeFrom="column">
            <wp:posOffset>1905</wp:posOffset>
          </wp:positionH>
          <wp:positionV relativeFrom="paragraph">
            <wp:posOffset>59055</wp:posOffset>
          </wp:positionV>
          <wp:extent cx="1073150" cy="885190"/>
          <wp:effectExtent l="0" t="0" r="0" b="0"/>
          <wp:wrapNone/>
          <wp:docPr id="134227509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275094" name="Bildobjekt 13422750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3150" cy="885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674966">
    <w:abstractNumId w:val="8"/>
  </w:num>
  <w:num w:numId="2" w16cid:durableId="54594791">
    <w:abstractNumId w:val="6"/>
  </w:num>
  <w:num w:numId="3" w16cid:durableId="230968038">
    <w:abstractNumId w:val="5"/>
  </w:num>
  <w:num w:numId="4" w16cid:durableId="1131482461">
    <w:abstractNumId w:val="4"/>
  </w:num>
  <w:num w:numId="5" w16cid:durableId="199711521">
    <w:abstractNumId w:val="7"/>
  </w:num>
  <w:num w:numId="6" w16cid:durableId="745342292">
    <w:abstractNumId w:val="3"/>
  </w:num>
  <w:num w:numId="7" w16cid:durableId="157890857">
    <w:abstractNumId w:val="2"/>
  </w:num>
  <w:num w:numId="8" w16cid:durableId="1494491248">
    <w:abstractNumId w:val="1"/>
  </w:num>
  <w:num w:numId="9" w16cid:durableId="52371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4AF2"/>
    <w:rsid w:val="001366EB"/>
    <w:rsid w:val="0015074B"/>
    <w:rsid w:val="001A4B20"/>
    <w:rsid w:val="00285B06"/>
    <w:rsid w:val="0029639D"/>
    <w:rsid w:val="002E17C3"/>
    <w:rsid w:val="00326F90"/>
    <w:rsid w:val="00383ED1"/>
    <w:rsid w:val="003A6B7F"/>
    <w:rsid w:val="007244D5"/>
    <w:rsid w:val="0073021F"/>
    <w:rsid w:val="00836543"/>
    <w:rsid w:val="008533C0"/>
    <w:rsid w:val="00874EBD"/>
    <w:rsid w:val="00881113"/>
    <w:rsid w:val="00AA1D8D"/>
    <w:rsid w:val="00B47730"/>
    <w:rsid w:val="00CB0664"/>
    <w:rsid w:val="00CE06A1"/>
    <w:rsid w:val="00CE5B20"/>
    <w:rsid w:val="00DC05CF"/>
    <w:rsid w:val="00F45F61"/>
    <w:rsid w:val="00F914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E3C8D3"/>
  <w14:defaultImageDpi w14:val="300"/>
  <w15:docId w15:val="{EE9083D3-53CD-4ACA-8E2E-85F92F29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b">
    <w:name w:val="Normal (Web)"/>
    <w:basedOn w:val="Normal"/>
    <w:uiPriority w:val="99"/>
    <w:semiHidden/>
    <w:unhideWhenUsed/>
    <w:rsid w:val="00F45F6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1065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Carlqvist</cp:lastModifiedBy>
  <cp:revision>2</cp:revision>
  <dcterms:created xsi:type="dcterms:W3CDTF">2026-10-27T19:53:00Z</dcterms:created>
  <dcterms:modified xsi:type="dcterms:W3CDTF">2026-10-27T19:53:00Z</dcterms:modified>
  <cp:category/>
</cp:coreProperties>
</file>