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35D0D" w14:textId="06B6A1A6" w:rsidR="00E92F28" w:rsidRPr="00A53EEE" w:rsidRDefault="00F46687">
      <w:pPr>
        <w:pStyle w:val="Rubrik2"/>
        <w:rPr>
          <w:color w:val="auto"/>
          <w:lang w:val="sv-SE"/>
        </w:rPr>
      </w:pPr>
      <w:r w:rsidRPr="00A53EEE">
        <w:rPr>
          <w:color w:val="auto"/>
          <w:lang w:val="sv-SE"/>
        </w:rPr>
        <w:t>Checklista</w:t>
      </w:r>
      <w:r w:rsidR="0062560E" w:rsidRPr="00A53EEE">
        <w:rPr>
          <w:color w:val="auto"/>
          <w:lang w:val="sv-SE"/>
        </w:rPr>
        <w:t xml:space="preserve"> städrutiner</w:t>
      </w:r>
    </w:p>
    <w:p w14:paraId="20610EFB" w14:textId="77777777" w:rsidR="00A53EEE" w:rsidRPr="00A53EEE" w:rsidRDefault="00A53EEE" w:rsidP="00A53EEE">
      <w:pPr>
        <w:rPr>
          <w:lang w:val="sv-SE"/>
        </w:rPr>
      </w:pPr>
    </w:p>
    <w:p w14:paraId="1B95757F" w14:textId="1BF76C51" w:rsidR="00E92F28" w:rsidRPr="0062560E" w:rsidRDefault="00F46687">
      <w:pPr>
        <w:rPr>
          <w:lang w:val="sv-SE"/>
        </w:rPr>
      </w:pPr>
      <w:r w:rsidRPr="00A53EEE">
        <w:rPr>
          <w:b/>
          <w:bCs/>
          <w:lang w:val="sv-SE"/>
        </w:rPr>
        <w:t>Golv och mattor:</w:t>
      </w:r>
      <w:r w:rsidRPr="0062560E">
        <w:rPr>
          <w:lang w:val="sv-SE"/>
        </w:rPr>
        <w:br/>
        <w:t>☐ Dammsug träningsmattan noggrant – ta bort allt hår.</w:t>
      </w:r>
      <w:r w:rsidR="0062560E">
        <w:rPr>
          <w:lang w:val="sv-SE"/>
        </w:rPr>
        <w:br/>
      </w:r>
      <w:r w:rsidR="0062560E" w:rsidRPr="0062560E">
        <w:rPr>
          <w:rFonts w:ascii="Segoe UI Symbol" w:hAnsi="Segoe UI Symbol" w:cs="Segoe UI Symbol"/>
          <w:lang w:val="sv-SE"/>
        </w:rPr>
        <w:t>☐</w:t>
      </w:r>
      <w:r w:rsidR="0062560E">
        <w:rPr>
          <w:rFonts w:ascii="Segoe UI Symbol" w:hAnsi="Segoe UI Symbol" w:cs="Segoe UI Symbol"/>
          <w:lang w:val="sv-SE"/>
        </w:rPr>
        <w:t xml:space="preserve"> </w:t>
      </w:r>
      <w:r w:rsidR="0062560E" w:rsidRPr="0062560E">
        <w:rPr>
          <w:lang w:val="sv-SE"/>
        </w:rPr>
        <w:t>Dammsug mattor vid entré</w:t>
      </w:r>
      <w:r w:rsidR="0062560E">
        <w:rPr>
          <w:lang w:val="sv-SE"/>
        </w:rPr>
        <w:t>.</w:t>
      </w:r>
      <w:r w:rsidRPr="0062560E">
        <w:rPr>
          <w:lang w:val="sv-SE"/>
        </w:rPr>
        <w:br/>
        <w:t>☐ Torrmoppa och sopa golven.</w:t>
      </w:r>
      <w:r w:rsidRPr="0062560E">
        <w:rPr>
          <w:lang w:val="sv-SE"/>
        </w:rPr>
        <w:br/>
        <w:t xml:space="preserve">☐ </w:t>
      </w:r>
      <w:proofErr w:type="spellStart"/>
      <w:r w:rsidRPr="0062560E">
        <w:rPr>
          <w:lang w:val="sv-SE"/>
        </w:rPr>
        <w:t>Våtmoppa</w:t>
      </w:r>
      <w:proofErr w:type="spellEnd"/>
      <w:r w:rsidRPr="0062560E">
        <w:rPr>
          <w:lang w:val="sv-SE"/>
        </w:rPr>
        <w:t xml:space="preserve"> vid behov (entré, soffor och utanför toaletter).</w:t>
      </w:r>
      <w:r w:rsidRPr="0062560E">
        <w:rPr>
          <w:lang w:val="sv-SE"/>
        </w:rPr>
        <w:br/>
      </w:r>
      <w:r w:rsidRPr="0062560E">
        <w:rPr>
          <w:lang w:val="sv-SE"/>
        </w:rPr>
        <w:br/>
      </w:r>
      <w:r w:rsidRPr="00A53EEE">
        <w:rPr>
          <w:b/>
          <w:bCs/>
          <w:lang w:val="sv-SE"/>
        </w:rPr>
        <w:t>Sopor, pant och ytor:</w:t>
      </w:r>
      <w:r w:rsidRPr="0062560E">
        <w:rPr>
          <w:lang w:val="sv-SE"/>
        </w:rPr>
        <w:br/>
        <w:t>☐ Töm sopkärl och sätt i ny soppåse.</w:t>
      </w:r>
      <w:r w:rsidRPr="0062560E">
        <w:rPr>
          <w:lang w:val="sv-SE"/>
        </w:rPr>
        <w:br/>
        <w:t>☐ Torka av alla bord.</w:t>
      </w:r>
      <w:r w:rsidRPr="0062560E">
        <w:rPr>
          <w:lang w:val="sv-SE"/>
        </w:rPr>
        <w:br/>
        <w:t xml:space="preserve">☐ Pant ska pantas på </w:t>
      </w:r>
      <w:proofErr w:type="spellStart"/>
      <w:r w:rsidRPr="0062560E">
        <w:rPr>
          <w:lang w:val="sv-SE"/>
        </w:rPr>
        <w:t>sortergården</w:t>
      </w:r>
      <w:proofErr w:type="spellEnd"/>
      <w:r w:rsidRPr="0062560E">
        <w:rPr>
          <w:lang w:val="sv-SE"/>
        </w:rPr>
        <w:t>.</w:t>
      </w:r>
      <w:r w:rsidRPr="0062560E">
        <w:rPr>
          <w:lang w:val="sv-SE"/>
        </w:rPr>
        <w:br/>
        <w:t>☐ Skräp slängs i miljörummet mittemot Tabergs Skönhetsstudio (kod: 2222#).</w:t>
      </w:r>
      <w:r w:rsidRPr="0062560E">
        <w:rPr>
          <w:lang w:val="sv-SE"/>
        </w:rPr>
        <w:br/>
      </w:r>
      <w:r w:rsidRPr="0062560E">
        <w:rPr>
          <w:lang w:val="sv-SE"/>
        </w:rPr>
        <w:br/>
      </w:r>
      <w:r w:rsidRPr="00A53EEE">
        <w:rPr>
          <w:b/>
          <w:bCs/>
          <w:lang w:val="sv-SE"/>
        </w:rPr>
        <w:t>Toaletter:</w:t>
      </w:r>
      <w:r w:rsidRPr="0062560E">
        <w:rPr>
          <w:lang w:val="sv-SE"/>
        </w:rPr>
        <w:br/>
        <w:t>☐ Rengör toalettstol, handfat och speglar.</w:t>
      </w:r>
      <w:r w:rsidRPr="0062560E">
        <w:rPr>
          <w:lang w:val="sv-SE"/>
        </w:rPr>
        <w:br/>
        <w:t>☐ Torka av ytor.</w:t>
      </w:r>
      <w:r w:rsidRPr="0062560E">
        <w:rPr>
          <w:lang w:val="sv-SE"/>
        </w:rPr>
        <w:br/>
        <w:t>☐ Kontrollera toalettpapper, tvål och pappershanddukar.</w:t>
      </w:r>
      <w:r w:rsidRPr="0062560E">
        <w:rPr>
          <w:lang w:val="sv-SE"/>
        </w:rPr>
        <w:br/>
      </w:r>
      <w:r w:rsidRPr="0062560E">
        <w:rPr>
          <w:lang w:val="sv-SE"/>
        </w:rPr>
        <w:br/>
      </w:r>
      <w:r w:rsidRPr="00A53EEE">
        <w:rPr>
          <w:b/>
          <w:bCs/>
          <w:lang w:val="sv-SE"/>
        </w:rPr>
        <w:t>Avslutande kontroll:</w:t>
      </w:r>
      <w:r w:rsidRPr="0062560E">
        <w:rPr>
          <w:lang w:val="sv-SE"/>
        </w:rPr>
        <w:br/>
        <w:t>☐ Kontrollera att lokalen känns ren och välkomnande.</w:t>
      </w:r>
      <w:r w:rsidRPr="0062560E">
        <w:rPr>
          <w:lang w:val="sv-SE"/>
        </w:rPr>
        <w:br/>
        <w:t>☐ Ställ tillbaka all städutrustning på rätt plats.</w:t>
      </w:r>
    </w:p>
    <w:p w14:paraId="4FC93E56" w14:textId="1EEEEC58" w:rsidR="00E92F28" w:rsidRPr="00A53EEE" w:rsidRDefault="00F46687">
      <w:pPr>
        <w:pStyle w:val="Rubrik2"/>
        <w:rPr>
          <w:color w:val="auto"/>
          <w:sz w:val="22"/>
          <w:szCs w:val="22"/>
          <w:lang w:val="sv-SE"/>
        </w:rPr>
      </w:pPr>
      <w:r w:rsidRPr="00A53EEE">
        <w:rPr>
          <w:color w:val="auto"/>
          <w:sz w:val="22"/>
          <w:szCs w:val="22"/>
          <w:lang w:val="sv-SE"/>
        </w:rPr>
        <w:t>Kontakt vid frågor</w:t>
      </w:r>
    </w:p>
    <w:p w14:paraId="766941BB" w14:textId="7B99CD5C" w:rsidR="00E92F28" w:rsidRPr="0062560E" w:rsidRDefault="00F46687">
      <w:pPr>
        <w:rPr>
          <w:lang w:val="sv-SE"/>
        </w:rPr>
      </w:pPr>
      <w:r w:rsidRPr="0062560E">
        <w:rPr>
          <w:lang w:val="sv-SE"/>
        </w:rPr>
        <w:t xml:space="preserve">Martina </w:t>
      </w:r>
      <w:proofErr w:type="spellStart"/>
      <w:r w:rsidRPr="0062560E">
        <w:rPr>
          <w:lang w:val="sv-SE"/>
        </w:rPr>
        <w:t>Byrmo</w:t>
      </w:r>
      <w:proofErr w:type="spellEnd"/>
      <w:r w:rsidRPr="0062560E">
        <w:rPr>
          <w:lang w:val="sv-SE"/>
        </w:rPr>
        <w:t xml:space="preserve"> Melin</w:t>
      </w:r>
      <w:r w:rsidRPr="0062560E">
        <w:rPr>
          <w:lang w:val="sv-SE"/>
        </w:rPr>
        <w:br/>
        <w:t>E‑post: Martina.Byrmo.Melin@spartanscheer.se</w:t>
      </w:r>
      <w:r w:rsidRPr="0062560E">
        <w:rPr>
          <w:lang w:val="sv-SE"/>
        </w:rPr>
        <w:br/>
      </w:r>
      <w:hyperlink r:id="rId8" w:history="1">
        <w:r w:rsidR="0062560E" w:rsidRPr="0062560E">
          <w:rPr>
            <w:rStyle w:val="Hyperlnk"/>
            <w:lang w:val="sv-SE"/>
          </w:rPr>
          <w:t>www.spartanscheer.se</w:t>
        </w:r>
      </w:hyperlink>
    </w:p>
    <w:p w14:paraId="31E4C2D3" w14:textId="1CC6AFA9" w:rsidR="0062560E" w:rsidRPr="0062560E" w:rsidRDefault="0062560E">
      <w:pPr>
        <w:rPr>
          <w:lang w:val="sv-SE"/>
        </w:rPr>
      </w:pPr>
    </w:p>
    <w:p w14:paraId="6D954F5C" w14:textId="5191B6AE" w:rsidR="00E92F28" w:rsidRPr="0062560E" w:rsidRDefault="00F46687">
      <w:pPr>
        <w:rPr>
          <w:lang w:val="sv-SE"/>
        </w:rPr>
      </w:pPr>
      <w:r w:rsidRPr="0062560E">
        <w:rPr>
          <w:lang w:val="sv-SE"/>
        </w:rPr>
        <w:br/>
      </w:r>
    </w:p>
    <w:sectPr w:rsidR="00E92F28" w:rsidRPr="0062560E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C04BD" w14:textId="77777777" w:rsidR="0062560E" w:rsidRDefault="0062560E" w:rsidP="0062560E">
      <w:pPr>
        <w:spacing w:after="0" w:line="240" w:lineRule="auto"/>
      </w:pPr>
      <w:r>
        <w:separator/>
      </w:r>
    </w:p>
  </w:endnote>
  <w:endnote w:type="continuationSeparator" w:id="0">
    <w:p w14:paraId="4E954CD4" w14:textId="77777777" w:rsidR="0062560E" w:rsidRDefault="0062560E" w:rsidP="00625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7C735" w14:textId="77777777" w:rsidR="0062560E" w:rsidRDefault="0062560E" w:rsidP="0062560E">
      <w:pPr>
        <w:spacing w:after="0" w:line="240" w:lineRule="auto"/>
      </w:pPr>
      <w:r>
        <w:separator/>
      </w:r>
    </w:p>
  </w:footnote>
  <w:footnote w:type="continuationSeparator" w:id="0">
    <w:p w14:paraId="1AF26A68" w14:textId="77777777" w:rsidR="0062560E" w:rsidRDefault="0062560E" w:rsidP="00625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F5383" w14:textId="526CFB0B" w:rsidR="0062560E" w:rsidRDefault="0062560E" w:rsidP="0062560E">
    <w:pPr>
      <w:pStyle w:val="Sidhuvud"/>
      <w:jc w:val="center"/>
    </w:pPr>
    <w:r w:rsidRPr="0062560E">
      <w:drawing>
        <wp:inline distT="0" distB="0" distL="0" distR="0" wp14:anchorId="39E7C038" wp14:editId="045DC4C3">
          <wp:extent cx="1869311" cy="1295696"/>
          <wp:effectExtent l="0" t="0" r="0" b="0"/>
          <wp:docPr id="1476365779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636577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0979" cy="1310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5202042">
    <w:abstractNumId w:val="8"/>
  </w:num>
  <w:num w:numId="2" w16cid:durableId="8217496">
    <w:abstractNumId w:val="6"/>
  </w:num>
  <w:num w:numId="3" w16cid:durableId="223374647">
    <w:abstractNumId w:val="5"/>
  </w:num>
  <w:num w:numId="4" w16cid:durableId="364409953">
    <w:abstractNumId w:val="4"/>
  </w:num>
  <w:num w:numId="5" w16cid:durableId="441145443">
    <w:abstractNumId w:val="7"/>
  </w:num>
  <w:num w:numId="6" w16cid:durableId="721056591">
    <w:abstractNumId w:val="3"/>
  </w:num>
  <w:num w:numId="7" w16cid:durableId="1867328503">
    <w:abstractNumId w:val="2"/>
  </w:num>
  <w:num w:numId="8" w16cid:durableId="414867511">
    <w:abstractNumId w:val="1"/>
  </w:num>
  <w:num w:numId="9" w16cid:durableId="1657680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09AF"/>
    <w:rsid w:val="0062560E"/>
    <w:rsid w:val="0089552F"/>
    <w:rsid w:val="00A53EEE"/>
    <w:rsid w:val="00AA1D8D"/>
    <w:rsid w:val="00B47730"/>
    <w:rsid w:val="00CB0664"/>
    <w:rsid w:val="00DF5DA7"/>
    <w:rsid w:val="00E92F28"/>
    <w:rsid w:val="00F466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4A4D5C"/>
  <w14:defaultImageDpi w14:val="300"/>
  <w15:docId w15:val="{0C256058-1035-46AB-B2C3-CCDC44681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nk">
    <w:name w:val="Hyperlink"/>
    <w:basedOn w:val="Standardstycketeckensnitt"/>
    <w:uiPriority w:val="99"/>
    <w:unhideWhenUsed/>
    <w:rsid w:val="0062560E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256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artanscheer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1e00699-b9ab-45f2-a265-f6b4279fd09a}" enabled="0" method="" siteId="{f1e00699-b9ab-45f2-a265-f6b4279fd0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680</Characters>
  <Application>Microsoft Office Word</Application>
  <DocSecurity>0</DocSecurity>
  <Lines>5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 Svenlin</cp:lastModifiedBy>
  <cp:revision>4</cp:revision>
  <dcterms:created xsi:type="dcterms:W3CDTF">2026-04-02T16:45:00Z</dcterms:created>
  <dcterms:modified xsi:type="dcterms:W3CDTF">2026-04-02T16:46:00Z</dcterms:modified>
  <cp:category/>
</cp:coreProperties>
</file>