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B485" w14:textId="4F623EBD" w:rsidR="006D0DAA" w:rsidRDefault="006D0DAA">
      <w:pPr>
        <w:pStyle w:val="Rubrik1"/>
      </w:pPr>
      <w:r>
        <w:rPr>
          <w:b w:val="0"/>
          <w:noProof/>
          <w:sz w:val="72"/>
          <w:szCs w:val="72"/>
        </w:rPr>
        <w:drawing>
          <wp:anchor distT="0" distB="0" distL="114300" distR="114300" simplePos="0" relativeHeight="251659264" behindDoc="0" locked="0" layoutInCell="0" allowOverlap="1" wp14:anchorId="070DAC22" wp14:editId="030B7CDA">
            <wp:simplePos x="0" y="0"/>
            <wp:positionH relativeFrom="column">
              <wp:posOffset>0</wp:posOffset>
            </wp:positionH>
            <wp:positionV relativeFrom="paragraph">
              <wp:posOffset>-133350</wp:posOffset>
            </wp:positionV>
            <wp:extent cx="1028700" cy="1021080"/>
            <wp:effectExtent l="0" t="0" r="0" b="7620"/>
            <wp:wrapTopAndBottom/>
            <wp:docPr id="1" name="Bildobjekt 1" descr="ss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sk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980F8" w14:textId="66A6B9FD" w:rsidR="008B22B8" w:rsidRPr="00542EEC" w:rsidRDefault="00BA223A" w:rsidP="00542EEC">
      <w:pPr>
        <w:pStyle w:val="Rubrik1"/>
        <w:jc w:val="center"/>
        <w:rPr>
          <w:sz w:val="40"/>
          <w:szCs w:val="40"/>
        </w:rPr>
      </w:pPr>
      <w:r w:rsidRPr="00542EEC">
        <w:rPr>
          <w:sz w:val="40"/>
          <w:szCs w:val="40"/>
        </w:rPr>
        <w:t>Komplettering av material – Säsongen 202</w:t>
      </w:r>
      <w:r w:rsidR="006D0DAA" w:rsidRPr="00542EEC">
        <w:rPr>
          <w:sz w:val="40"/>
          <w:szCs w:val="40"/>
        </w:rPr>
        <w:t>6</w:t>
      </w:r>
      <w:r w:rsidR="00542EEC" w:rsidRPr="00542EEC">
        <w:rPr>
          <w:sz w:val="40"/>
          <w:szCs w:val="40"/>
        </w:rPr>
        <w:t xml:space="preserve"> fotboll</w:t>
      </w:r>
    </w:p>
    <w:p w14:paraId="41B16E3E" w14:textId="77777777" w:rsidR="00542EEC" w:rsidRDefault="00542EEC"/>
    <w:p w14:paraId="74F58474" w14:textId="635D6220" w:rsidR="008B22B8" w:rsidRPr="008A52E7" w:rsidRDefault="00BA223A">
      <w:pPr>
        <w:rPr>
          <w:b/>
          <w:bCs/>
          <w:sz w:val="24"/>
          <w:szCs w:val="24"/>
        </w:rPr>
      </w:pPr>
      <w:r w:rsidRPr="008A52E7">
        <w:rPr>
          <w:b/>
          <w:bCs/>
          <w:sz w:val="24"/>
          <w:szCs w:val="24"/>
        </w:rPr>
        <w:t>Observera: Alla kompletteringar innebär en betydande kostnad för föreningen. Var därför noga med att endast beställa det som verkligen behövs och att lämna tillbaka utrustning som kan återanvändas.</w:t>
      </w:r>
    </w:p>
    <w:p w14:paraId="09E75898" w14:textId="77777777" w:rsidR="008B22B8" w:rsidRDefault="00BA223A">
      <w:pPr>
        <w:pStyle w:val="Rubrik2"/>
      </w:pPr>
      <w:r>
        <w:t>Laguppgifter</w:t>
      </w:r>
    </w:p>
    <w:p w14:paraId="0B3E7BD7" w14:textId="5CA93C6A" w:rsidR="008B22B8" w:rsidRDefault="00BA223A">
      <w:r>
        <w:t>Lag: ____________________________</w:t>
      </w:r>
      <w:r>
        <w:br/>
        <w:t>Beställare för laget: _______________________________</w:t>
      </w:r>
      <w:r w:rsidR="008A52E7">
        <w:t>_______</w:t>
      </w:r>
      <w:r>
        <w:br/>
        <w:t>Antal spelare: ___________</w:t>
      </w:r>
      <w:r>
        <w:br/>
        <w:t>Antal ledare: ___________</w:t>
      </w:r>
      <w:r>
        <w:br/>
        <w:t>Kod till förråd (om ni har, för direktleverans): _______________________________</w:t>
      </w:r>
    </w:p>
    <w:p w14:paraId="7721988E" w14:textId="77777777" w:rsidR="008B22B8" w:rsidRDefault="00BA223A">
      <w:pPr>
        <w:pStyle w:val="Rubrik2"/>
      </w:pPr>
      <w:r>
        <w:t>1. Bollar</w:t>
      </w:r>
    </w:p>
    <w:p w14:paraId="5EE67B4A" w14:textId="77777777" w:rsidR="008B22B8" w:rsidRDefault="00BA223A">
      <w:r>
        <w:t>Hur många bollar har ni totalt? _______</w:t>
      </w:r>
      <w:r>
        <w:br/>
        <w:t>Hur många behöver bytas ut? _______</w:t>
      </w:r>
      <w:r>
        <w:br/>
        <w:t>Storlek (3, 4 eller 5): _______</w:t>
      </w:r>
      <w:r>
        <w:br/>
      </w:r>
      <w:r>
        <w:br/>
        <w:t>OBS! Utslitna bollar ska lämnas till kansliet för vidare skänkning till skolor i området (Hamre, Ekberga, Viksäng).</w:t>
      </w:r>
    </w:p>
    <w:p w14:paraId="4B14C1E4" w14:textId="77777777" w:rsidR="008B22B8" w:rsidRDefault="00BA223A">
      <w:pPr>
        <w:pStyle w:val="Rubrik2"/>
      </w:pPr>
      <w:r>
        <w:t>2. Bollnät</w:t>
      </w:r>
    </w:p>
    <w:p w14:paraId="765F12E7" w14:textId="77777777" w:rsidR="008B22B8" w:rsidRDefault="00BA223A">
      <w:r>
        <w:t>Behov av ytterligare bollnät? Antal: _______</w:t>
      </w:r>
    </w:p>
    <w:p w14:paraId="38652845" w14:textId="77777777" w:rsidR="008B22B8" w:rsidRDefault="00BA223A">
      <w:pPr>
        <w:pStyle w:val="Rubrik2"/>
      </w:pPr>
      <w:r>
        <w:t>3. Koner</w:t>
      </w:r>
    </w:p>
    <w:p w14:paraId="1BC6BEC1" w14:textId="77777777" w:rsidR="008B22B8" w:rsidRDefault="00BA223A">
      <w:r>
        <w:t>Behov av påfyllning? Antal: _______</w:t>
      </w:r>
    </w:p>
    <w:p w14:paraId="3290A3DE" w14:textId="77777777" w:rsidR="008B22B8" w:rsidRDefault="00BA223A">
      <w:pPr>
        <w:pStyle w:val="Rubrik2"/>
      </w:pPr>
      <w:r>
        <w:t>4. Västar</w:t>
      </w:r>
    </w:p>
    <w:p w14:paraId="71EB4680" w14:textId="0F4F5292" w:rsidR="008B22B8" w:rsidRDefault="00BA223A">
      <w:r>
        <w:t xml:space="preserve">Fyll i antal, storlek (mini/junior/senior) och färg (blå, gul, orange, </w:t>
      </w:r>
      <w:r w:rsidR="00193653">
        <w:t>grön</w:t>
      </w:r>
      <w:r>
        <w:t>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B22B8" w14:paraId="25DEF6BC" w14:textId="77777777">
        <w:tc>
          <w:tcPr>
            <w:tcW w:w="2880" w:type="dxa"/>
          </w:tcPr>
          <w:p w14:paraId="69FC87F2" w14:textId="77777777" w:rsidR="008B22B8" w:rsidRDefault="00BA223A">
            <w:r>
              <w:t>Antal</w:t>
            </w:r>
          </w:p>
        </w:tc>
        <w:tc>
          <w:tcPr>
            <w:tcW w:w="2880" w:type="dxa"/>
          </w:tcPr>
          <w:p w14:paraId="17F83B0A" w14:textId="77777777" w:rsidR="008B22B8" w:rsidRDefault="00BA223A">
            <w:r>
              <w:t>Storlek</w:t>
            </w:r>
          </w:p>
        </w:tc>
        <w:tc>
          <w:tcPr>
            <w:tcW w:w="2880" w:type="dxa"/>
          </w:tcPr>
          <w:p w14:paraId="28FDA63B" w14:textId="77777777" w:rsidR="008B22B8" w:rsidRDefault="00BA223A">
            <w:r>
              <w:t>Färg</w:t>
            </w:r>
          </w:p>
        </w:tc>
      </w:tr>
      <w:tr w:rsidR="008B22B8" w14:paraId="6C3AD8B9" w14:textId="77777777">
        <w:tc>
          <w:tcPr>
            <w:tcW w:w="2880" w:type="dxa"/>
          </w:tcPr>
          <w:p w14:paraId="75AC40D7" w14:textId="77777777" w:rsidR="008B22B8" w:rsidRDefault="008B22B8"/>
        </w:tc>
        <w:tc>
          <w:tcPr>
            <w:tcW w:w="2880" w:type="dxa"/>
          </w:tcPr>
          <w:p w14:paraId="6C40814C" w14:textId="77777777" w:rsidR="008B22B8" w:rsidRDefault="008B22B8"/>
        </w:tc>
        <w:tc>
          <w:tcPr>
            <w:tcW w:w="2880" w:type="dxa"/>
          </w:tcPr>
          <w:p w14:paraId="01AD30EE" w14:textId="77777777" w:rsidR="008B22B8" w:rsidRDefault="008B22B8"/>
        </w:tc>
      </w:tr>
      <w:tr w:rsidR="008B22B8" w14:paraId="42628B18" w14:textId="77777777">
        <w:tc>
          <w:tcPr>
            <w:tcW w:w="2880" w:type="dxa"/>
          </w:tcPr>
          <w:p w14:paraId="28992F3E" w14:textId="77777777" w:rsidR="008B22B8" w:rsidRDefault="008B22B8"/>
        </w:tc>
        <w:tc>
          <w:tcPr>
            <w:tcW w:w="2880" w:type="dxa"/>
          </w:tcPr>
          <w:p w14:paraId="17B615A6" w14:textId="77777777" w:rsidR="008B22B8" w:rsidRDefault="008B22B8"/>
        </w:tc>
        <w:tc>
          <w:tcPr>
            <w:tcW w:w="2880" w:type="dxa"/>
          </w:tcPr>
          <w:p w14:paraId="3F6936A7" w14:textId="77777777" w:rsidR="008B22B8" w:rsidRDefault="008B22B8"/>
        </w:tc>
      </w:tr>
      <w:tr w:rsidR="008B22B8" w14:paraId="0E713AD3" w14:textId="77777777">
        <w:tc>
          <w:tcPr>
            <w:tcW w:w="2880" w:type="dxa"/>
          </w:tcPr>
          <w:p w14:paraId="597EFD2C" w14:textId="77777777" w:rsidR="008B22B8" w:rsidRDefault="008B22B8"/>
        </w:tc>
        <w:tc>
          <w:tcPr>
            <w:tcW w:w="2880" w:type="dxa"/>
          </w:tcPr>
          <w:p w14:paraId="77C35893" w14:textId="77777777" w:rsidR="008B22B8" w:rsidRDefault="008B22B8"/>
        </w:tc>
        <w:tc>
          <w:tcPr>
            <w:tcW w:w="2880" w:type="dxa"/>
          </w:tcPr>
          <w:p w14:paraId="1C29E635" w14:textId="77777777" w:rsidR="008B22B8" w:rsidRDefault="008B22B8"/>
        </w:tc>
      </w:tr>
    </w:tbl>
    <w:p w14:paraId="28EA73A4" w14:textId="77777777" w:rsidR="008B22B8" w:rsidRDefault="00BA223A">
      <w:r>
        <w:t>Västar som barnen vuxit ur ska lämnas tillbaka för återanvändning.</w:t>
      </w:r>
      <w:r>
        <w:br/>
        <w:t>Antal/färg som ni lämnar tillbaka: __________________________</w:t>
      </w:r>
    </w:p>
    <w:p w14:paraId="45631CE4" w14:textId="77777777" w:rsidR="008B22B8" w:rsidRDefault="00BA223A">
      <w:pPr>
        <w:pStyle w:val="Rubrik2"/>
      </w:pPr>
      <w:r>
        <w:t>5. Medicinväskor</w:t>
      </w:r>
    </w:p>
    <w:p w14:paraId="06582728" w14:textId="77777777" w:rsidR="008B22B8" w:rsidRDefault="00BA223A">
      <w:r>
        <w:t>Behov av komplettering? Beskriv:</w:t>
      </w:r>
      <w:r>
        <w:br/>
        <w:t>_________________________________________________________________________</w:t>
      </w:r>
    </w:p>
    <w:p w14:paraId="7EE2D237" w14:textId="77777777" w:rsidR="008B22B8" w:rsidRDefault="00BA223A">
      <w:pPr>
        <w:pStyle w:val="Rubrik2"/>
      </w:pPr>
      <w:r>
        <w:t>6. Målvaktsutrustning</w:t>
      </w:r>
    </w:p>
    <w:p w14:paraId="5EA77A05" w14:textId="42E5B96E" w:rsidR="008B22B8" w:rsidRDefault="00BA223A">
      <w:r>
        <w:t>Storlekar på tröjor som lämnas tillbaka: __________________________________</w:t>
      </w:r>
      <w:r>
        <w:br/>
        <w:t>Beställning av nya målvaktströjor (storlekar: 6 år, 8 år, 10 år, 12 år, 14 år, S, M, L):</w:t>
      </w:r>
      <w:r>
        <w:br/>
        <w:t>Antal och storlek: __________________________________</w:t>
      </w:r>
      <w:r>
        <w:br/>
        <w:t xml:space="preserve">Beställning av målvaktshandskar (storlek </w:t>
      </w:r>
      <w:r w:rsidR="00422178">
        <w:t>4</w:t>
      </w:r>
      <w:r>
        <w:t>–10</w:t>
      </w:r>
      <w:r w:rsidR="00925945">
        <w:t xml:space="preserve">, </w:t>
      </w:r>
      <w:r w:rsidR="00422178">
        <w:t>4 minsta storleken och 10 största</w:t>
      </w:r>
      <w:r>
        <w:t>):</w:t>
      </w:r>
      <w:r>
        <w:br/>
        <w:t>Antal och storlek: __________________________________</w:t>
      </w:r>
    </w:p>
    <w:p w14:paraId="5A00FD56" w14:textId="77777777" w:rsidR="008B22B8" w:rsidRDefault="00BA223A">
      <w:pPr>
        <w:pStyle w:val="Rubrik2"/>
      </w:pPr>
      <w:r>
        <w:t>Viktigt datum</w:t>
      </w:r>
    </w:p>
    <w:p w14:paraId="7303BF2E" w14:textId="17283222" w:rsidR="008B22B8" w:rsidRDefault="00BA223A">
      <w:r>
        <w:t>Fyll i och lämna eller mejla listan till kansliet senast 28 februari 202</w:t>
      </w:r>
      <w:r w:rsidR="00200DB2">
        <w:t>6</w:t>
      </w:r>
      <w:r>
        <w:t>.</w:t>
      </w:r>
      <w:r>
        <w:br/>
        <w:t>Efter detta datum görs gemensam beställning via Select och Stadium.</w:t>
      </w:r>
    </w:p>
    <w:p w14:paraId="71CA39F9" w14:textId="77777777" w:rsidR="008B22B8" w:rsidRDefault="00BA223A">
      <w:r>
        <w:t>Med vänlig hälsning</w:t>
      </w:r>
      <w:r>
        <w:br/>
        <w:t>Lalla &amp; Tomas</w:t>
      </w:r>
    </w:p>
    <w:sectPr w:rsidR="008B22B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5043702">
    <w:abstractNumId w:val="8"/>
  </w:num>
  <w:num w:numId="2" w16cid:durableId="585461503">
    <w:abstractNumId w:val="6"/>
  </w:num>
  <w:num w:numId="3" w16cid:durableId="245500102">
    <w:abstractNumId w:val="5"/>
  </w:num>
  <w:num w:numId="4" w16cid:durableId="593365865">
    <w:abstractNumId w:val="4"/>
  </w:num>
  <w:num w:numId="5" w16cid:durableId="534267904">
    <w:abstractNumId w:val="7"/>
  </w:num>
  <w:num w:numId="6" w16cid:durableId="177812427">
    <w:abstractNumId w:val="3"/>
  </w:num>
  <w:num w:numId="7" w16cid:durableId="1689256639">
    <w:abstractNumId w:val="2"/>
  </w:num>
  <w:num w:numId="8" w16cid:durableId="717437133">
    <w:abstractNumId w:val="1"/>
  </w:num>
  <w:num w:numId="9" w16cid:durableId="1595362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AF8"/>
    <w:rsid w:val="0015074B"/>
    <w:rsid w:val="00193653"/>
    <w:rsid w:val="001F3492"/>
    <w:rsid w:val="00200DB2"/>
    <w:rsid w:val="0029639D"/>
    <w:rsid w:val="00326F90"/>
    <w:rsid w:val="00422178"/>
    <w:rsid w:val="00542EEC"/>
    <w:rsid w:val="006D0DAA"/>
    <w:rsid w:val="007C417D"/>
    <w:rsid w:val="008A52E7"/>
    <w:rsid w:val="008B22B8"/>
    <w:rsid w:val="00925945"/>
    <w:rsid w:val="00AA1D8D"/>
    <w:rsid w:val="00B441BF"/>
    <w:rsid w:val="00B47730"/>
    <w:rsid w:val="00BA223A"/>
    <w:rsid w:val="00CB0664"/>
    <w:rsid w:val="00E21D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14A11"/>
  <w14:defaultImageDpi w14:val="300"/>
  <w15:docId w15:val="{0A08928B-628A-4B04-BAEE-74660231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281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 Kjellstrand</cp:lastModifiedBy>
  <cp:revision>12</cp:revision>
  <dcterms:created xsi:type="dcterms:W3CDTF">2025-09-22T08:16:00Z</dcterms:created>
  <dcterms:modified xsi:type="dcterms:W3CDTF">2025-12-11T12:58:00Z</dcterms:modified>
  <cp:category/>
</cp:coreProperties>
</file>