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C763" w14:textId="7C890ED0" w:rsidR="007D10E1" w:rsidRPr="009B011C" w:rsidRDefault="004A0426">
      <w:pPr>
        <w:jc w:val="center"/>
        <w:rPr>
          <w:lang w:val="sv-SE"/>
        </w:rPr>
      </w:pPr>
      <w:r w:rsidRPr="009B011C">
        <w:rPr>
          <w:b/>
          <w:sz w:val="28"/>
          <w:lang w:val="sv-SE"/>
        </w:rPr>
        <w:t>Godkännande av bild och film för publicering</w:t>
      </w:r>
      <w:r w:rsidR="009B011C" w:rsidRPr="009B011C">
        <w:rPr>
          <w:b/>
          <w:sz w:val="28"/>
          <w:lang w:val="sv-SE"/>
        </w:rPr>
        <w:t xml:space="preserve">, </w:t>
      </w:r>
      <w:r w:rsidR="00814B6E">
        <w:rPr>
          <w:b/>
          <w:sz w:val="28"/>
          <w:lang w:val="sv-SE"/>
        </w:rPr>
        <w:t>samåkning</w:t>
      </w:r>
      <w:r w:rsidRPr="009B011C">
        <w:rPr>
          <w:b/>
          <w:sz w:val="28"/>
          <w:lang w:val="sv-SE"/>
        </w:rPr>
        <w:t xml:space="preserve"> och ev allergier</w:t>
      </w:r>
    </w:p>
    <w:p w14:paraId="77B1EDEA" w14:textId="77777777" w:rsidR="007D10E1" w:rsidRPr="009B011C" w:rsidRDefault="007D10E1">
      <w:pPr>
        <w:rPr>
          <w:lang w:val="sv-SE"/>
        </w:rPr>
      </w:pPr>
    </w:p>
    <w:p w14:paraId="000118C2" w14:textId="77777777" w:rsidR="007D10E1" w:rsidRPr="009B011C" w:rsidRDefault="004A0426">
      <w:pPr>
        <w:rPr>
          <w:lang w:val="sv-SE"/>
        </w:rPr>
      </w:pPr>
      <w:r w:rsidRPr="009B011C">
        <w:rPr>
          <w:lang w:val="sv-SE"/>
        </w:rPr>
        <w:t>För att Näldens IF ska få rätt att lägga ut bilder på ert barn på hemsidan samt filma matcher måste föreningen enligt lag få ett samtycke till detta.</w:t>
      </w:r>
    </w:p>
    <w:p w14:paraId="451F6992" w14:textId="1A17EB9A" w:rsidR="007D10E1" w:rsidRPr="009B011C" w:rsidRDefault="004A0426">
      <w:pPr>
        <w:rPr>
          <w:lang w:val="sv-SE"/>
        </w:rPr>
      </w:pPr>
      <w:r w:rsidRPr="009B011C">
        <w:rPr>
          <w:lang w:val="sv-SE"/>
        </w:rPr>
        <w:t>Personuppgiftslagen (PUL) innebär att du som vårdnadshavare måste samtycka till publicering för att verksamheten ska kunna använda bild och film där barnet kan identifieras.</w:t>
      </w:r>
      <w:r w:rsidR="00817FAE">
        <w:rPr>
          <w:lang w:val="sv-SE"/>
        </w:rPr>
        <w:t xml:space="preserve"> </w:t>
      </w:r>
      <w:r w:rsidR="00652DE0">
        <w:rPr>
          <w:lang w:val="sv-SE"/>
        </w:rPr>
        <w:t>Namn till bilden på barnen publiceras aldrig.</w:t>
      </w:r>
    </w:p>
    <w:p w14:paraId="6121EE7D" w14:textId="77777777" w:rsidR="007D10E1" w:rsidRPr="009B011C" w:rsidRDefault="004A0426">
      <w:pPr>
        <w:rPr>
          <w:lang w:val="sv-SE"/>
        </w:rPr>
      </w:pPr>
      <w:r w:rsidRPr="009B011C">
        <w:rPr>
          <w:lang w:val="sv-SE"/>
        </w:rPr>
        <w:t>Vårdnadshavare har rätt att när som helst återta samtycket, varvid föreningen snarast ska avlägsna materialet. Verksamheten publicerar inte något som kan vara kränkande för barnet.</w:t>
      </w:r>
    </w:p>
    <w:p w14:paraId="6DC7210D" w14:textId="77777777" w:rsidR="007D10E1" w:rsidRPr="009B011C" w:rsidRDefault="004A0426">
      <w:pPr>
        <w:rPr>
          <w:lang w:val="sv-SE"/>
        </w:rPr>
      </w:pPr>
      <w:r w:rsidRPr="009B011C">
        <w:rPr>
          <w:lang w:val="sv-SE"/>
        </w:rPr>
        <w:t>Det kan gälla att lägga ut foton från träningar, cuper och liknande evenemang i olika sammanhang. Syftet är att spegla det positiva och glädjefyllda som sker i verksamheten.</w:t>
      </w:r>
    </w:p>
    <w:p w14:paraId="0B4BE24B" w14:textId="77777777" w:rsidR="007D10E1" w:rsidRDefault="004A0426">
      <w:pPr>
        <w:rPr>
          <w:lang w:val="sv-SE"/>
        </w:rPr>
      </w:pPr>
      <w:r w:rsidRPr="009B011C">
        <w:rPr>
          <w:lang w:val="sv-SE"/>
        </w:rPr>
        <w:t>Filmning sker i samband med matcher.</w:t>
      </w:r>
    </w:p>
    <w:p w14:paraId="105FB8FC" w14:textId="32E079D8" w:rsidR="00814B6E" w:rsidRPr="009B011C" w:rsidRDefault="00A577D5">
      <w:pPr>
        <w:rPr>
          <w:lang w:val="sv-SE"/>
        </w:rPr>
      </w:pPr>
      <w:r>
        <w:rPr>
          <w:lang w:val="sv-SE"/>
        </w:rPr>
        <w:t>Fyll även i om du ger ditt barn godkännande att åka med i ledare och andras föräldrar bilar till bortamatcher, sammandrag och dylikt.</w:t>
      </w:r>
    </w:p>
    <w:p w14:paraId="015C7EBB" w14:textId="31EE36EE" w:rsidR="007D10E1" w:rsidRDefault="004A0426">
      <w:pPr>
        <w:rPr>
          <w:lang w:val="sv-SE"/>
        </w:rPr>
      </w:pPr>
      <w:r w:rsidRPr="009B011C">
        <w:rPr>
          <w:b/>
          <w:lang w:val="sv-SE"/>
        </w:rPr>
        <w:t xml:space="preserve">Var god fyll i:    </w:t>
      </w:r>
      <w:r w:rsidRPr="009B011C">
        <w:rPr>
          <w:lang w:val="sv-SE"/>
        </w:rPr>
        <w:t>Samtycke</w:t>
      </w:r>
      <w:r w:rsidR="00491E4E">
        <w:rPr>
          <w:lang w:val="sv-SE"/>
        </w:rPr>
        <w:t xml:space="preserve"> fotografering</w:t>
      </w:r>
      <w:r w:rsidRPr="009B011C">
        <w:rPr>
          <w:lang w:val="sv-SE"/>
        </w:rPr>
        <w:t xml:space="preserve"> medges ☐     Samtycke </w:t>
      </w:r>
      <w:r w:rsidR="00491E4E">
        <w:rPr>
          <w:lang w:val="sv-SE"/>
        </w:rPr>
        <w:t xml:space="preserve">fotografering </w:t>
      </w:r>
      <w:r w:rsidRPr="009B011C">
        <w:rPr>
          <w:lang w:val="sv-SE"/>
        </w:rPr>
        <w:t xml:space="preserve">medges </w:t>
      </w:r>
      <w:r w:rsidR="008D0388">
        <w:rPr>
          <w:lang w:val="sv-SE"/>
        </w:rPr>
        <w:t>ej</w:t>
      </w:r>
      <w:r w:rsidRPr="009B011C">
        <w:rPr>
          <w:lang w:val="sv-SE"/>
        </w:rPr>
        <w:t xml:space="preserve"> ☐</w:t>
      </w:r>
      <w:r w:rsidR="00814B6E">
        <w:rPr>
          <w:lang w:val="sv-SE"/>
        </w:rPr>
        <w:t xml:space="preserve"> </w:t>
      </w:r>
      <w:r w:rsidR="00DB357F">
        <w:rPr>
          <w:lang w:val="sv-SE"/>
        </w:rPr>
        <w:t xml:space="preserve"> </w:t>
      </w:r>
      <w:r w:rsidR="00814B6E">
        <w:rPr>
          <w:lang w:val="sv-SE"/>
        </w:rPr>
        <w:t xml:space="preserve"> </w:t>
      </w:r>
    </w:p>
    <w:p w14:paraId="1880C494" w14:textId="21D7F8C6" w:rsidR="00736298" w:rsidRPr="009B011C" w:rsidRDefault="00736298">
      <w:pPr>
        <w:rPr>
          <w:lang w:val="sv-SE"/>
        </w:rPr>
      </w:pPr>
      <w:r w:rsidRPr="009B011C">
        <w:rPr>
          <w:b/>
          <w:lang w:val="sv-SE"/>
        </w:rPr>
        <w:t xml:space="preserve">Var god fyll i:    </w:t>
      </w:r>
      <w:r w:rsidRPr="00EB4108">
        <w:rPr>
          <w:bCs/>
          <w:lang w:val="sv-SE"/>
        </w:rPr>
        <w:t>Samtycke till samåkning</w:t>
      </w:r>
      <w:r w:rsidR="00E97299">
        <w:rPr>
          <w:bCs/>
          <w:lang w:val="sv-SE"/>
        </w:rPr>
        <w:t xml:space="preserve"> medges</w:t>
      </w:r>
      <w:r w:rsidR="00EB4108">
        <w:rPr>
          <w:bCs/>
          <w:lang w:val="sv-SE"/>
        </w:rPr>
        <w:t xml:space="preserve"> </w:t>
      </w:r>
      <w:r w:rsidRPr="009B011C">
        <w:rPr>
          <w:lang w:val="sv-SE"/>
        </w:rPr>
        <w:t>☐</w:t>
      </w:r>
      <w:r>
        <w:rPr>
          <w:lang w:val="sv-SE"/>
        </w:rPr>
        <w:t xml:space="preserve"> </w:t>
      </w:r>
      <w:r w:rsidR="00EB4108">
        <w:rPr>
          <w:lang w:val="sv-SE"/>
        </w:rPr>
        <w:t xml:space="preserve">  Samtycke medges </w:t>
      </w:r>
      <w:r w:rsidR="008D0388">
        <w:rPr>
          <w:lang w:val="sv-SE"/>
        </w:rPr>
        <w:t>ej</w:t>
      </w:r>
      <w:r w:rsidR="00EB4108">
        <w:rPr>
          <w:lang w:val="sv-SE"/>
        </w:rPr>
        <w:t xml:space="preserve"> till samåkning </w:t>
      </w:r>
      <w:r w:rsidR="00EB4108" w:rsidRPr="009B011C">
        <w:rPr>
          <w:lang w:val="sv-SE"/>
        </w:rPr>
        <w:t>☐</w:t>
      </w:r>
      <w:r w:rsidR="00EB4108">
        <w:rPr>
          <w:lang w:val="sv-SE"/>
        </w:rPr>
        <w:t xml:space="preserve">  </w:t>
      </w:r>
    </w:p>
    <w:p w14:paraId="54767837" w14:textId="77777777" w:rsidR="007D10E1" w:rsidRPr="009B011C" w:rsidRDefault="007D10E1">
      <w:pPr>
        <w:rPr>
          <w:lang w:val="sv-SE"/>
        </w:rPr>
      </w:pPr>
    </w:p>
    <w:p w14:paraId="5FEEBD3B" w14:textId="77777777" w:rsidR="007D10E1" w:rsidRPr="009B011C" w:rsidRDefault="004A0426">
      <w:pPr>
        <w:rPr>
          <w:lang w:val="sv-SE"/>
        </w:rPr>
      </w:pPr>
      <w:r w:rsidRPr="009B011C">
        <w:rPr>
          <w:lang w:val="sv-SE"/>
        </w:rPr>
        <w:t>Barnets namn: ________________________________________________</w:t>
      </w:r>
    </w:p>
    <w:p w14:paraId="64DE7146" w14:textId="77777777" w:rsidR="007D10E1" w:rsidRPr="009B011C" w:rsidRDefault="004A0426">
      <w:pPr>
        <w:rPr>
          <w:lang w:val="sv-SE"/>
        </w:rPr>
      </w:pPr>
      <w:r w:rsidRPr="009B011C">
        <w:rPr>
          <w:lang w:val="sv-SE"/>
        </w:rPr>
        <w:t>Ev. någon allergi: _____________________________________________</w:t>
      </w:r>
    </w:p>
    <w:p w14:paraId="44AC7966" w14:textId="77777777" w:rsidR="007D10E1" w:rsidRPr="009B011C" w:rsidRDefault="007D10E1">
      <w:pPr>
        <w:rPr>
          <w:lang w:val="sv-SE"/>
        </w:rPr>
      </w:pPr>
    </w:p>
    <w:p w14:paraId="27BA1845" w14:textId="77777777" w:rsidR="007D10E1" w:rsidRPr="009B011C" w:rsidRDefault="004A0426">
      <w:pPr>
        <w:rPr>
          <w:lang w:val="sv-SE"/>
        </w:rPr>
      </w:pPr>
      <w:r w:rsidRPr="009B011C">
        <w:rPr>
          <w:lang w:val="sv-SE"/>
        </w:rPr>
        <w:t>Kost av etiska, religiösa och kulturella skäl   JA ☐   NEJ ☐</w:t>
      </w:r>
    </w:p>
    <w:p w14:paraId="5ED07220" w14:textId="7017E28C" w:rsidR="007D10E1" w:rsidRPr="009B011C" w:rsidRDefault="004A0426" w:rsidP="00736298">
      <w:pPr>
        <w:rPr>
          <w:lang w:val="sv-SE"/>
        </w:rPr>
      </w:pPr>
      <w:r w:rsidRPr="009B011C">
        <w:rPr>
          <w:lang w:val="sv-SE"/>
        </w:rPr>
        <w:t>Ange vilken: _________________________________________________</w:t>
      </w:r>
      <w:r w:rsidR="00CB37C4">
        <w:rPr>
          <w:lang w:val="sv-SE"/>
        </w:rPr>
        <w:t xml:space="preserve">                                 </w:t>
      </w:r>
      <w:r w:rsidR="00CB37C4" w:rsidRPr="00491E4E">
        <w:rPr>
          <w:noProof/>
          <w:lang w:val="sv-SE"/>
        </w:rPr>
        <w:t xml:space="preserve"> </w:t>
      </w:r>
      <w:r w:rsidR="00736298" w:rsidRPr="00491E4E">
        <w:rPr>
          <w:noProof/>
          <w:lang w:val="sv-SE"/>
        </w:rPr>
        <w:t xml:space="preserve">         </w:t>
      </w:r>
      <w:r w:rsidR="00CB37C4" w:rsidRPr="00491E4E">
        <w:rPr>
          <w:noProof/>
          <w:lang w:val="sv-SE"/>
        </w:rPr>
        <w:t xml:space="preserve"> </w:t>
      </w:r>
    </w:p>
    <w:p w14:paraId="7DB72C15" w14:textId="555438B9" w:rsidR="007D10E1" w:rsidRPr="009B011C" w:rsidRDefault="00EB4108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0E1C92" wp14:editId="24F47CDB">
            <wp:simplePos x="0" y="0"/>
            <wp:positionH relativeFrom="margin">
              <wp:posOffset>4567555</wp:posOffset>
            </wp:positionH>
            <wp:positionV relativeFrom="margin">
              <wp:posOffset>6286500</wp:posOffset>
            </wp:positionV>
            <wp:extent cx="1743075" cy="1527175"/>
            <wp:effectExtent l="0" t="0" r="9525" b="0"/>
            <wp:wrapSquare wrapText="bothSides"/>
            <wp:docPr id="44172392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2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CA2E76" w14:textId="31D81198" w:rsidR="007D10E1" w:rsidRPr="009B011C" w:rsidRDefault="004A0426">
      <w:pPr>
        <w:rPr>
          <w:lang w:val="sv-SE"/>
        </w:rPr>
      </w:pPr>
      <w:r w:rsidRPr="009B011C">
        <w:rPr>
          <w:lang w:val="sv-SE"/>
        </w:rPr>
        <w:t>Tillhörande lag: ______________________________________________</w:t>
      </w:r>
      <w:r w:rsidR="00CB37C4">
        <w:rPr>
          <w:lang w:val="sv-SE"/>
        </w:rPr>
        <w:t xml:space="preserve">        </w:t>
      </w:r>
      <w:r w:rsidR="00B22E3B">
        <w:rPr>
          <w:lang w:val="sv-SE"/>
        </w:rPr>
        <w:t xml:space="preserve">                                                                                                            </w:t>
      </w:r>
      <w:r w:rsidR="00CB37C4">
        <w:rPr>
          <w:lang w:val="sv-SE"/>
        </w:rPr>
        <w:t xml:space="preserve">                                          </w:t>
      </w:r>
    </w:p>
    <w:p w14:paraId="20650EAE" w14:textId="34851E1D" w:rsidR="007D10E1" w:rsidRPr="009B011C" w:rsidRDefault="004A0426">
      <w:pPr>
        <w:rPr>
          <w:lang w:val="sv-SE"/>
        </w:rPr>
      </w:pPr>
      <w:r w:rsidRPr="009B011C">
        <w:rPr>
          <w:lang w:val="sv-SE"/>
        </w:rPr>
        <w:t>Vårdnadshavar</w:t>
      </w:r>
      <w:r w:rsidR="00B26292">
        <w:rPr>
          <w:lang w:val="sv-SE"/>
        </w:rPr>
        <w:t>es</w:t>
      </w:r>
      <w:r w:rsidRPr="009B011C">
        <w:rPr>
          <w:lang w:val="sv-SE"/>
        </w:rPr>
        <w:t xml:space="preserve"> underskrift:</w:t>
      </w:r>
    </w:p>
    <w:p w14:paraId="5FF0EA52" w14:textId="7E6DCBF5" w:rsidR="007D10E1" w:rsidRPr="00B22E3B" w:rsidRDefault="004A0426">
      <w:pPr>
        <w:rPr>
          <w:lang w:val="sv-SE"/>
        </w:rPr>
      </w:pPr>
      <w:r w:rsidRPr="00B22E3B">
        <w:rPr>
          <w:lang w:val="sv-SE"/>
        </w:rPr>
        <w:t>______________________________________________________________</w:t>
      </w:r>
    </w:p>
    <w:p w14:paraId="385A4613" w14:textId="1C5C1C58" w:rsidR="007D10E1" w:rsidRPr="00B22E3B" w:rsidRDefault="007D10E1">
      <w:pPr>
        <w:rPr>
          <w:lang w:val="sv-SE"/>
        </w:rPr>
      </w:pPr>
    </w:p>
    <w:p w14:paraId="7A3F0B29" w14:textId="10447EE5" w:rsidR="007D10E1" w:rsidRPr="00B22E3B" w:rsidRDefault="004A0426">
      <w:pPr>
        <w:rPr>
          <w:lang w:val="sv-SE"/>
        </w:rPr>
      </w:pPr>
      <w:r w:rsidRPr="00B22E3B">
        <w:rPr>
          <w:lang w:val="sv-SE"/>
        </w:rPr>
        <w:t>Datum: _______________________________________________________</w:t>
      </w:r>
    </w:p>
    <w:sectPr w:rsidR="007D10E1" w:rsidRPr="00B22E3B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8115564">
    <w:abstractNumId w:val="8"/>
  </w:num>
  <w:num w:numId="2" w16cid:durableId="275873542">
    <w:abstractNumId w:val="6"/>
  </w:num>
  <w:num w:numId="3" w16cid:durableId="1034112456">
    <w:abstractNumId w:val="5"/>
  </w:num>
  <w:num w:numId="4" w16cid:durableId="1716393308">
    <w:abstractNumId w:val="4"/>
  </w:num>
  <w:num w:numId="5" w16cid:durableId="1144930516">
    <w:abstractNumId w:val="7"/>
  </w:num>
  <w:num w:numId="6" w16cid:durableId="92602423">
    <w:abstractNumId w:val="3"/>
  </w:num>
  <w:num w:numId="7" w16cid:durableId="1552571183">
    <w:abstractNumId w:val="2"/>
  </w:num>
  <w:num w:numId="8" w16cid:durableId="224879575">
    <w:abstractNumId w:val="1"/>
  </w:num>
  <w:num w:numId="9" w16cid:durableId="98375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76C"/>
    <w:rsid w:val="00034616"/>
    <w:rsid w:val="0006063C"/>
    <w:rsid w:val="000C5414"/>
    <w:rsid w:val="0015074B"/>
    <w:rsid w:val="0029639D"/>
    <w:rsid w:val="0031457A"/>
    <w:rsid w:val="00326F90"/>
    <w:rsid w:val="00491E4E"/>
    <w:rsid w:val="004A0426"/>
    <w:rsid w:val="00652DE0"/>
    <w:rsid w:val="00736298"/>
    <w:rsid w:val="007D10E1"/>
    <w:rsid w:val="00814B6E"/>
    <w:rsid w:val="00817FAE"/>
    <w:rsid w:val="008D0388"/>
    <w:rsid w:val="009B011C"/>
    <w:rsid w:val="00A577D5"/>
    <w:rsid w:val="00AA1D8D"/>
    <w:rsid w:val="00B22E3B"/>
    <w:rsid w:val="00B26292"/>
    <w:rsid w:val="00B47730"/>
    <w:rsid w:val="00CB0664"/>
    <w:rsid w:val="00CB37C4"/>
    <w:rsid w:val="00D955F9"/>
    <w:rsid w:val="00DB357F"/>
    <w:rsid w:val="00E97299"/>
    <w:rsid w:val="00EB41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B59D74C-3BF8-46CD-AF52-4962984B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Näldens IF</cp:lastModifiedBy>
  <cp:revision>17</cp:revision>
  <dcterms:created xsi:type="dcterms:W3CDTF">2013-12-23T23:15:00Z</dcterms:created>
  <dcterms:modified xsi:type="dcterms:W3CDTF">2026-05-13T05:53:00Z</dcterms:modified>
  <cp:category/>
</cp:coreProperties>
</file>