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37"/>
        <w:gridCol w:w="3953"/>
      </w:tblGrid>
      <w:tr w:rsidR="0030778A" w14:paraId="0D197799" w14:textId="77777777" w:rsidTr="001912B3">
        <w:tc>
          <w:tcPr>
            <w:tcW w:w="6537" w:type="dxa"/>
            <w:shd w:val="clear" w:color="auto" w:fill="111111"/>
            <w:tcMar>
              <w:top w:w="230" w:type="dxa"/>
              <w:left w:w="300" w:type="dxa"/>
              <w:bottom w:w="220" w:type="dxa"/>
              <w:right w:w="260" w:type="dxa"/>
            </w:tcMar>
          </w:tcPr>
          <w:p w14:paraId="0DB48D0C" w14:textId="3D99DE2B" w:rsidR="0030778A" w:rsidRDefault="009A55DC">
            <w:pPr>
              <w:spacing w:after="40"/>
            </w:pPr>
            <w:r>
              <w:rPr>
                <w:rFonts w:ascii="Aptos Display" w:hAnsi="Aptos Display"/>
                <w:b/>
                <w:color w:val="FFD21F"/>
                <w:sz w:val="22"/>
              </w:rPr>
              <w:t>INBJUDAN</w:t>
            </w:r>
          </w:p>
          <w:p w14:paraId="6293BEAE" w14:textId="57652E8A" w:rsidR="0030778A" w:rsidRDefault="00542B4E">
            <w:pPr>
              <w:spacing w:after="0"/>
            </w:pPr>
            <w:r>
              <w:rPr>
                <w:rFonts w:ascii="Aptos Display" w:hAnsi="Aptos Display"/>
                <w:b/>
                <w:color w:val="FFFFFF"/>
                <w:sz w:val="46"/>
              </w:rPr>
              <w:t>POOLSPEL</w:t>
            </w:r>
          </w:p>
        </w:tc>
        <w:tc>
          <w:tcPr>
            <w:tcW w:w="3953" w:type="dxa"/>
            <w:shd w:val="clear" w:color="auto" w:fill="F5C400"/>
            <w:tcMar>
              <w:top w:w="230" w:type="dxa"/>
              <w:left w:w="200" w:type="dxa"/>
              <w:bottom w:w="220" w:type="dxa"/>
              <w:right w:w="200" w:type="dxa"/>
            </w:tcMar>
          </w:tcPr>
          <w:p w14:paraId="68389274" w14:textId="6D71F402" w:rsidR="006A1B96" w:rsidRDefault="002A18E4">
            <w:pPr>
              <w:spacing w:after="0"/>
              <w:jc w:val="center"/>
              <w:rPr>
                <w:rFonts w:ascii="Aptos Display" w:hAnsi="Aptos Display"/>
                <w:b/>
                <w:color w:val="111111"/>
                <w:sz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1F5ED9B" wp14:editId="4459B974">
                  <wp:simplePos x="0" y="0"/>
                  <wp:positionH relativeFrom="column">
                    <wp:posOffset>1014730</wp:posOffset>
                  </wp:positionH>
                  <wp:positionV relativeFrom="paragraph">
                    <wp:posOffset>6350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9164" y="0"/>
                      <wp:lineTo x="873" y="3055"/>
                      <wp:lineTo x="0" y="3927"/>
                      <wp:lineTo x="436" y="6982"/>
                      <wp:lineTo x="2618" y="13964"/>
                      <wp:lineTo x="7855" y="20945"/>
                      <wp:lineTo x="9164" y="21382"/>
                      <wp:lineTo x="11782" y="21382"/>
                      <wp:lineTo x="13091" y="20945"/>
                      <wp:lineTo x="18327" y="13964"/>
                      <wp:lineTo x="20945" y="6982"/>
                      <wp:lineTo x="21382" y="3927"/>
                      <wp:lineTo x="20509" y="3055"/>
                      <wp:lineTo x="12218" y="0"/>
                      <wp:lineTo x="9164" y="0"/>
                    </wp:wrapPolygon>
                  </wp:wrapTight>
                  <wp:docPr id="113939787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397877" name="Bildobjekt 11393978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64EE5E" w14:textId="2D7CDB94" w:rsidR="0030778A" w:rsidRDefault="006A1B96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111111"/>
                <w:sz w:val="30"/>
              </w:rPr>
              <w:t>AVESTA</w:t>
            </w:r>
          </w:p>
        </w:tc>
      </w:tr>
    </w:tbl>
    <w:p w14:paraId="250DEE58" w14:textId="06D03158" w:rsidR="0030778A" w:rsidRPr="006A1B96" w:rsidRDefault="00421EF3">
      <w:pPr>
        <w:spacing w:before="160" w:after="120"/>
        <w:rPr>
          <w:lang w:val="sv-SE"/>
        </w:rPr>
      </w:pPr>
      <w:r>
        <w:rPr>
          <w:rFonts w:ascii="Aptos Display" w:hAnsi="Aptos Display"/>
          <w:b/>
          <w:color w:val="111111"/>
          <w:sz w:val="26"/>
          <w:lang w:val="sv-SE"/>
        </w:rPr>
        <w:br/>
      </w:r>
      <w:r w:rsidR="006A1B96">
        <w:rPr>
          <w:rFonts w:ascii="Aptos Display" w:hAnsi="Aptos Display"/>
          <w:b/>
          <w:color w:val="111111"/>
          <w:sz w:val="26"/>
          <w:lang w:val="sv-SE"/>
        </w:rPr>
        <w:t xml:space="preserve">Skogsbo SK bjuder </w:t>
      </w:r>
      <w:r w:rsidR="00A0602E">
        <w:rPr>
          <w:rFonts w:ascii="Aptos Display" w:hAnsi="Aptos Display"/>
          <w:b/>
          <w:color w:val="111111"/>
          <w:sz w:val="26"/>
          <w:lang w:val="sv-SE"/>
        </w:rPr>
        <w:t xml:space="preserve">härmed </w:t>
      </w:r>
      <w:r w:rsidR="006A1B96">
        <w:rPr>
          <w:rFonts w:ascii="Aptos Display" w:hAnsi="Aptos Display"/>
          <w:b/>
          <w:color w:val="111111"/>
          <w:sz w:val="26"/>
          <w:lang w:val="sv-SE"/>
        </w:rPr>
        <w:t xml:space="preserve">in till </w:t>
      </w:r>
      <w:r w:rsidR="00542B4E">
        <w:rPr>
          <w:rFonts w:ascii="Aptos Display" w:hAnsi="Aptos Display"/>
          <w:b/>
          <w:color w:val="111111"/>
          <w:sz w:val="26"/>
          <w:lang w:val="sv-SE"/>
        </w:rPr>
        <w:t>poolspel</w:t>
      </w:r>
      <w:r w:rsidR="00F27BE9">
        <w:rPr>
          <w:rFonts w:ascii="Aptos Display" w:hAnsi="Aptos Display"/>
          <w:b/>
          <w:color w:val="111111"/>
          <w:sz w:val="26"/>
          <w:lang w:val="sv-SE"/>
        </w:rPr>
        <w:t>/sammandrag</w:t>
      </w:r>
      <w:r w:rsidR="00542B4E">
        <w:rPr>
          <w:rFonts w:ascii="Aptos Display" w:hAnsi="Aptos Display"/>
          <w:b/>
          <w:color w:val="111111"/>
          <w:sz w:val="26"/>
          <w:lang w:val="sv-SE"/>
        </w:rPr>
        <w:t>.</w:t>
      </w:r>
    </w:p>
    <w:tbl>
      <w:tblPr>
        <w:tblW w:w="0" w:type="auto"/>
        <w:tblInd w:w="-6" w:type="dxa"/>
        <w:tblBorders>
          <w:top w:val="single" w:sz="5" w:space="0" w:color="D3D3D3"/>
          <w:left w:val="single" w:sz="5" w:space="0" w:color="D3D3D3"/>
          <w:bottom w:val="single" w:sz="5" w:space="0" w:color="D3D3D3"/>
          <w:right w:val="single" w:sz="5" w:space="0" w:color="D3D3D3"/>
          <w:insideH w:val="single" w:sz="5" w:space="0" w:color="D3D3D3"/>
          <w:insideV w:val="single" w:sz="5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4653"/>
        <w:gridCol w:w="5837"/>
      </w:tblGrid>
      <w:tr w:rsidR="00987BA9" w:rsidRPr="00787D82" w14:paraId="36DC45FB" w14:textId="77777777" w:rsidTr="001912B3">
        <w:tc>
          <w:tcPr>
            <w:tcW w:w="4653" w:type="dxa"/>
            <w:shd w:val="clear" w:color="auto" w:fill="F3F3F3"/>
            <w:tcMar>
              <w:top w:w="90" w:type="dxa"/>
              <w:left w:w="150" w:type="dxa"/>
              <w:bottom w:w="45" w:type="dxa"/>
              <w:right w:w="150" w:type="dxa"/>
            </w:tcMar>
          </w:tcPr>
          <w:p w14:paraId="227D5D91" w14:textId="53701A3E" w:rsidR="00987BA9" w:rsidRDefault="00987BA9">
            <w:pPr>
              <w:spacing w:after="0"/>
            </w:pPr>
            <w:r w:rsidRPr="00D10D74">
              <w:rPr>
                <w:b/>
                <w:color w:val="auto"/>
                <w:sz w:val="20"/>
                <w:szCs w:val="20"/>
              </w:rPr>
              <w:t>DATUM</w:t>
            </w:r>
            <w:r w:rsidR="00FB0CD5" w:rsidRPr="00D10D74">
              <w:rPr>
                <w:b/>
                <w:color w:val="auto"/>
                <w:sz w:val="20"/>
                <w:szCs w:val="20"/>
              </w:rPr>
              <w:t>:</w:t>
            </w:r>
            <w:r w:rsidR="00FB0CD5">
              <w:rPr>
                <w:b/>
                <w:color w:val="auto"/>
                <w:sz w:val="17"/>
              </w:rPr>
              <w:t xml:space="preserve"> </w:t>
            </w:r>
            <w:r w:rsidR="00D10D74" w:rsidRPr="00195887">
              <w:rPr>
                <w:b/>
                <w:color w:val="auto"/>
                <w:sz w:val="20"/>
                <w:szCs w:val="20"/>
              </w:rPr>
              <w:t>2026-XX-XX</w:t>
            </w:r>
            <w:r w:rsidR="00D10D74">
              <w:rPr>
                <w:b/>
                <w:color w:val="auto"/>
                <w:sz w:val="17"/>
              </w:rPr>
              <w:t xml:space="preserve"> </w:t>
            </w:r>
            <w:r w:rsidR="00D10D74" w:rsidRPr="00D10D74">
              <w:rPr>
                <w:b/>
                <w:color w:val="auto"/>
                <w:sz w:val="20"/>
                <w:szCs w:val="20"/>
              </w:rPr>
              <w:t>TID:</w:t>
            </w:r>
            <w:r w:rsidR="00D10D74">
              <w:rPr>
                <w:b/>
                <w:color w:val="auto"/>
                <w:sz w:val="17"/>
              </w:rPr>
              <w:t xml:space="preserve"> </w:t>
            </w:r>
            <w:r w:rsidR="00D10D74" w:rsidRPr="00195887">
              <w:rPr>
                <w:b/>
                <w:color w:val="auto"/>
                <w:sz w:val="20"/>
                <w:szCs w:val="20"/>
              </w:rPr>
              <w:t>00:00</w:t>
            </w:r>
            <w:r w:rsidRPr="001912B3">
              <w:rPr>
                <w:b/>
                <w:color w:val="auto"/>
                <w:sz w:val="17"/>
              </w:rPr>
              <w:t xml:space="preserve"> </w:t>
            </w:r>
          </w:p>
        </w:tc>
        <w:tc>
          <w:tcPr>
            <w:tcW w:w="5837" w:type="dxa"/>
            <w:shd w:val="clear" w:color="auto" w:fill="F3F3F3"/>
            <w:tcMar>
              <w:top w:w="90" w:type="dxa"/>
              <w:left w:w="150" w:type="dxa"/>
              <w:bottom w:w="45" w:type="dxa"/>
              <w:right w:w="150" w:type="dxa"/>
            </w:tcMar>
          </w:tcPr>
          <w:p w14:paraId="3E7B54F9" w14:textId="5172D1CC" w:rsidR="00987BA9" w:rsidRPr="00FB0CD5" w:rsidRDefault="00FB0CD5">
            <w:pPr>
              <w:spacing w:after="0"/>
              <w:rPr>
                <w:lang w:val="sv-SE"/>
              </w:rPr>
            </w:pPr>
            <w:r w:rsidRPr="00FB0CD5">
              <w:rPr>
                <w:b/>
                <w:color w:val="111111"/>
                <w:sz w:val="20"/>
                <w:lang w:val="sv-SE"/>
              </w:rPr>
              <w:t xml:space="preserve">PLATS: </w:t>
            </w:r>
            <w:r w:rsidR="00B557EC" w:rsidRPr="00FB0CD5">
              <w:rPr>
                <w:b/>
                <w:color w:val="111111"/>
                <w:sz w:val="20"/>
                <w:lang w:val="sv-SE"/>
              </w:rPr>
              <w:t>Outokumpu</w:t>
            </w:r>
            <w:r w:rsidR="00987BA9" w:rsidRPr="00FB0CD5">
              <w:rPr>
                <w:b/>
                <w:color w:val="111111"/>
                <w:sz w:val="20"/>
                <w:lang w:val="sv-SE"/>
              </w:rPr>
              <w:t xml:space="preserve"> Ishall, Soldattorpsvägen 1, Avesta</w:t>
            </w:r>
          </w:p>
        </w:tc>
      </w:tr>
    </w:tbl>
    <w:p w14:paraId="02088306" w14:textId="569E64DD" w:rsidR="00A65DBF" w:rsidRDefault="009A55DC">
      <w:pPr>
        <w:pStyle w:val="SectionLabel"/>
      </w:pPr>
      <w:r>
        <w:t>INBJUDNA LAG</w:t>
      </w:r>
      <w:r w:rsidR="00A65DBF">
        <w:t xml:space="preserve"> </w:t>
      </w:r>
    </w:p>
    <w:tbl>
      <w:tblPr>
        <w:tblStyle w:val="Tabellrutnt"/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54"/>
        <w:gridCol w:w="1397"/>
        <w:gridCol w:w="1261"/>
        <w:gridCol w:w="1261"/>
        <w:gridCol w:w="1261"/>
        <w:gridCol w:w="1261"/>
        <w:gridCol w:w="1098"/>
        <w:gridCol w:w="1142"/>
      </w:tblGrid>
      <w:tr w:rsidR="00807321" w14:paraId="5F65FC9B" w14:textId="02B27D35" w:rsidTr="00807321">
        <w:tc>
          <w:tcPr>
            <w:tcW w:w="1854" w:type="dxa"/>
            <w:shd w:val="clear" w:color="auto" w:fill="FFC000"/>
          </w:tcPr>
          <w:p w14:paraId="7C8671AF" w14:textId="7EEA3695" w:rsidR="00807321" w:rsidRDefault="00106C90">
            <w:pPr>
              <w:pStyle w:val="SectionLabel"/>
            </w:pPr>
            <w:proofErr w:type="spellStart"/>
            <w:r>
              <w:rPr>
                <w:rFonts w:ascii="Aptos" w:hAnsi="Aptos"/>
                <w:sz w:val="20"/>
              </w:rPr>
              <w:t>Lagnamn</w:t>
            </w:r>
            <w:proofErr w:type="spellEnd"/>
            <w:r>
              <w:rPr>
                <w:rFonts w:ascii="Aptos" w:hAnsi="Aptos"/>
                <w:sz w:val="20"/>
              </w:rPr>
              <w:t>:</w:t>
            </w:r>
          </w:p>
        </w:tc>
        <w:tc>
          <w:tcPr>
            <w:tcW w:w="1397" w:type="dxa"/>
            <w:shd w:val="clear" w:color="auto" w:fill="FFC000"/>
          </w:tcPr>
          <w:p w14:paraId="4CC43B2A" w14:textId="2EE079A1" w:rsidR="00807321" w:rsidRDefault="00807321">
            <w:pPr>
              <w:pStyle w:val="SectionLabel"/>
            </w:pPr>
            <w:r>
              <w:rPr>
                <w:rFonts w:ascii="Aptos" w:hAnsi="Aptos"/>
                <w:sz w:val="20"/>
              </w:rPr>
              <w:t>XX</w:t>
            </w:r>
          </w:p>
        </w:tc>
        <w:tc>
          <w:tcPr>
            <w:tcW w:w="1261" w:type="dxa"/>
            <w:shd w:val="clear" w:color="auto" w:fill="FFC000"/>
          </w:tcPr>
          <w:p w14:paraId="1F1E8603" w14:textId="55E022B0" w:rsidR="00807321" w:rsidRDefault="00807321">
            <w:pPr>
              <w:pStyle w:val="SectionLabel"/>
            </w:pPr>
            <w:r>
              <w:rPr>
                <w:rFonts w:ascii="Aptos" w:hAnsi="Aptos"/>
                <w:sz w:val="20"/>
              </w:rPr>
              <w:t>XX</w:t>
            </w:r>
          </w:p>
        </w:tc>
        <w:tc>
          <w:tcPr>
            <w:tcW w:w="1261" w:type="dxa"/>
            <w:shd w:val="clear" w:color="auto" w:fill="FFC000"/>
          </w:tcPr>
          <w:p w14:paraId="7107ED11" w14:textId="2C2F7DE6" w:rsidR="00807321" w:rsidRDefault="00807321">
            <w:pPr>
              <w:pStyle w:val="SectionLabel"/>
            </w:pPr>
            <w:r>
              <w:rPr>
                <w:rFonts w:ascii="Aptos" w:hAnsi="Aptos"/>
                <w:sz w:val="20"/>
              </w:rPr>
              <w:t>XX</w:t>
            </w:r>
          </w:p>
        </w:tc>
        <w:tc>
          <w:tcPr>
            <w:tcW w:w="1261" w:type="dxa"/>
            <w:shd w:val="clear" w:color="auto" w:fill="FFC000"/>
          </w:tcPr>
          <w:p w14:paraId="581E860F" w14:textId="2F56FBF1" w:rsidR="00807321" w:rsidRDefault="00807321">
            <w:pPr>
              <w:pStyle w:val="SectionLabel"/>
            </w:pPr>
            <w:r>
              <w:rPr>
                <w:rFonts w:ascii="Aptos" w:hAnsi="Aptos"/>
                <w:sz w:val="20"/>
              </w:rPr>
              <w:t>XX</w:t>
            </w:r>
          </w:p>
        </w:tc>
        <w:tc>
          <w:tcPr>
            <w:tcW w:w="1261" w:type="dxa"/>
            <w:shd w:val="clear" w:color="auto" w:fill="FFC000"/>
          </w:tcPr>
          <w:p w14:paraId="2609C20C" w14:textId="62E78A20" w:rsidR="00807321" w:rsidRDefault="00807321">
            <w:pPr>
              <w:pStyle w:val="SectionLabel"/>
            </w:pPr>
            <w:r>
              <w:rPr>
                <w:rFonts w:ascii="Aptos" w:hAnsi="Aptos"/>
                <w:sz w:val="20"/>
              </w:rPr>
              <w:t>XX</w:t>
            </w:r>
          </w:p>
        </w:tc>
        <w:tc>
          <w:tcPr>
            <w:tcW w:w="1098" w:type="dxa"/>
            <w:shd w:val="clear" w:color="auto" w:fill="FFC000"/>
          </w:tcPr>
          <w:p w14:paraId="0501E0E8" w14:textId="5C5A524C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XX</w:t>
            </w:r>
          </w:p>
        </w:tc>
        <w:tc>
          <w:tcPr>
            <w:tcW w:w="1142" w:type="dxa"/>
            <w:shd w:val="clear" w:color="auto" w:fill="FFC000"/>
          </w:tcPr>
          <w:p w14:paraId="1479FEBF" w14:textId="3CF7AF03" w:rsidR="00807321" w:rsidRDefault="00807321">
            <w:pPr>
              <w:pStyle w:val="SectionLabel"/>
            </w:pPr>
            <w:r>
              <w:rPr>
                <w:rFonts w:ascii="Aptos" w:hAnsi="Aptos"/>
                <w:sz w:val="20"/>
              </w:rPr>
              <w:t>XX</w:t>
            </w:r>
          </w:p>
        </w:tc>
      </w:tr>
      <w:tr w:rsidR="00807321" w14:paraId="78C1C929" w14:textId="77777777" w:rsidTr="00807321">
        <w:tc>
          <w:tcPr>
            <w:tcW w:w="1854" w:type="dxa"/>
            <w:shd w:val="clear" w:color="auto" w:fill="FFC000"/>
          </w:tcPr>
          <w:p w14:paraId="7A2053E6" w14:textId="01EBD41E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  <w:proofErr w:type="spellStart"/>
            <w:r>
              <w:rPr>
                <w:rFonts w:ascii="Aptos" w:hAnsi="Aptos"/>
                <w:sz w:val="20"/>
              </w:rPr>
              <w:t>Omklädningsrum</w:t>
            </w:r>
            <w:proofErr w:type="spellEnd"/>
            <w:r>
              <w:rPr>
                <w:rFonts w:ascii="Aptos" w:hAnsi="Aptos"/>
                <w:sz w:val="20"/>
              </w:rPr>
              <w:t xml:space="preserve">: </w:t>
            </w:r>
          </w:p>
        </w:tc>
        <w:tc>
          <w:tcPr>
            <w:tcW w:w="1397" w:type="dxa"/>
            <w:shd w:val="clear" w:color="auto" w:fill="FFC000"/>
          </w:tcPr>
          <w:p w14:paraId="453F8C66" w14:textId="77777777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  <w:tc>
          <w:tcPr>
            <w:tcW w:w="1261" w:type="dxa"/>
            <w:shd w:val="clear" w:color="auto" w:fill="FFC000"/>
          </w:tcPr>
          <w:p w14:paraId="31FA09FC" w14:textId="77777777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  <w:tc>
          <w:tcPr>
            <w:tcW w:w="1261" w:type="dxa"/>
            <w:shd w:val="clear" w:color="auto" w:fill="FFC000"/>
          </w:tcPr>
          <w:p w14:paraId="605DD5B9" w14:textId="77777777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  <w:tc>
          <w:tcPr>
            <w:tcW w:w="1261" w:type="dxa"/>
            <w:shd w:val="clear" w:color="auto" w:fill="FFC000"/>
          </w:tcPr>
          <w:p w14:paraId="0ADCF77F" w14:textId="77777777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  <w:tc>
          <w:tcPr>
            <w:tcW w:w="1261" w:type="dxa"/>
            <w:shd w:val="clear" w:color="auto" w:fill="FFC000"/>
          </w:tcPr>
          <w:p w14:paraId="5A0F7C15" w14:textId="77777777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  <w:tc>
          <w:tcPr>
            <w:tcW w:w="1098" w:type="dxa"/>
            <w:shd w:val="clear" w:color="auto" w:fill="FFC000"/>
          </w:tcPr>
          <w:p w14:paraId="12DFD1E1" w14:textId="77777777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  <w:tc>
          <w:tcPr>
            <w:tcW w:w="1142" w:type="dxa"/>
            <w:shd w:val="clear" w:color="auto" w:fill="FFC000"/>
          </w:tcPr>
          <w:p w14:paraId="1F180D45" w14:textId="4A329DE2" w:rsidR="00807321" w:rsidRDefault="00807321">
            <w:pPr>
              <w:pStyle w:val="SectionLabel"/>
              <w:rPr>
                <w:rFonts w:ascii="Aptos" w:hAnsi="Aptos"/>
                <w:sz w:val="20"/>
              </w:rPr>
            </w:pPr>
          </w:p>
        </w:tc>
      </w:tr>
    </w:tbl>
    <w:p w14:paraId="7B3E40C3" w14:textId="77777777" w:rsidR="0030778A" w:rsidRDefault="009A55DC">
      <w:pPr>
        <w:pStyle w:val="SectionLabel"/>
      </w:pPr>
      <w:r>
        <w:t>MATCHSCHEMA</w:t>
      </w:r>
    </w:p>
    <w:tbl>
      <w:tblPr>
        <w:tblW w:w="10490" w:type="dxa"/>
        <w:tblInd w:w="-6" w:type="dxa"/>
        <w:tblBorders>
          <w:top w:val="single" w:sz="5" w:space="0" w:color="D3D3D3"/>
          <w:left w:val="single" w:sz="5" w:space="0" w:color="D3D3D3"/>
          <w:bottom w:val="single" w:sz="5" w:space="0" w:color="D3D3D3"/>
          <w:right w:val="single" w:sz="5" w:space="0" w:color="D3D3D3"/>
          <w:insideH w:val="single" w:sz="5" w:space="0" w:color="D3D3D3"/>
          <w:insideV w:val="single" w:sz="5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1276"/>
        <w:gridCol w:w="1985"/>
        <w:gridCol w:w="1559"/>
        <w:gridCol w:w="1417"/>
        <w:gridCol w:w="1985"/>
      </w:tblGrid>
      <w:tr w:rsidR="00033940" w14:paraId="002C20A4" w14:textId="77777777" w:rsidTr="00033940">
        <w:trPr>
          <w:trHeight w:val="195"/>
          <w:tblHeader/>
        </w:trPr>
        <w:tc>
          <w:tcPr>
            <w:tcW w:w="993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4760FE" w14:textId="77777777" w:rsidR="00033940" w:rsidRDefault="00033940" w:rsidP="00033940">
            <w:pPr>
              <w:spacing w:after="0"/>
            </w:pPr>
            <w:r>
              <w:rPr>
                <w:b/>
                <w:color w:val="FFFFFF"/>
                <w:sz w:val="17"/>
              </w:rPr>
              <w:t>TID</w:t>
            </w:r>
          </w:p>
        </w:tc>
        <w:tc>
          <w:tcPr>
            <w:tcW w:w="1275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60B655" w14:textId="77777777" w:rsidR="00033940" w:rsidRDefault="00033940" w:rsidP="00033940">
            <w:pPr>
              <w:spacing w:after="0"/>
            </w:pPr>
            <w:r>
              <w:rPr>
                <w:b/>
                <w:color w:val="FFFFFF"/>
                <w:sz w:val="17"/>
              </w:rPr>
              <w:t>HEMMA</w:t>
            </w:r>
          </w:p>
        </w:tc>
        <w:tc>
          <w:tcPr>
            <w:tcW w:w="1276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3FAE5A" w14:textId="77777777" w:rsidR="00033940" w:rsidRDefault="00033940" w:rsidP="00033940">
            <w:pPr>
              <w:spacing w:after="0"/>
            </w:pPr>
            <w:r>
              <w:rPr>
                <w:b/>
                <w:color w:val="FFFFFF"/>
                <w:sz w:val="17"/>
              </w:rPr>
              <w:t>BORTA</w:t>
            </w:r>
          </w:p>
        </w:tc>
        <w:tc>
          <w:tcPr>
            <w:tcW w:w="1985" w:type="dxa"/>
            <w:shd w:val="clear" w:color="auto" w:fill="111111"/>
          </w:tcPr>
          <w:p w14:paraId="2BADF77D" w14:textId="623DE280" w:rsidR="00033940" w:rsidRDefault="00033940" w:rsidP="00033940">
            <w:pPr>
              <w:spacing w:after="0"/>
              <w:rPr>
                <w:b/>
                <w:color w:val="FFFFFF"/>
                <w:sz w:val="17"/>
              </w:rPr>
            </w:pPr>
            <w:r>
              <w:rPr>
                <w:b/>
                <w:color w:val="FFFFFF"/>
                <w:sz w:val="17"/>
              </w:rPr>
              <w:t>PLAN</w:t>
            </w:r>
          </w:p>
        </w:tc>
        <w:tc>
          <w:tcPr>
            <w:tcW w:w="1559" w:type="dxa"/>
            <w:shd w:val="clear" w:color="auto" w:fill="111111"/>
          </w:tcPr>
          <w:p w14:paraId="16C182AF" w14:textId="76DF1DDB" w:rsidR="00033940" w:rsidRDefault="00033940" w:rsidP="00033940">
            <w:pPr>
              <w:spacing w:after="0"/>
              <w:rPr>
                <w:b/>
                <w:color w:val="FFFFFF"/>
                <w:sz w:val="17"/>
              </w:rPr>
            </w:pPr>
            <w:r>
              <w:rPr>
                <w:b/>
                <w:color w:val="FFFFFF"/>
                <w:sz w:val="17"/>
              </w:rPr>
              <w:t>HEMMA</w:t>
            </w:r>
          </w:p>
        </w:tc>
        <w:tc>
          <w:tcPr>
            <w:tcW w:w="1417" w:type="dxa"/>
            <w:shd w:val="clear" w:color="auto" w:fill="111111"/>
          </w:tcPr>
          <w:p w14:paraId="2CD76F96" w14:textId="68894C39" w:rsidR="00033940" w:rsidRDefault="00033940" w:rsidP="00033940">
            <w:pPr>
              <w:spacing w:after="0"/>
              <w:rPr>
                <w:b/>
                <w:color w:val="FFFFFF"/>
                <w:sz w:val="17"/>
              </w:rPr>
            </w:pPr>
            <w:r>
              <w:rPr>
                <w:b/>
                <w:color w:val="FFFFFF"/>
                <w:sz w:val="17"/>
              </w:rPr>
              <w:t>BORTA</w:t>
            </w:r>
          </w:p>
        </w:tc>
        <w:tc>
          <w:tcPr>
            <w:tcW w:w="1985" w:type="dxa"/>
            <w:shd w:val="clear" w:color="auto" w:fill="11111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107382" w14:textId="608015F6" w:rsidR="00033940" w:rsidRDefault="00033940" w:rsidP="00033940">
            <w:pPr>
              <w:spacing w:after="0"/>
            </w:pPr>
            <w:r>
              <w:rPr>
                <w:b/>
                <w:color w:val="FFFFFF"/>
                <w:sz w:val="17"/>
              </w:rPr>
              <w:t>PLAN</w:t>
            </w:r>
          </w:p>
        </w:tc>
      </w:tr>
      <w:tr w:rsidR="00033940" w14:paraId="4489C90B" w14:textId="77777777" w:rsidTr="00033940">
        <w:trPr>
          <w:trHeight w:val="195"/>
        </w:trPr>
        <w:tc>
          <w:tcPr>
            <w:tcW w:w="993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37ECE1F6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15A55E8E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04293AB1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/>
          </w:tcPr>
          <w:p w14:paraId="6E994253" w14:textId="3529C8C3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771805E1" w14:textId="075BFA2D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FFFFF"/>
          </w:tcPr>
          <w:p w14:paraId="0DC72019" w14:textId="2A556997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3CBD4841" w14:textId="27FC1BE6" w:rsidR="00033940" w:rsidRDefault="00033940" w:rsidP="00033940">
            <w:pPr>
              <w:spacing w:after="0"/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2FBB4150" w14:textId="77777777" w:rsidTr="00033940">
        <w:trPr>
          <w:trHeight w:val="206"/>
        </w:trPr>
        <w:tc>
          <w:tcPr>
            <w:tcW w:w="993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74F28641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171574F6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2D34B2E5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3F3F3"/>
          </w:tcPr>
          <w:p w14:paraId="199A9383" w14:textId="1F07AA1F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3F3F3"/>
          </w:tcPr>
          <w:p w14:paraId="72CE89F2" w14:textId="4520E268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3F3F3"/>
          </w:tcPr>
          <w:p w14:paraId="1A8B06AE" w14:textId="29C09EDF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9BFD780" w14:textId="0E6D84C4" w:rsidR="00033940" w:rsidRDefault="00033940" w:rsidP="00033940">
            <w:pPr>
              <w:spacing w:after="0"/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377A1B20" w14:textId="77777777" w:rsidTr="00033940">
        <w:trPr>
          <w:trHeight w:val="195"/>
        </w:trPr>
        <w:tc>
          <w:tcPr>
            <w:tcW w:w="993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3DC55E8C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7C8FB72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4633568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/>
          </w:tcPr>
          <w:p w14:paraId="0B2CAF38" w14:textId="04163378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1FDB4839" w14:textId="271C7E79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FFFFF"/>
          </w:tcPr>
          <w:p w14:paraId="3844C4C1" w14:textId="5D9BA2C2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7D04AD52" w14:textId="21864D00" w:rsidR="00033940" w:rsidRDefault="00033940" w:rsidP="00033940">
            <w:pPr>
              <w:spacing w:after="0"/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0D151FB8" w14:textId="77777777" w:rsidTr="00033940">
        <w:trPr>
          <w:trHeight w:val="195"/>
        </w:trPr>
        <w:tc>
          <w:tcPr>
            <w:tcW w:w="993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26F69AC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735DD86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1880490E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3F3F3"/>
          </w:tcPr>
          <w:p w14:paraId="1586F6BD" w14:textId="62C12BA7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3F3F3"/>
          </w:tcPr>
          <w:p w14:paraId="218EC1EE" w14:textId="1EAAB24D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3F3F3"/>
          </w:tcPr>
          <w:p w14:paraId="519AC7DA" w14:textId="36BFCCD6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3F3F3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0C7F5CBB" w14:textId="23676BAE" w:rsidR="00033940" w:rsidRDefault="00033940" w:rsidP="00033940">
            <w:pPr>
              <w:spacing w:after="0"/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07B42016" w14:textId="77777777" w:rsidTr="00033940">
        <w:trPr>
          <w:trHeight w:val="195"/>
        </w:trPr>
        <w:tc>
          <w:tcPr>
            <w:tcW w:w="993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7E6E88A4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717D019F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3B42F50" w14:textId="77777777" w:rsidR="00033940" w:rsidRDefault="00033940" w:rsidP="00033940">
            <w:pPr>
              <w:spacing w:after="0"/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/>
          </w:tcPr>
          <w:p w14:paraId="32A507BB" w14:textId="27B49430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1DB42629" w14:textId="6F3A8248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FFFFF"/>
          </w:tcPr>
          <w:p w14:paraId="54BF03A5" w14:textId="7721F7D8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12880853" w14:textId="6FA2D47F" w:rsidR="00033940" w:rsidRDefault="00033940" w:rsidP="00033940">
            <w:pPr>
              <w:spacing w:after="0"/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097793A2" w14:textId="77777777" w:rsidTr="00033940">
        <w:trPr>
          <w:trHeight w:val="206"/>
        </w:trPr>
        <w:tc>
          <w:tcPr>
            <w:tcW w:w="993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4175DC6F" w14:textId="53CCDD14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1966DC8" w14:textId="754A1D3B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2FE7B3A" w14:textId="37505FE3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6193CBCC" w14:textId="55A5CC34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2F2F2" w:themeFill="background1" w:themeFillShade="F2"/>
          </w:tcPr>
          <w:p w14:paraId="25E3CF25" w14:textId="3B0C4A86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F0F1C21" w14:textId="6D2E0BF5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7CA5DA6" w14:textId="6EF383AB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24711716" w14:textId="77777777" w:rsidTr="00033940">
        <w:trPr>
          <w:trHeight w:val="195"/>
        </w:trPr>
        <w:tc>
          <w:tcPr>
            <w:tcW w:w="993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0FE63F9E" w14:textId="1A021423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0F2346E0" w14:textId="7D072F28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762B4DF" w14:textId="4AE978C0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 w:themeFill="background1"/>
          </w:tcPr>
          <w:p w14:paraId="6C77CDC6" w14:textId="5497CDC4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68BE92F5" w14:textId="02CF7994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FFFFF" w:themeFill="background1"/>
          </w:tcPr>
          <w:p w14:paraId="00D17B98" w14:textId="1A8DA4D3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00C1C361" w14:textId="54E56E9E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2CEC99E7" w14:textId="77777777" w:rsidTr="00033940">
        <w:trPr>
          <w:trHeight w:val="195"/>
        </w:trPr>
        <w:tc>
          <w:tcPr>
            <w:tcW w:w="993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28CB7FAE" w14:textId="0C4AABE1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21EE0676" w14:textId="27B09634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437AA4F3" w14:textId="3C7F1CF6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6D8F150D" w14:textId="5EBDC11A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2F2F2" w:themeFill="background1" w:themeFillShade="F2"/>
          </w:tcPr>
          <w:p w14:paraId="5530A507" w14:textId="1FC1EC33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2CA2257" w14:textId="46F8FF01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2F2F2" w:themeFill="background1" w:themeFillShade="F2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316CE13" w14:textId="50D47CF2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  <w:tr w:rsidR="00033940" w14:paraId="77D0F9DC" w14:textId="77777777" w:rsidTr="00033940">
        <w:trPr>
          <w:trHeight w:val="195"/>
        </w:trPr>
        <w:tc>
          <w:tcPr>
            <w:tcW w:w="993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82B1011" w14:textId="5B2DCF86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[00.00]</w:t>
            </w:r>
          </w:p>
        </w:tc>
        <w:tc>
          <w:tcPr>
            <w:tcW w:w="1275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0714302D" w14:textId="077F300F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276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2C88D337" w14:textId="356363E6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 w:themeFill="background1"/>
          </w:tcPr>
          <w:p w14:paraId="189BD1D5" w14:textId="30A5E7AD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1C4E6B6E" w14:textId="7898CA75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417" w:type="dxa"/>
            <w:shd w:val="clear" w:color="auto" w:fill="FFFFFF" w:themeFill="background1"/>
          </w:tcPr>
          <w:p w14:paraId="620C3B07" w14:textId="595BA6B9" w:rsidR="00033940" w:rsidRDefault="00033940" w:rsidP="00033940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[Lag]</w:t>
            </w:r>
          </w:p>
        </w:tc>
        <w:tc>
          <w:tcPr>
            <w:tcW w:w="1985" w:type="dxa"/>
            <w:shd w:val="clear" w:color="auto" w:fill="FFFFFF" w:themeFill="background1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181BA68C" w14:textId="044EE74E" w:rsidR="00033940" w:rsidRDefault="00033940" w:rsidP="00033940">
            <w:pPr>
              <w:spacing w:after="0"/>
              <w:rPr>
                <w:sz w:val="18"/>
              </w:rPr>
            </w:pPr>
            <w:proofErr w:type="spellStart"/>
            <w:r>
              <w:rPr>
                <w:sz w:val="18"/>
              </w:rPr>
              <w:t>Klockan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Cafeterian</w:t>
            </w:r>
            <w:proofErr w:type="spellEnd"/>
          </w:p>
        </w:tc>
      </w:tr>
    </w:tbl>
    <w:p w14:paraId="243FADDB" w14:textId="77777777" w:rsidR="0030778A" w:rsidRDefault="009A55DC">
      <w:pPr>
        <w:pStyle w:val="SectionLabel"/>
      </w:pPr>
      <w:r>
        <w:t>PRAKTISK INFORMATION</w:t>
      </w:r>
    </w:p>
    <w:tbl>
      <w:tblPr>
        <w:tblW w:w="0" w:type="auto"/>
        <w:jc w:val="center"/>
        <w:tblBorders>
          <w:top w:val="single" w:sz="5" w:space="0" w:color="D3D3D3"/>
          <w:left w:val="single" w:sz="5" w:space="0" w:color="D3D3D3"/>
          <w:bottom w:val="single" w:sz="5" w:space="0" w:color="D3D3D3"/>
          <w:right w:val="single" w:sz="5" w:space="0" w:color="D3D3D3"/>
          <w:insideH w:val="single" w:sz="5" w:space="0" w:color="D3D3D3"/>
          <w:insideV w:val="single" w:sz="5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30778A" w:rsidRPr="006A1B96" w14:paraId="4DA0E522" w14:textId="77777777">
        <w:trPr>
          <w:jc w:val="center"/>
        </w:trPr>
        <w:tc>
          <w:tcPr>
            <w:tcW w:w="5270" w:type="dxa"/>
            <w:shd w:val="clear" w:color="auto" w:fill="F3F3F3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9FD7770" w14:textId="77777777" w:rsidR="0030778A" w:rsidRPr="006A1B96" w:rsidRDefault="009A55DC">
            <w:pPr>
              <w:spacing w:after="0"/>
              <w:rPr>
                <w:lang w:val="sv-SE"/>
              </w:rPr>
            </w:pPr>
            <w:r w:rsidRPr="006A1B96">
              <w:rPr>
                <w:b/>
                <w:color w:val="111111"/>
                <w:sz w:val="17"/>
                <w:lang w:val="sv-SE"/>
              </w:rPr>
              <w:t>OMKLÄDNINGSRUM &amp; MATCHER</w:t>
            </w:r>
          </w:p>
          <w:p w14:paraId="4BDBC519" w14:textId="64578959" w:rsidR="0030778A" w:rsidRPr="006A1B96" w:rsidRDefault="009A55DC">
            <w:pPr>
              <w:spacing w:after="0" w:line="252" w:lineRule="auto"/>
              <w:rPr>
                <w:lang w:val="sv-SE"/>
              </w:rPr>
            </w:pPr>
            <w:r w:rsidRPr="006A1B96">
              <w:rPr>
                <w:lang w:val="sv-SE"/>
              </w:rPr>
              <w:t xml:space="preserve">• Omklädningsrum: </w:t>
            </w:r>
            <w:r w:rsidR="006A1B96">
              <w:rPr>
                <w:lang w:val="sv-SE"/>
              </w:rPr>
              <w:t>Varje lags förenings</w:t>
            </w:r>
            <w:r w:rsidR="00BD39E8">
              <w:rPr>
                <w:lang w:val="sv-SE"/>
              </w:rPr>
              <w:t>namn</w:t>
            </w:r>
            <w:r w:rsidR="006A1B96">
              <w:rPr>
                <w:lang w:val="sv-SE"/>
              </w:rPr>
              <w:t xml:space="preserve"> finns anslaget, matchvärd möter upp.</w:t>
            </w:r>
            <w:r w:rsidR="00A65DBF">
              <w:rPr>
                <w:lang w:val="sv-SE"/>
              </w:rPr>
              <w:t xml:space="preserve"> </w:t>
            </w:r>
            <w:r w:rsidR="00962E14">
              <w:rPr>
                <w:lang w:val="sv-SE"/>
              </w:rPr>
              <w:t>Eget o</w:t>
            </w:r>
            <w:r w:rsidR="00A65DBF">
              <w:rPr>
                <w:lang w:val="sv-SE"/>
              </w:rPr>
              <w:t xml:space="preserve">mklädningsrum </w:t>
            </w:r>
            <w:r w:rsidR="00E31CFD">
              <w:rPr>
                <w:lang w:val="sv-SE"/>
              </w:rPr>
              <w:t xml:space="preserve">finns </w:t>
            </w:r>
            <w:r w:rsidR="00A65DBF">
              <w:rPr>
                <w:lang w:val="sv-SE"/>
              </w:rPr>
              <w:t>för tjejer</w:t>
            </w:r>
            <w:r w:rsidR="00962E14">
              <w:rPr>
                <w:lang w:val="sv-SE"/>
              </w:rPr>
              <w:t>.</w:t>
            </w:r>
            <w:r w:rsidRPr="006A1B96">
              <w:rPr>
                <w:lang w:val="sv-SE"/>
              </w:rPr>
              <w:br/>
              <w:t>• Matchtid: [x × x minuter]</w:t>
            </w:r>
            <w:r w:rsidRPr="006A1B96">
              <w:rPr>
                <w:lang w:val="sv-SE"/>
              </w:rPr>
              <w:br/>
              <w:t xml:space="preserve">• Spelform: </w:t>
            </w:r>
            <w:r w:rsidR="00FE6666">
              <w:rPr>
                <w:lang w:val="sv-SE"/>
              </w:rPr>
              <w:t>Enligt hemmaplansmodellen</w:t>
            </w:r>
            <w:r w:rsidR="00A16E1D">
              <w:rPr>
                <w:lang w:val="sv-SE"/>
              </w:rPr>
              <w:t xml:space="preserve"> anpassade.</w:t>
            </w:r>
          </w:p>
        </w:tc>
        <w:tc>
          <w:tcPr>
            <w:tcW w:w="5270" w:type="dxa"/>
            <w:shd w:val="clear" w:color="auto" w:fill="F3F3F3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9253FE0" w14:textId="77777777" w:rsidR="0030778A" w:rsidRPr="006A1B96" w:rsidRDefault="009A55DC">
            <w:pPr>
              <w:spacing w:after="0"/>
              <w:rPr>
                <w:lang w:val="sv-SE"/>
              </w:rPr>
            </w:pPr>
            <w:r w:rsidRPr="006A1B96">
              <w:rPr>
                <w:b/>
                <w:color w:val="111111"/>
                <w:sz w:val="17"/>
                <w:lang w:val="sv-SE"/>
              </w:rPr>
              <w:t>SERVICE &amp; ÖVRIGT</w:t>
            </w:r>
          </w:p>
          <w:p w14:paraId="35104E84" w14:textId="59622287" w:rsidR="0030778A" w:rsidRPr="006A1B96" w:rsidRDefault="009A55DC">
            <w:pPr>
              <w:spacing w:after="0" w:line="252" w:lineRule="auto"/>
              <w:rPr>
                <w:lang w:val="sv-SE"/>
              </w:rPr>
            </w:pPr>
            <w:r w:rsidRPr="006A1B96">
              <w:rPr>
                <w:lang w:val="sv-SE"/>
              </w:rPr>
              <w:t xml:space="preserve">• Kiosk/servering: </w:t>
            </w:r>
            <w:r w:rsidR="006A1B96">
              <w:rPr>
                <w:lang w:val="sv-SE"/>
              </w:rPr>
              <w:t>Ja</w:t>
            </w:r>
            <w:r w:rsidRPr="006A1B96">
              <w:rPr>
                <w:lang w:val="sv-SE"/>
              </w:rPr>
              <w:br/>
              <w:t xml:space="preserve">• Parkering: </w:t>
            </w:r>
            <w:r w:rsidR="006A1B96">
              <w:rPr>
                <w:lang w:val="sv-SE"/>
              </w:rPr>
              <w:t xml:space="preserve">Utanför ishallen, ingång för </w:t>
            </w:r>
            <w:r w:rsidR="00F117B8">
              <w:rPr>
                <w:lang w:val="sv-SE"/>
              </w:rPr>
              <w:t xml:space="preserve">både lag och publik </w:t>
            </w:r>
            <w:r w:rsidR="006A1B96">
              <w:rPr>
                <w:lang w:val="sv-SE"/>
              </w:rPr>
              <w:t>via stora entrén.</w:t>
            </w:r>
            <w:r w:rsidRPr="006A1B96">
              <w:rPr>
                <w:lang w:val="sv-SE"/>
              </w:rPr>
              <w:br/>
              <w:t xml:space="preserve">• Övrigt: </w:t>
            </w:r>
            <w:r w:rsidR="006A1B96">
              <w:rPr>
                <w:lang w:val="sv-SE"/>
              </w:rPr>
              <w:t>Puckkastning i matchpaus</w:t>
            </w:r>
            <w:r w:rsidR="00421EF3">
              <w:rPr>
                <w:lang w:val="sv-SE"/>
              </w:rPr>
              <w:t>/spolning</w:t>
            </w:r>
          </w:p>
        </w:tc>
      </w:tr>
    </w:tbl>
    <w:p w14:paraId="3083389F" w14:textId="54E6CBDE" w:rsidR="0030778A" w:rsidRDefault="009A55DC">
      <w:pPr>
        <w:pStyle w:val="SectionLabel"/>
      </w:pPr>
      <w:r>
        <w:t>KONTAKT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94"/>
        <w:gridCol w:w="5362"/>
      </w:tblGrid>
      <w:tr w:rsidR="0030778A" w:rsidRPr="00787D82" w14:paraId="38DFCD8D" w14:textId="77777777" w:rsidTr="00962E14">
        <w:trPr>
          <w:trHeight w:val="603"/>
          <w:jc w:val="center"/>
        </w:trPr>
        <w:tc>
          <w:tcPr>
            <w:tcW w:w="5194" w:type="dxa"/>
            <w:shd w:val="clear" w:color="auto" w:fill="11111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4D38E5" w14:textId="77777777" w:rsidR="00421EF3" w:rsidRPr="00421EF3" w:rsidRDefault="00421EF3" w:rsidP="00421EF3">
            <w:pPr>
              <w:spacing w:before="140" w:after="0"/>
              <w:jc w:val="center"/>
              <w:rPr>
                <w:color w:val="FFC000"/>
                <w:sz w:val="32"/>
                <w:szCs w:val="32"/>
                <w:lang w:val="sv-SE"/>
              </w:rPr>
            </w:pPr>
            <w:r w:rsidRPr="00421EF3">
              <w:rPr>
                <w:rFonts w:ascii="Aptos Display" w:hAnsi="Aptos Display"/>
                <w:b/>
                <w:color w:val="FFC000"/>
                <w:sz w:val="32"/>
                <w:szCs w:val="32"/>
                <w:lang w:val="sv-SE"/>
              </w:rPr>
              <w:t>VARMT VÄLKOMNA TILL AVESTA!</w:t>
            </w:r>
          </w:p>
          <w:p w14:paraId="351FFB7D" w14:textId="3527EFFF" w:rsidR="0030778A" w:rsidRPr="006A1B96" w:rsidRDefault="0030778A">
            <w:pPr>
              <w:spacing w:after="0"/>
              <w:rPr>
                <w:lang w:val="sv-SE"/>
              </w:rPr>
            </w:pPr>
          </w:p>
        </w:tc>
        <w:tc>
          <w:tcPr>
            <w:tcW w:w="5362" w:type="dxa"/>
            <w:shd w:val="clear" w:color="auto" w:fill="F5C40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FA814" w14:textId="77777777" w:rsidR="0030778A" w:rsidRPr="006A1B96" w:rsidRDefault="009A55DC">
            <w:pPr>
              <w:spacing w:after="0"/>
              <w:rPr>
                <w:lang w:val="sv-SE"/>
              </w:rPr>
            </w:pPr>
            <w:r w:rsidRPr="006A1B96">
              <w:rPr>
                <w:b/>
                <w:color w:val="111111"/>
                <w:lang w:val="sv-SE"/>
              </w:rPr>
              <w:t>Frågor? Kontakta [Namn]</w:t>
            </w:r>
            <w:r w:rsidRPr="006A1B96">
              <w:rPr>
                <w:b/>
                <w:color w:val="111111"/>
                <w:lang w:val="sv-SE"/>
              </w:rPr>
              <w:br/>
              <w:t>[Telefon] • [E-post]</w:t>
            </w:r>
          </w:p>
        </w:tc>
      </w:tr>
    </w:tbl>
    <w:p w14:paraId="7CDD5C3B" w14:textId="1DA69921" w:rsidR="0030778A" w:rsidRPr="006A1B96" w:rsidRDefault="0030778A" w:rsidP="00962E14">
      <w:pPr>
        <w:spacing w:before="140" w:after="0"/>
        <w:rPr>
          <w:sz w:val="32"/>
          <w:szCs w:val="32"/>
          <w:lang w:val="sv-SE"/>
        </w:rPr>
      </w:pPr>
    </w:p>
    <w:sectPr w:rsidR="0030778A" w:rsidRPr="006A1B96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9281162">
    <w:abstractNumId w:val="8"/>
  </w:num>
  <w:num w:numId="2" w16cid:durableId="1935894389">
    <w:abstractNumId w:val="6"/>
  </w:num>
  <w:num w:numId="3" w16cid:durableId="540359303">
    <w:abstractNumId w:val="5"/>
  </w:num>
  <w:num w:numId="4" w16cid:durableId="1360624413">
    <w:abstractNumId w:val="4"/>
  </w:num>
  <w:num w:numId="5" w16cid:durableId="1415543675">
    <w:abstractNumId w:val="7"/>
  </w:num>
  <w:num w:numId="6" w16cid:durableId="1461191640">
    <w:abstractNumId w:val="3"/>
  </w:num>
  <w:num w:numId="7" w16cid:durableId="985621003">
    <w:abstractNumId w:val="2"/>
  </w:num>
  <w:num w:numId="8" w16cid:durableId="1778404783">
    <w:abstractNumId w:val="1"/>
  </w:num>
  <w:num w:numId="9" w16cid:durableId="1960452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940"/>
    <w:rsid w:val="00034616"/>
    <w:rsid w:val="0006063C"/>
    <w:rsid w:val="00085BA9"/>
    <w:rsid w:val="00106C90"/>
    <w:rsid w:val="00121B34"/>
    <w:rsid w:val="0015074B"/>
    <w:rsid w:val="001912B3"/>
    <w:rsid w:val="00195887"/>
    <w:rsid w:val="0029639D"/>
    <w:rsid w:val="002A18E4"/>
    <w:rsid w:val="002E529D"/>
    <w:rsid w:val="0030778A"/>
    <w:rsid w:val="00326F90"/>
    <w:rsid w:val="00362D80"/>
    <w:rsid w:val="00421EF3"/>
    <w:rsid w:val="00507BD4"/>
    <w:rsid w:val="00542B4E"/>
    <w:rsid w:val="006A1B96"/>
    <w:rsid w:val="00787D82"/>
    <w:rsid w:val="00807321"/>
    <w:rsid w:val="008A16F0"/>
    <w:rsid w:val="00962E14"/>
    <w:rsid w:val="00987BA9"/>
    <w:rsid w:val="009A55DC"/>
    <w:rsid w:val="00A0602E"/>
    <w:rsid w:val="00A16E1D"/>
    <w:rsid w:val="00A65DBF"/>
    <w:rsid w:val="00AA1D8D"/>
    <w:rsid w:val="00B00670"/>
    <w:rsid w:val="00B47730"/>
    <w:rsid w:val="00B557EC"/>
    <w:rsid w:val="00BD39E8"/>
    <w:rsid w:val="00CB0664"/>
    <w:rsid w:val="00CE6033"/>
    <w:rsid w:val="00D10D74"/>
    <w:rsid w:val="00E31CFD"/>
    <w:rsid w:val="00ED23A2"/>
    <w:rsid w:val="00F117B8"/>
    <w:rsid w:val="00F27BE9"/>
    <w:rsid w:val="00FB0CD5"/>
    <w:rsid w:val="00FC693F"/>
    <w:rsid w:val="00FE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9ACB0"/>
  <w14:defaultImageDpi w14:val="300"/>
  <w15:docId w15:val="{0F2812CA-6626-4F43-9252-DCF706F7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B1B1B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abel">
    <w:name w:val="Section Label"/>
    <w:pPr>
      <w:spacing w:before="140" w:after="60"/>
    </w:pPr>
    <w:rPr>
      <w:rFonts w:ascii="Aptos Display" w:hAnsi="Aptos Display"/>
      <w:b/>
      <w:color w:val="1111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230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Inbjudan till hockeysammandrag – Skogsbo SK Avesta</vt:lpstr>
      <vt:lpstr/>
    </vt:vector>
  </TitlesOfParts>
  <Manager/>
  <Company/>
  <LinksUpToDate>false</LinksUpToDate>
  <CharactersWithSpaces>1449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till hockeysammandrag – Skogsbo SK Avesta</dc:title>
  <dc:subject>Redigerbar mall för inbjudan till andra föreningars ledare</dc:subject>
  <dc:creator>Skogsbo SK</dc:creator>
  <cp:keywords>hockey, sammandrag, inbjudan, Skogsbo SK, Avesta</cp:keywords>
  <dc:description>generated by python-docx</dc:description>
  <cp:lastModifiedBy>Linda Stålberg</cp:lastModifiedBy>
  <cp:revision>30</cp:revision>
  <dcterms:created xsi:type="dcterms:W3CDTF">2026-09-16T12:11:00Z</dcterms:created>
  <dcterms:modified xsi:type="dcterms:W3CDTF">2026-09-28T16:52:00Z</dcterms:modified>
  <cp:category/>
</cp:coreProperties>
</file>