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F337B3" w14:paraId="7B354BA0" w14:textId="77777777">
        <w:trPr>
          <w:cantSplit/>
          <w:jc w:val="center"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21F283F2" w14:textId="77777777" w:rsidR="00F337B3" w:rsidRDefault="006E30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2CC05F" wp14:editId="67DD02EE">
                  <wp:extent cx="900000" cy="99642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96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  <w:tcMar>
              <w:top w:w="60" w:type="dxa"/>
              <w:left w:w="140" w:type="dxa"/>
              <w:bottom w:w="60" w:type="dxa"/>
              <w:right w:w="0" w:type="dxa"/>
            </w:tcMar>
          </w:tcPr>
          <w:p w14:paraId="6FBCAEFB" w14:textId="77777777" w:rsidR="00F337B3" w:rsidRDefault="006E3073">
            <w:pPr>
              <w:spacing w:after="40"/>
            </w:pPr>
            <w:r>
              <w:rPr>
                <w:b/>
                <w:color w:val="FFD800"/>
                <w:sz w:val="20"/>
              </w:rPr>
              <w:t>SKOGSBO SK</w:t>
            </w:r>
          </w:p>
          <w:p w14:paraId="3491CBBF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FFFFFF"/>
                <w:sz w:val="46"/>
              </w:rPr>
              <w:t>[NAMN PÅ CUP] [ÅR]</w:t>
            </w:r>
          </w:p>
          <w:p w14:paraId="58421BE7" w14:textId="77777777" w:rsidR="00F337B3" w:rsidRDefault="006E3073">
            <w:pPr>
              <w:spacing w:after="0"/>
            </w:pPr>
            <w:r>
              <w:rPr>
                <w:color w:val="E6E6E6"/>
              </w:rPr>
              <w:t>Inbjudan till endagscup i Outokumpu-hallen</w:t>
            </w:r>
          </w:p>
        </w:tc>
      </w:tr>
    </w:tbl>
    <w:p w14:paraId="46A329BE" w14:textId="77777777" w:rsidR="00F337B3" w:rsidRDefault="006E3073">
      <w:pPr>
        <w:spacing w:before="120" w:after="140"/>
        <w:jc w:val="center"/>
      </w:pPr>
      <w:r>
        <w:rPr>
          <w:b/>
          <w:color w:val="141414"/>
          <w:sz w:val="26"/>
        </w:rPr>
        <w:t>Välkommen till en rolig hockeydag i Skogsbo!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654"/>
        <w:gridCol w:w="40"/>
      </w:tblGrid>
      <w:tr w:rsidR="00F337B3" w14:paraId="1DC86A71" w14:textId="77777777">
        <w:trPr>
          <w:gridAfter w:val="1"/>
          <w:wAfter w:w="40" w:type="dxa"/>
          <w:cantSplit/>
          <w:jc w:val="center"/>
        </w:trPr>
        <w:tc>
          <w:tcPr>
            <w:tcW w:w="10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800"/>
            <w:tcMar>
              <w:top w:w="90" w:type="dxa"/>
              <w:left w:w="140" w:type="dxa"/>
              <w:bottom w:w="80" w:type="dxa"/>
              <w:right w:w="100" w:type="dxa"/>
            </w:tcMar>
          </w:tcPr>
          <w:p w14:paraId="7C853829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0A0A0A"/>
                <w:sz w:val="23"/>
              </w:rPr>
              <w:t>CUPFAKTA</w:t>
            </w:r>
          </w:p>
        </w:tc>
      </w:tr>
      <w:tr w:rsidR="00F337B3" w14:paraId="7BC10661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A83A1B" w14:textId="77777777" w:rsidR="00F337B3" w:rsidRDefault="006E3073">
            <w:r>
              <w:rPr>
                <w:b/>
                <w:sz w:val="19"/>
              </w:rPr>
              <w:t>Datum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C9FB78" w14:textId="77777777" w:rsidR="00F337B3" w:rsidRDefault="006E3073">
            <w:r>
              <w:rPr>
                <w:b/>
              </w:rPr>
              <w:t>[DAG, DATUM]</w:t>
            </w:r>
          </w:p>
        </w:tc>
      </w:tr>
      <w:tr w:rsidR="00F337B3" w14:paraId="3DA62F0A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1EA4A2" w14:textId="77777777" w:rsidR="00F337B3" w:rsidRDefault="006E3073">
            <w:r>
              <w:rPr>
                <w:b/>
                <w:sz w:val="19"/>
              </w:rPr>
              <w:t>Tid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9EBC2F" w14:textId="77777777" w:rsidR="00F337B3" w:rsidRDefault="006E3073">
            <w:r>
              <w:rPr>
                <w:b/>
              </w:rPr>
              <w:t>[KL. XX.XX-XX.XX]</w:t>
            </w:r>
          </w:p>
        </w:tc>
      </w:tr>
      <w:tr w:rsidR="00F337B3" w14:paraId="570D2B1A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6775EA" w14:textId="77777777" w:rsidR="00F337B3" w:rsidRDefault="006E3073">
            <w:r>
              <w:rPr>
                <w:b/>
                <w:sz w:val="19"/>
              </w:rPr>
              <w:t>Åldersklass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235F56" w14:textId="77777777" w:rsidR="00F337B3" w:rsidRDefault="006E3073">
            <w:r>
              <w:rPr>
                <w:b/>
              </w:rPr>
              <w:t>[UXX / FÖDDA 20XX]</w:t>
            </w:r>
          </w:p>
        </w:tc>
      </w:tr>
      <w:tr w:rsidR="00F337B3" w14:paraId="15572B3D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3B5B83" w14:textId="77777777" w:rsidR="00F337B3" w:rsidRDefault="006E3073">
            <w:r>
              <w:rPr>
                <w:b/>
                <w:sz w:val="19"/>
              </w:rPr>
              <w:t>Nivå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328CFB" w14:textId="77777777" w:rsidR="00F337B3" w:rsidRDefault="006E3073">
            <w:r>
              <w:rPr>
                <w:b/>
              </w:rPr>
              <w:t>[LÄTT / MEDEL / ANNAT]</w:t>
            </w:r>
          </w:p>
        </w:tc>
      </w:tr>
      <w:tr w:rsidR="00F337B3" w14:paraId="58662F0C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228386" w14:textId="77777777" w:rsidR="00F337B3" w:rsidRDefault="006E3073">
            <w:r>
              <w:rPr>
                <w:b/>
                <w:sz w:val="19"/>
              </w:rPr>
              <w:t>Plats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C86A4" w14:textId="77777777" w:rsidR="00F337B3" w:rsidRDefault="006E3073">
            <w:r>
              <w:t>Outokumpu-hallen, Soldattorpsvägen, 774 62 Avesta</w:t>
            </w:r>
          </w:p>
        </w:tc>
      </w:tr>
      <w:tr w:rsidR="00F337B3" w14:paraId="0823723E" w14:textId="77777777">
        <w:trPr>
          <w:gridAfter w:val="1"/>
          <w:wAfter w:w="40" w:type="dxa"/>
          <w:cantSplit/>
          <w:jc w:val="center"/>
        </w:trPr>
        <w:tc>
          <w:tcPr>
            <w:tcW w:w="10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800"/>
            <w:tcMar>
              <w:top w:w="90" w:type="dxa"/>
              <w:left w:w="140" w:type="dxa"/>
              <w:bottom w:w="80" w:type="dxa"/>
              <w:right w:w="100" w:type="dxa"/>
            </w:tcMar>
          </w:tcPr>
          <w:p w14:paraId="6327C7A8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0A0A0A"/>
                <w:sz w:val="23"/>
              </w:rPr>
              <w:t>CUPUPPLÄGG</w:t>
            </w:r>
          </w:p>
        </w:tc>
      </w:tr>
    </w:tbl>
    <w:p w14:paraId="52E271D0" w14:textId="77777777" w:rsidR="00F337B3" w:rsidRDefault="006E3073">
      <w:r>
        <w:rPr>
          <w:b/>
        </w:rPr>
        <w:t xml:space="preserve">Förslagstext - anpassa det som skiljer för den aktuella cupen: </w:t>
      </w:r>
      <w:r>
        <w:t>Cupen spelas med [ANTAL] lag. Ett lag består av cirka [ANTAL] spelare. Vi strävar efter att alla lag får många matcher och så jämnt spel som möjligt.</w:t>
      </w:r>
    </w:p>
    <w:p w14:paraId="543528BB" w14:textId="77777777" w:rsidR="00F337B3" w:rsidRDefault="006E3073">
      <w:r>
        <w:rPr>
          <w:b/>
        </w:rPr>
        <w:t xml:space="preserve">Spelform: </w:t>
      </w:r>
      <w:r>
        <w:t>[1/4 plan, 15 x 30 m]. [3] utespelare och [1] målvakt på plan. [SVART/BLÅ] puck används. [TVÅ] matcher spelas samtidigt. Matchtid minst [1 x 15 minuter] med flygande byten. Vid mål och målvaktsblockering sätts spelet igång direkt. [Jaktstraff tillämpas vid utvisning.] Inga resultat räknas.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654"/>
        <w:gridCol w:w="40"/>
      </w:tblGrid>
      <w:tr w:rsidR="00F337B3" w14:paraId="3DE64E2A" w14:textId="77777777">
        <w:trPr>
          <w:gridAfter w:val="1"/>
          <w:wAfter w:w="40" w:type="dxa"/>
          <w:cantSplit/>
          <w:jc w:val="center"/>
        </w:trPr>
        <w:tc>
          <w:tcPr>
            <w:tcW w:w="10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800"/>
            <w:tcMar>
              <w:top w:w="90" w:type="dxa"/>
              <w:left w:w="140" w:type="dxa"/>
              <w:bottom w:w="80" w:type="dxa"/>
              <w:right w:w="100" w:type="dxa"/>
            </w:tcMar>
          </w:tcPr>
          <w:p w14:paraId="1668648E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0A0A0A"/>
                <w:sz w:val="23"/>
              </w:rPr>
              <w:t>AVGIFTER OCH BETALNING</w:t>
            </w:r>
          </w:p>
        </w:tc>
      </w:tr>
      <w:tr w:rsidR="00F337B3" w14:paraId="3C0D847B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516C09" w14:textId="77777777" w:rsidR="00F337B3" w:rsidRDefault="006E3073">
            <w:r>
              <w:rPr>
                <w:b/>
                <w:sz w:val="19"/>
              </w:rPr>
              <w:t>Lagavgift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AA79C0" w14:textId="77777777" w:rsidR="00F337B3" w:rsidRDefault="006E3073">
            <w:r>
              <w:rPr>
                <w:b/>
              </w:rPr>
              <w:t>[X XXX KR / LAG]</w:t>
            </w:r>
          </w:p>
        </w:tc>
      </w:tr>
      <w:tr w:rsidR="00F337B3" w14:paraId="65E4BF1A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A03254" w14:textId="77777777" w:rsidR="00F337B3" w:rsidRDefault="006E3073">
            <w:r>
              <w:rPr>
                <w:b/>
                <w:sz w:val="19"/>
              </w:rPr>
              <w:t>Deltagaravgift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7C3F1" w14:textId="77777777" w:rsidR="00F337B3" w:rsidRDefault="006E3073">
            <w:r>
              <w:rPr>
                <w:b/>
              </w:rPr>
              <w:t>[XXX KR / SPELARE]</w:t>
            </w:r>
          </w:p>
        </w:tc>
      </w:tr>
      <w:tr w:rsidR="00F337B3" w14:paraId="407F7A30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843E63" w14:textId="77777777" w:rsidR="00F337B3" w:rsidRDefault="006E3073">
            <w:r>
              <w:rPr>
                <w:b/>
                <w:sz w:val="19"/>
              </w:rPr>
              <w:t>Ledare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5A0BB1" w14:textId="77777777" w:rsidR="00F337B3" w:rsidRDefault="006E3073">
            <w:r>
              <w:rPr>
                <w:b/>
              </w:rPr>
              <w:t>[2 LEDARE INGÅR / EXTRA LEDARE XXX KR]</w:t>
            </w:r>
          </w:p>
        </w:tc>
      </w:tr>
      <w:tr w:rsidR="00F337B3" w14:paraId="5C4750A7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F6B0F" w14:textId="77777777" w:rsidR="00F337B3" w:rsidRDefault="006E3073">
            <w:r>
              <w:rPr>
                <w:b/>
                <w:sz w:val="19"/>
              </w:rPr>
              <w:t>I avgiften ingår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3B26AB" w14:textId="77777777" w:rsidR="00F337B3" w:rsidRDefault="006E3073">
            <w:r>
              <w:rPr>
                <w:b/>
              </w:rPr>
              <w:t>[LUNCH, MELLANMÅL, FRUKT, MEDALJ M.M.]</w:t>
            </w:r>
          </w:p>
        </w:tc>
      </w:tr>
      <w:tr w:rsidR="00F337B3" w14:paraId="2A202AED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DEB0A" w14:textId="77777777" w:rsidR="00F337B3" w:rsidRDefault="006E3073">
            <w:r>
              <w:rPr>
                <w:b/>
                <w:sz w:val="19"/>
              </w:rPr>
              <w:t>Sista betalningsdag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EA656" w14:textId="77777777" w:rsidR="00F337B3" w:rsidRDefault="006E3073">
            <w:r>
              <w:rPr>
                <w:b/>
              </w:rPr>
              <w:t>Lagavgift: [DATUM]  |  Deltagaravgift: [DATUM]</w:t>
            </w:r>
          </w:p>
        </w:tc>
      </w:tr>
      <w:tr w:rsidR="00F337B3" w14:paraId="49760130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B9F57" w14:textId="77777777" w:rsidR="00F337B3" w:rsidRDefault="006E3073">
            <w:r>
              <w:rPr>
                <w:b/>
                <w:sz w:val="19"/>
              </w:rPr>
              <w:t>Betalning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BC8CE5" w14:textId="77777777" w:rsidR="00F337B3" w:rsidRDefault="006E3073">
            <w:r>
              <w:rPr>
                <w:b/>
              </w:rPr>
              <w:t>[BANKKONTO / SWISHNUMMER]</w:t>
            </w:r>
          </w:p>
        </w:tc>
      </w:tr>
    </w:tbl>
    <w:p w14:paraId="4F1859AA" w14:textId="77777777" w:rsidR="00F337B3" w:rsidRDefault="006E3073">
      <w:pPr>
        <w:pStyle w:val="SmallNote"/>
      </w:pPr>
      <w:r>
        <w:rPr>
          <w:b/>
        </w:rPr>
        <w:t xml:space="preserve">Märk betalningen med </w:t>
      </w:r>
      <w:r>
        <w:t>[CUPNAMN + ÅLDERSKLASS + LAGNAMN]. Lagavgiften betalas efter bekräftad plats. Anmälan är bindande.</w:t>
      </w:r>
    </w:p>
    <w:p w14:paraId="7434B6AE" w14:textId="77777777" w:rsidR="00F337B3" w:rsidRDefault="006E3073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F337B3" w14:paraId="3682A599" w14:textId="77777777">
        <w:trPr>
          <w:cantSplit/>
          <w:jc w:val="center"/>
        </w:trPr>
        <w:tc>
          <w:tcPr>
            <w:tcW w:w="10148" w:type="dxa"/>
            <w:tcBorders>
              <w:top w:val="nil"/>
              <w:left w:val="nil"/>
              <w:bottom w:val="nil"/>
              <w:right w:val="nil"/>
            </w:tcBorders>
            <w:shd w:val="clear" w:color="auto" w:fill="FFD800"/>
            <w:tcMar>
              <w:top w:w="90" w:type="dxa"/>
              <w:left w:w="140" w:type="dxa"/>
              <w:bottom w:w="80" w:type="dxa"/>
              <w:right w:w="100" w:type="dxa"/>
            </w:tcMar>
          </w:tcPr>
          <w:p w14:paraId="25512EF1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0A0A0A"/>
                <w:sz w:val="23"/>
              </w:rPr>
              <w:lastRenderedPageBreak/>
              <w:t>ANMÄLAN</w:t>
            </w:r>
          </w:p>
        </w:tc>
      </w:tr>
    </w:tbl>
    <w:p w14:paraId="4D17B473" w14:textId="77777777" w:rsidR="00F337B3" w:rsidRDefault="006E3073">
      <w:r>
        <w:rPr>
          <w:b/>
        </w:rPr>
        <w:t>Anmälan skickas till: [NAMN, E-POST, TELEFON]</w:t>
      </w:r>
    </w:p>
    <w:p w14:paraId="21727FC3" w14:textId="77777777" w:rsidR="00F337B3" w:rsidRDefault="006E3073">
      <w:r>
        <w:t>Ange följande i anmälan:</w:t>
      </w:r>
    </w:p>
    <w:p w14:paraId="409C2977" w14:textId="77777777" w:rsidR="00F337B3" w:rsidRDefault="006E3073">
      <w:pPr>
        <w:spacing w:after="40"/>
        <w:ind w:left="255" w:hanging="142"/>
      </w:pPr>
      <w:r>
        <w:rPr>
          <w:b/>
          <w:color w:val="E6B400"/>
        </w:rPr>
        <w:t xml:space="preserve">• </w:t>
      </w:r>
      <w:r>
        <w:t>Föreningens namn</w:t>
      </w:r>
    </w:p>
    <w:p w14:paraId="41EF9AF7" w14:textId="77777777" w:rsidR="00F337B3" w:rsidRDefault="006E3073">
      <w:pPr>
        <w:spacing w:after="40"/>
        <w:ind w:left="255" w:hanging="142"/>
      </w:pPr>
      <w:r>
        <w:rPr>
          <w:b/>
          <w:color w:val="E6B400"/>
        </w:rPr>
        <w:t xml:space="preserve">• </w:t>
      </w:r>
      <w:r>
        <w:t>Antal lag</w:t>
      </w:r>
    </w:p>
    <w:p w14:paraId="2018BC51" w14:textId="77777777" w:rsidR="00F337B3" w:rsidRDefault="006E3073">
      <w:pPr>
        <w:spacing w:after="40"/>
        <w:ind w:left="255" w:hanging="142"/>
      </w:pPr>
      <w:r>
        <w:rPr>
          <w:b/>
          <w:color w:val="E6B400"/>
        </w:rPr>
        <w:t xml:space="preserve">• </w:t>
      </w:r>
      <w:r>
        <w:t>Kontaktperson med telefon och e-post</w:t>
      </w:r>
    </w:p>
    <w:p w14:paraId="6FFD26F2" w14:textId="77777777" w:rsidR="00F337B3" w:rsidRDefault="006E3073">
      <w:pPr>
        <w:spacing w:after="40"/>
        <w:ind w:left="255" w:hanging="142"/>
      </w:pPr>
      <w:r>
        <w:rPr>
          <w:b/>
          <w:color w:val="E6B400"/>
        </w:rPr>
        <w:t xml:space="preserve">• </w:t>
      </w:r>
      <w:r>
        <w:t>Tröjfärger hemma/borta</w:t>
      </w:r>
    </w:p>
    <w:p w14:paraId="5DCC029B" w14:textId="77777777" w:rsidR="00F337B3" w:rsidRDefault="006E3073">
      <w:pPr>
        <w:spacing w:after="40"/>
        <w:ind w:left="255" w:hanging="142"/>
      </w:pPr>
      <w:r>
        <w:rPr>
          <w:b/>
          <w:color w:val="E6B400"/>
        </w:rPr>
        <w:t xml:space="preserve">• </w:t>
      </w:r>
      <w:r>
        <w:t>Lagets logga</w:t>
      </w:r>
    </w:p>
    <w:p w14:paraId="768CD556" w14:textId="77777777" w:rsidR="00F337B3" w:rsidRDefault="006E3073">
      <w:pPr>
        <w:spacing w:after="40"/>
        <w:ind w:left="255" w:hanging="142"/>
      </w:pPr>
      <w:r>
        <w:rPr>
          <w:b/>
          <w:color w:val="E6B400"/>
        </w:rPr>
        <w:t xml:space="preserve">• </w:t>
      </w:r>
      <w:r>
        <w:t>Eventuella allergier hos spelare eller ledare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654"/>
        <w:gridCol w:w="40"/>
      </w:tblGrid>
      <w:tr w:rsidR="00F337B3" w14:paraId="45562C5D" w14:textId="77777777">
        <w:trPr>
          <w:gridAfter w:val="1"/>
          <w:wAfter w:w="40" w:type="dxa"/>
          <w:cantSplit/>
          <w:jc w:val="center"/>
        </w:trPr>
        <w:tc>
          <w:tcPr>
            <w:tcW w:w="10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800"/>
            <w:tcMar>
              <w:top w:w="90" w:type="dxa"/>
              <w:left w:w="140" w:type="dxa"/>
              <w:bottom w:w="80" w:type="dxa"/>
              <w:right w:w="100" w:type="dxa"/>
            </w:tcMar>
          </w:tcPr>
          <w:p w14:paraId="13E14D10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0A0A0A"/>
                <w:sz w:val="23"/>
              </w:rPr>
              <w:t>PRAKTISK INFORMATION</w:t>
            </w:r>
          </w:p>
        </w:tc>
      </w:tr>
      <w:tr w:rsidR="00F337B3" w14:paraId="75E06D9B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0C58D" w14:textId="77777777" w:rsidR="00F337B3" w:rsidRDefault="006E3073">
            <w:r>
              <w:rPr>
                <w:b/>
                <w:sz w:val="19"/>
              </w:rPr>
              <w:t>Omklädning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D77CED" w14:textId="77777777" w:rsidR="00F337B3" w:rsidRDefault="006E3073">
            <w:r>
              <w:rPr>
                <w:b/>
              </w:rPr>
              <w:t>Alla klubbar disponerar [EGET / DELAT] omklädningsrum under cupen.</w:t>
            </w:r>
          </w:p>
        </w:tc>
      </w:tr>
      <w:tr w:rsidR="00F337B3" w14:paraId="28C10718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D9C786" w14:textId="77777777" w:rsidR="00F337B3" w:rsidRDefault="006E3073">
            <w:r>
              <w:rPr>
                <w:b/>
                <w:sz w:val="19"/>
              </w:rPr>
              <w:t>Mat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C82F07" w14:textId="77777777" w:rsidR="00F337B3" w:rsidRDefault="006E3073">
            <w:r>
              <w:rPr>
                <w:b/>
              </w:rPr>
              <w:t>Lunch serveras enligt schema. [ÖVRIG INFORMATION OM MAT / MELLANMÅL].</w:t>
            </w:r>
          </w:p>
        </w:tc>
      </w:tr>
      <w:tr w:rsidR="00F337B3" w14:paraId="6419FF9E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39FE9C" w14:textId="77777777" w:rsidR="00F337B3" w:rsidRDefault="006E3073">
            <w:r>
              <w:rPr>
                <w:b/>
                <w:sz w:val="19"/>
              </w:rPr>
              <w:t>Kiosk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E966D0" w14:textId="77777777" w:rsidR="00F337B3" w:rsidRDefault="006E3073">
            <w:r>
              <w:rPr>
                <w:b/>
              </w:rPr>
              <w:t>Kiosk och cafeteria är öppna under turneringen. [EV. EXTRA FÖRSÄLJNING / LOTTERI / PUCKKASTNING].</w:t>
            </w:r>
          </w:p>
        </w:tc>
      </w:tr>
      <w:tr w:rsidR="00F337B3" w14:paraId="150A5F16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04A3B" w14:textId="77777777" w:rsidR="00F337B3" w:rsidRDefault="006E3073">
            <w:r>
              <w:rPr>
                <w:b/>
                <w:sz w:val="19"/>
              </w:rPr>
              <w:t>Logi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DCA09B" w14:textId="77777777" w:rsidR="00F337B3" w:rsidRDefault="006E3073">
            <w:r>
              <w:rPr>
                <w:b/>
              </w:rPr>
              <w:t>[FINNS / FINNS INTE]. Vid behov: [BESKRIV ALTERNATIV OCH KONTAKT].</w:t>
            </w:r>
          </w:p>
        </w:tc>
      </w:tr>
      <w:tr w:rsidR="00F337B3" w14:paraId="5D3F7487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5" w:space="0" w:color="D9D9D9"/>
              <w:right w:val="nil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EE7D5F" w14:textId="77777777" w:rsidR="00F337B3" w:rsidRDefault="006E3073">
            <w:r>
              <w:rPr>
                <w:b/>
                <w:sz w:val="19"/>
              </w:rPr>
              <w:t>Övrigt</w:t>
            </w:r>
          </w:p>
        </w:tc>
        <w:tc>
          <w:tcPr>
            <w:tcW w:w="7597" w:type="dxa"/>
            <w:gridSpan w:val="2"/>
            <w:tcBorders>
              <w:top w:val="nil"/>
              <w:left w:val="nil"/>
              <w:bottom w:val="single" w:sz="5" w:space="0" w:color="D9D9D9"/>
              <w:right w:val="nil"/>
            </w:tcBorders>
            <w:shd w:val="clear" w:color="auto" w:fill="FFFB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4C900F" w14:textId="77777777" w:rsidR="00F337B3" w:rsidRDefault="006E3073">
            <w:r>
              <w:rPr>
                <w:b/>
              </w:rPr>
              <w:t>Kom ihåg skridskoskydd! [ANNAN VIKTIG INFORMATION].</w:t>
            </w:r>
          </w:p>
        </w:tc>
      </w:tr>
      <w:tr w:rsidR="00F337B3" w14:paraId="7AD1E592" w14:textId="77777777">
        <w:trPr>
          <w:gridAfter w:val="1"/>
          <w:wAfter w:w="40" w:type="dxa"/>
          <w:cantSplit/>
          <w:jc w:val="center"/>
        </w:trPr>
        <w:tc>
          <w:tcPr>
            <w:tcW w:w="10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800"/>
            <w:tcMar>
              <w:top w:w="90" w:type="dxa"/>
              <w:left w:w="140" w:type="dxa"/>
              <w:bottom w:w="80" w:type="dxa"/>
              <w:right w:w="100" w:type="dxa"/>
            </w:tcMar>
          </w:tcPr>
          <w:p w14:paraId="66663A27" w14:textId="77777777" w:rsidR="00F337B3" w:rsidRDefault="006E3073">
            <w:pPr>
              <w:spacing w:after="0"/>
            </w:pPr>
            <w:r>
              <w:rPr>
                <w:rFonts w:ascii="Aptos Display" w:hAnsi="Aptos Display"/>
                <w:b/>
                <w:color w:val="0A0A0A"/>
                <w:sz w:val="23"/>
              </w:rPr>
              <w:t>VID INSTÄLLD CUP</w:t>
            </w:r>
          </w:p>
        </w:tc>
      </w:tr>
    </w:tbl>
    <w:p w14:paraId="61611875" w14:textId="77777777" w:rsidR="00F337B3" w:rsidRDefault="006E3073">
      <w:pPr>
        <w:spacing w:after="120"/>
      </w:pPr>
      <w:r>
        <w:t>Om cupen behöver ställas in på grund av beslut från myndighet eller annan beslutande instans återbetalas inbetalda avgifter. Anpassa eller ta bort denna text om andra villkor gäller.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F337B3" w14:paraId="72B7DB6B" w14:textId="77777777">
        <w:trPr>
          <w:cantSplit/>
          <w:jc w:val="center"/>
        </w:trPr>
        <w:tc>
          <w:tcPr>
            <w:tcW w:w="10148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  <w:tcMar>
              <w:top w:w="150" w:type="dxa"/>
              <w:left w:w="180" w:type="dxa"/>
              <w:bottom w:w="140" w:type="dxa"/>
              <w:right w:w="180" w:type="dxa"/>
            </w:tcMar>
          </w:tcPr>
          <w:p w14:paraId="64F43B9C" w14:textId="77777777" w:rsidR="00F337B3" w:rsidRDefault="006E3073">
            <w:pPr>
              <w:spacing w:after="60"/>
            </w:pPr>
            <w:r>
              <w:rPr>
                <w:b/>
                <w:color w:val="FFD800"/>
                <w:sz w:val="20"/>
              </w:rPr>
              <w:t>FRÅGOR? KONTAKTA CUPANSVARIG</w:t>
            </w:r>
          </w:p>
          <w:p w14:paraId="089FBA39" w14:textId="77777777" w:rsidR="00F337B3" w:rsidRDefault="006E3073">
            <w:pPr>
              <w:spacing w:after="0"/>
            </w:pPr>
            <w:r>
              <w:rPr>
                <w:b/>
                <w:color w:val="FFFFFF"/>
                <w:sz w:val="24"/>
              </w:rPr>
              <w:t>[NAMN]  |  [E-POST]  |  [TELEFON]</w:t>
            </w:r>
          </w:p>
        </w:tc>
      </w:tr>
    </w:tbl>
    <w:p w14:paraId="1269995A" w14:textId="77777777" w:rsidR="00F337B3" w:rsidRDefault="006E3073">
      <w:pPr>
        <w:pStyle w:val="SmallNote"/>
        <w:spacing w:before="100"/>
        <w:jc w:val="center"/>
      </w:pPr>
      <w:r>
        <w:t>Tips till den som använder mallen: all text inom [HAKPARENTES] ska fyllas i eller anpassas innan inbjudan skickas.</w:t>
      </w:r>
    </w:p>
    <w:sectPr w:rsidR="00F337B3" w:rsidSect="00034616">
      <w:footerReference w:type="default" r:id="rId9"/>
      <w:pgSz w:w="11906" w:h="16838"/>
      <w:pgMar w:top="652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3BB23" w14:textId="77777777" w:rsidR="006E3073" w:rsidRDefault="006E3073">
      <w:pPr>
        <w:spacing w:after="0" w:line="240" w:lineRule="auto"/>
      </w:pPr>
      <w:r>
        <w:separator/>
      </w:r>
    </w:p>
  </w:endnote>
  <w:endnote w:type="continuationSeparator" w:id="0">
    <w:p w14:paraId="114C3563" w14:textId="77777777" w:rsidR="006E3073" w:rsidRDefault="006E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8540" w14:textId="77777777" w:rsidR="00F337B3" w:rsidRDefault="006E3073">
    <w:pPr>
      <w:pStyle w:val="Sidfot"/>
      <w:jc w:val="center"/>
    </w:pPr>
    <w:r>
      <w:rPr>
        <w:color w:val="5A5A5A"/>
        <w:sz w:val="17"/>
      </w:rPr>
      <w:t xml:space="preserve">SKOGSBO </w:t>
    </w:r>
    <w:proofErr w:type="gramStart"/>
    <w:r>
      <w:rPr>
        <w:color w:val="5A5A5A"/>
        <w:sz w:val="17"/>
      </w:rPr>
      <w:t>SK  •</w:t>
    </w:r>
    <w:proofErr w:type="gramEnd"/>
    <w:r>
      <w:rPr>
        <w:color w:val="5A5A5A"/>
        <w:sz w:val="17"/>
      </w:rPr>
      <w:t xml:space="preserve">  laget.se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B2302" w14:textId="77777777" w:rsidR="006E3073" w:rsidRDefault="006E3073">
      <w:pPr>
        <w:spacing w:after="0" w:line="240" w:lineRule="auto"/>
      </w:pPr>
      <w:r>
        <w:separator/>
      </w:r>
    </w:p>
  </w:footnote>
  <w:footnote w:type="continuationSeparator" w:id="0">
    <w:p w14:paraId="1A7FD45F" w14:textId="77777777" w:rsidR="006E3073" w:rsidRDefault="006E3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6901717">
    <w:abstractNumId w:val="8"/>
  </w:num>
  <w:num w:numId="2" w16cid:durableId="1067070005">
    <w:abstractNumId w:val="6"/>
  </w:num>
  <w:num w:numId="3" w16cid:durableId="681976649">
    <w:abstractNumId w:val="5"/>
  </w:num>
  <w:num w:numId="4" w16cid:durableId="403182595">
    <w:abstractNumId w:val="4"/>
  </w:num>
  <w:num w:numId="5" w16cid:durableId="985820208">
    <w:abstractNumId w:val="7"/>
  </w:num>
  <w:num w:numId="6" w16cid:durableId="213779494">
    <w:abstractNumId w:val="3"/>
  </w:num>
  <w:num w:numId="7" w16cid:durableId="1445420848">
    <w:abstractNumId w:val="2"/>
  </w:num>
  <w:num w:numId="8" w16cid:durableId="2017809373">
    <w:abstractNumId w:val="1"/>
  </w:num>
  <w:num w:numId="9" w16cid:durableId="133642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B34"/>
    <w:rsid w:val="0015074B"/>
    <w:rsid w:val="0029639D"/>
    <w:rsid w:val="00326F90"/>
    <w:rsid w:val="003A720D"/>
    <w:rsid w:val="006E3073"/>
    <w:rsid w:val="00AA1D8D"/>
    <w:rsid w:val="00B47730"/>
    <w:rsid w:val="00CB0664"/>
    <w:rsid w:val="00F337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7DDED"/>
  <w14:defaultImageDpi w14:val="300"/>
  <w15:docId w15:val="{3F67D84F-C08D-46B2-A22C-1B828C9A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91919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Band">
    <w:name w:val="SectionBand"/>
    <w:pPr>
      <w:spacing w:before="160" w:after="80"/>
    </w:pPr>
    <w:rPr>
      <w:rFonts w:ascii="Aptos Display" w:hAnsi="Aptos Display"/>
      <w:b/>
      <w:color w:val="0F0F0F"/>
      <w:sz w:val="26"/>
    </w:rPr>
  </w:style>
  <w:style w:type="paragraph" w:customStyle="1" w:styleId="SmallNote">
    <w:name w:val="SmallNote"/>
    <w:pPr>
      <w:spacing w:after="80"/>
    </w:pPr>
    <w:rPr>
      <w:rFonts w:ascii="Aptos" w:hAnsi="Aptos"/>
      <w:color w:val="646464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- Inbjudan till cup, Skogsbo SK</dc:title>
  <dc:subject>Redigerbar mall för cupinbjudan</dc:subject>
  <dc:creator>Skogsbo SK</dc:creator>
  <cp:keywords/>
  <dc:description>generated by python-docx</dc:description>
  <cp:lastModifiedBy>Linda Stålberg</cp:lastModifiedBy>
  <cp:revision>2</cp:revision>
  <dcterms:created xsi:type="dcterms:W3CDTF">2026-09-28T17:15:00Z</dcterms:created>
  <dcterms:modified xsi:type="dcterms:W3CDTF">2026-09-28T17:15:00Z</dcterms:modified>
  <cp:category/>
</cp:coreProperties>
</file>