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intelligence2.xml" ContentType="application/vnd.ms-office.intelligence2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P="16B4F223" w14:paraId="62CBAE1C" wp14:textId="77777777">
      <w:pPr>
        <w:pStyle w:val="Heading1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</w:pP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  <w:t>Checklista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  <w:t xml:space="preserve"> för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  <w:t>ledare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  <w:t xml:space="preserve">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  <w:t>i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  <w:t xml:space="preserve">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  <w:t>Kärra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8"/>
          <w:szCs w:val="28"/>
          <w:lang w:val="sv-SE"/>
        </w:rPr>
        <w:t xml:space="preserve"> KIF</w:t>
      </w:r>
    </w:p>
    <w:p xmlns:wp14="http://schemas.microsoft.com/office/word/2010/wordml" w:rsidP="16B4F223" w14:paraId="5EB800FF" wp14:textId="64969CC4">
      <w:pPr>
        <w:spacing w:before="0" w:beforeAutospacing="off"/>
        <w:rPr>
          <w:rFonts w:ascii="Calibri" w:hAnsi="Calibri" w:eastAsia="Calibri" w:cs="Calibri"/>
          <w:noProof w:val="0"/>
          <w:sz w:val="20"/>
          <w:szCs w:val="20"/>
          <w:lang w:val="sv-SE"/>
        </w:rPr>
      </w:pPr>
      <w:r w:rsidRPr="16B4F223" w:rsidR="28BBAD5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Nedan är en sammanställning </w:t>
      </w:r>
      <w:r w:rsidRPr="16B4F223" w:rsidR="6349E2C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vad </w:t>
      </w:r>
      <w:r w:rsidRPr="16B4F223" w:rsidR="28BBAD5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nya och befintliga ledare behöver känna till för att lyckas i sitt uppdrag och bidra </w:t>
      </w:r>
      <w:r w:rsidRPr="16B4F223" w:rsidR="26C74FDC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till ett gott </w:t>
      </w:r>
      <w:r w:rsidRPr="16B4F223" w:rsidR="28BBAD5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samarbete i föreningen </w:t>
      </w:r>
      <w:r w:rsidRPr="16B4F223" w:rsidR="28BBAD5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i linje med Kärramodellen</w:t>
      </w:r>
      <w:r w:rsidRPr="16B4F223" w:rsidR="66DC204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-  </w:t>
      </w:r>
      <w:hyperlink r:id="R55f71b6085c34077">
        <w:r w:rsidRPr="16B4F223" w:rsidR="66DC204B">
          <w:rPr>
            <w:rStyle w:val="Hyperlink"/>
            <w:rFonts w:ascii="Calibri" w:hAnsi="Calibri" w:eastAsia="Calibri" w:cs="Calibri"/>
            <w:noProof w:val="0"/>
            <w:sz w:val="20"/>
            <w:szCs w:val="20"/>
            <w:lang w:val="sv-SE"/>
          </w:rPr>
          <w:t>Kärra KIF</w:t>
        </w:r>
      </w:hyperlink>
    </w:p>
    <w:p xmlns:wp14="http://schemas.microsoft.com/office/word/2010/wordml" w:rsidP="16B4F223" w14:paraId="3E630E12" wp14:textId="77777777">
      <w:pPr>
        <w:pStyle w:val="Heading2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1.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Introduktion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och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grunder</w:t>
      </w:r>
    </w:p>
    <w:p xmlns:wp14="http://schemas.microsoft.com/office/word/2010/wordml" w:rsidP="16B4F223" w14:paraId="37783926" wp14:textId="5A47D5D4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Jag har introducerats av fotbollsrådet, fått ledarpärm, information om Kärramodellen och provat ut ledarkläder</w:t>
      </w:r>
      <w:r w:rsidRPr="6F6681B8" w:rsidR="74E8C7F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i Kansliet (möjligen även nyckel till klubbhuset).</w:t>
      </w:r>
    </w:p>
    <w:p xmlns:wp14="http://schemas.microsoft.com/office/word/2010/wordml" w:rsidP="16B4F223" w14:paraId="3EAB2651" wp14:textId="64F99BF3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Jag har lämnat in utdrag från belastningsregistret (årligen, senast 28 feb).</w:t>
      </w:r>
    </w:p>
    <w:p xmlns:wp14="http://schemas.microsoft.com/office/word/2010/wordml" w:rsidP="16B4F223" w14:paraId="44373A7D" wp14:textId="18CB492E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Jag har kontaktuppgifter till styrelse, kansli, fotbollsråd och övriga ledare.</w:t>
      </w:r>
    </w:p>
    <w:p xmlns:wp14="http://schemas.microsoft.com/office/word/2010/wordml" w:rsidP="16B4F223" w14:paraId="4B9584C3" wp14:textId="7394D3FA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Jag är inlagd i:</w:t>
      </w:r>
      <w:r>
        <w:br/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 </w:t>
      </w:r>
      <w:r w:rsidRPr="6F6681B8" w:rsidR="1DD5CE01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- Ledargruppen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i SportAdmin</w:t>
      </w:r>
      <w:r>
        <w:br/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 - Lagspecifik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SportAdmin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-grupp (spelare, kallelser, lagkassa)</w:t>
      </w:r>
    </w:p>
    <w:p xmlns:wp14="http://schemas.microsoft.com/office/word/2010/wordml" w:rsidP="16B4F223" w14:paraId="357921D9" wp14:textId="63BB98C8">
      <w:pPr>
        <w:pStyle w:val="Heading2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2. Roller</w:t>
      </w:r>
      <w:r w:rsidRPr="16B4F223" w:rsidR="1BBBABF1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och ansvar</w:t>
      </w:r>
    </w:p>
    <w:p xmlns:wp14="http://schemas.microsoft.com/office/word/2010/wordml" w:rsidP="16B4F223" w14:paraId="17FC357B" wp14:textId="3AAA192B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</w:t>
      </w:r>
      <w:r w:rsidRPr="6F6681B8" w:rsidR="58FDFF4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år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l</w:t>
      </w:r>
      <w:r w:rsidRPr="6F6681B8" w:rsidR="52F919D4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e</w:t>
      </w:r>
      <w:r w:rsidRPr="6F6681B8" w:rsidR="52F919D4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darstab</w:t>
      </w:r>
      <w:r w:rsidRPr="6F6681B8" w:rsidR="59C31E2A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har</w:t>
      </w:r>
      <w:r w:rsidRPr="6F6681B8" w:rsidR="2F75DC5E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6F6681B8" w:rsidR="23E5BEC7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en </w:t>
      </w:r>
      <w:r w:rsidRPr="6F6681B8" w:rsidR="2F75DC5E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känd arbetsfördelning</w:t>
      </w:r>
      <w:r w:rsidRPr="6F6681B8" w:rsidR="2F75DC5E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. Vi</w:t>
      </w:r>
      <w:r w:rsidRPr="6F6681B8" w:rsidR="49307F51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6F6681B8" w:rsidR="2F75DC5E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har f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ördelat </w:t>
      </w:r>
      <w:r w:rsidRPr="6F6681B8" w:rsidR="2CEA390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ut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roller: huvudtränare, assisterande tränare, lagledare, materialansvarig,</w:t>
      </w:r>
      <w:r w:rsidRPr="6F6681B8" w:rsidR="631C8DB0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6F6681B8" w:rsidR="139BFC7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l</w:t>
      </w:r>
      <w:r w:rsidRPr="6F6681B8" w:rsidR="631C8DB0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agkassör</w:t>
      </w:r>
      <w:r w:rsidRPr="6F6681B8" w:rsidR="631C8DB0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,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kontakt för föreningsdomare.</w:t>
      </w:r>
      <w:r w:rsidRPr="6F6681B8" w:rsidR="43A36C24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Glöm inte utse ansvarig för lotter/idrottsrabatt (förälder) och lämna in till Lotteriansvarig</w:t>
      </w:r>
      <w:r w:rsidRPr="6F6681B8" w:rsidR="19A271D8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i styrelsen.</w:t>
      </w:r>
    </w:p>
    <w:p w:rsidR="1993A7EB" w:rsidP="6F6681B8" w:rsidRDefault="1993A7EB" w14:paraId="50575260" w14:textId="30A5B190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993A7E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Samtliga roller ska vara uppdaterade och aktuella i </w:t>
      </w:r>
      <w:r w:rsidRPr="6F6681B8" w:rsidR="1993A7E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Sportadmin</w:t>
      </w:r>
      <w:r w:rsidRPr="6F6681B8" w:rsidR="1993A7E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/hemsida.</w:t>
      </w:r>
    </w:p>
    <w:p xmlns:wp14="http://schemas.microsoft.com/office/word/2010/wordml" w:rsidP="16B4F223" w14:paraId="3553393C" wp14:textId="77863CFE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Lagledaren sköter: medlemsregister, närvaro, LOK-stöd, RF-SISU-timmar, föreningsinfo, domarkontakt (för 5v5/7v7).</w:t>
      </w:r>
    </w:p>
    <w:p w:rsidR="5E252CD9" w:rsidP="16B4F223" w:rsidRDefault="5E252CD9" w14:paraId="25567257" w14:textId="637603AC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5E252CD9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Lagkassör</w:t>
      </w:r>
      <w:r w:rsidRPr="6F6681B8" w:rsidR="5E252CD9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ansvarar för </w:t>
      </w:r>
      <w:r w:rsidRPr="6F6681B8" w:rsidR="74B4E078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lagets </w:t>
      </w:r>
      <w:r w:rsidRPr="6F6681B8" w:rsidR="5E252CD9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lagkassa samt dialog med föreningen kass</w:t>
      </w:r>
      <w:r w:rsidRPr="6F6681B8" w:rsidR="11E0F85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ö</w:t>
      </w:r>
      <w:r w:rsidRPr="6F6681B8" w:rsidR="5E252CD9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r.</w:t>
      </w:r>
    </w:p>
    <w:p w:rsidR="09D6EE06" w:rsidP="6F6681B8" w:rsidRDefault="09D6EE06" w14:paraId="7C1809AD" w14:textId="14D980CC">
      <w:pPr>
        <w:pStyle w:val="ListBullet"/>
        <w:suppressLineNumbers w:val="0"/>
        <w:bidi w:val="0"/>
        <w:spacing w:before="0" w:beforeAutospacing="off" w:after="200" w:afterAutospacing="off" w:line="276" w:lineRule="auto"/>
        <w:ind w:left="360" w:right="0" w:hanging="360"/>
        <w:jc w:val="left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09D6EE0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Vi har en </w:t>
      </w:r>
      <w:r w:rsidRPr="6F6681B8" w:rsidR="09D6EE0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föräldragrupp/eventgrupp</w:t>
      </w:r>
      <w:r w:rsidRPr="6F6681B8" w:rsidR="09D6EE0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med ansvar för </w:t>
      </w:r>
      <w:r w:rsidRPr="6F6681B8" w:rsidR="09D6EE0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t.ex.</w:t>
      </w:r>
      <w:r w:rsidRPr="6F6681B8" w:rsidR="09D6EE0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kaffeförsäljning, cuper, sociala aktiviteter och insamlingar.</w:t>
      </w:r>
    </w:p>
    <w:p xmlns:wp14="http://schemas.microsoft.com/office/word/2010/wordml" w:rsidP="16B4F223" w14:paraId="1269B2A6" wp14:textId="7A9C7682">
      <w:pPr>
        <w:pStyle w:val="Heading2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3. </w:t>
      </w:r>
      <w:r w:rsidRPr="16B4F223" w:rsidR="1A511521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Administration s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pelare</w:t>
      </w:r>
    </w:p>
    <w:p xmlns:wp14="http://schemas.microsoft.com/office/word/2010/wordml" w:rsidP="16B4F223" w14:paraId="4412E269" wp14:textId="21F94A4E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Kansliet registrerar nya spelare och placerar intresserade i medlemsgrupp (kö).</w:t>
      </w:r>
    </w:p>
    <w:p xmlns:wp14="http://schemas.microsoft.com/office/word/2010/wordml" w:rsidP="16B4F223" w14:paraId="1490A62A" wp14:textId="28834F60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Vi bevakar </w:t>
      </w:r>
      <w:r w:rsidRPr="6F6681B8" w:rsidR="67B6327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medlemsgrupp (kö)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och bjuder in till provträning (max 3 veckor).</w:t>
      </w:r>
    </w:p>
    <w:p xmlns:wp14="http://schemas.microsoft.com/office/word/2010/wordml" w:rsidP="16B4F223" w14:paraId="7425783D" wp14:textId="7C751801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385311EF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i</w:t>
      </w:r>
      <w:r w:rsidRPr="6F6681B8" w:rsidR="7BC1F51A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gör spelarinventering </w:t>
      </w:r>
      <w:r w:rsidRPr="6F6681B8" w:rsidR="4B6C80C2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minst </w:t>
      </w:r>
      <w:r w:rsidRPr="6F6681B8" w:rsidR="7BC1F51A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2ggr/år</w:t>
      </w:r>
      <w:r w:rsidRPr="6F6681B8" w:rsidR="4022E78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(säsongsstart/sommaruppehåll) </w:t>
      </w:r>
      <w:r w:rsidRPr="6F6681B8" w:rsidR="7BC1F51A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och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uppdaterar </w:t>
      </w:r>
      <w:r w:rsidRPr="6F6681B8" w:rsidR="7EEF6F0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spelare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i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SportAdmin</w:t>
      </w:r>
      <w:r w:rsidRPr="6F6681B8" w:rsidR="0C9EB8D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. </w:t>
      </w:r>
      <w:r w:rsidRPr="6F6681B8" w:rsidR="23D1A92E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Ändringar meddelas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till kansliet</w:t>
      </w:r>
      <w:r w:rsidRPr="6F6681B8" w:rsidR="2662283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.</w:t>
      </w:r>
    </w:p>
    <w:p xmlns:wp14="http://schemas.microsoft.com/office/word/2010/wordml" w:rsidP="16B4F223" w14:paraId="7EB6F057" wp14:textId="77777777">
      <w:pPr>
        <w:pStyle w:val="Heading2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4.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Träning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, match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och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planering</w:t>
      </w:r>
    </w:p>
    <w:p xmlns:wp14="http://schemas.microsoft.com/office/word/2010/wordml" w:rsidP="16B4F223" w14:paraId="56834117" wp14:textId="24B228DD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2CF0894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Vi</w:t>
      </w:r>
      <w:r w:rsidRPr="6F6681B8" w:rsidR="1ECDE5A7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deltar i de två </w:t>
      </w:r>
      <w:r w:rsidRPr="6F6681B8" w:rsidR="2230B2B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årliga planeringarna av plantider</w:t>
      </w:r>
      <w:r w:rsidRPr="6F6681B8" w:rsidR="4001B626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(plan, tid och plats för träning).</w:t>
      </w:r>
    </w:p>
    <w:p xmlns:wp14="http://schemas.microsoft.com/office/word/2010/wordml" w:rsidP="16B4F223" w14:paraId="5615F4A7" wp14:textId="6E4F89AB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Vi har en grundläggande säsongsplan för träningar, matcher, cuper, lagaktiviteter.</w:t>
      </w:r>
    </w:p>
    <w:p xmlns:wp14="http://schemas.microsoft.com/office/word/2010/wordml" w:rsidP="16B4F223" w14:paraId="30575224" wp14:textId="6D9E841E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18907B9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Kansliet lägger in ansvarig i föreningsdomargruppen, vi ansvarar att kalla domare till matcher.</w:t>
      </w:r>
    </w:p>
    <w:p w:rsidR="16B4F223" w:rsidP="6F6681B8" w:rsidRDefault="16B4F223" w14:paraId="29CE5FB4" w14:textId="6A7FD721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Vi känner till att varje lag kan söka cupbidrag (två cuper/år bekostas av klubben, exkl. Gothia).</w:t>
      </w:r>
    </w:p>
    <w:p xmlns:wp14="http://schemas.microsoft.com/office/word/2010/wordml" w:rsidP="16B4F223" w14:paraId="3E5F6D90" wp14:textId="77777777">
      <w:pPr>
        <w:pStyle w:val="Heading2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5. Kommunikation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och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förväntningar</w:t>
      </w:r>
    </w:p>
    <w:p xmlns:wp14="http://schemas.microsoft.com/office/word/2010/wordml" w:rsidP="16B4F223" w14:paraId="29038E1F" wp14:textId="3742790E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Vi har bestämt hur vi kommunicerar inom ledargruppen </w:t>
      </w:r>
      <w:r w:rsidRPr="6F6681B8" w:rsidR="41B0E449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(ex. </w:t>
      </w:r>
      <w:r w:rsidRPr="6F6681B8" w:rsidR="41B0E449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Whatsup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).</w:t>
      </w:r>
    </w:p>
    <w:p xmlns:wp14="http://schemas.microsoft.com/office/word/2010/wordml" w:rsidP="16B4F223" w14:paraId="258B905D" wp14:textId="1A8F3111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462163D4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Vi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använder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SportAdmin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för kommunikation med laget och föräldrar.</w:t>
      </w:r>
    </w:p>
    <w:p w:rsidR="488EB42B" w:rsidP="16B4F223" w:rsidRDefault="488EB42B" w14:paraId="03C63A5E" w14:textId="401653DF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488EB42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Vi sätter upp regelbundna informationsmöten med föräldrar</w:t>
      </w:r>
      <w:r w:rsidRPr="6F6681B8" w:rsidR="5B49A53E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, minst 2 per år</w:t>
      </w:r>
      <w:r w:rsidRPr="6F6681B8" w:rsidR="488EB42B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.</w:t>
      </w:r>
    </w:p>
    <w:p xmlns:wp14="http://schemas.microsoft.com/office/word/2010/wordml" w:rsidP="16B4F223" w14:paraId="47F52CF8" wp14:textId="6733A2C6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Jag deltar i ledarträffar och informationsmöten som föreningen kallar till.</w:t>
      </w:r>
    </w:p>
    <w:p xmlns:wp14="http://schemas.microsoft.com/office/word/2010/wordml" w:rsidP="16B4F223" w14:paraId="6E3819F3" wp14:textId="2F38D166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Jag känner till </w:t>
      </w:r>
      <w:r w:rsidRPr="6F6681B8" w:rsidR="013915D1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klubbens spelarpolicy och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föreningens värdegrund: glädje, gemenskap, allas rätt att vara med, fair play.</w:t>
      </w:r>
    </w:p>
    <w:p w:rsidR="330A25F0" w:rsidP="16B4F223" w:rsidRDefault="330A25F0" w14:paraId="47F57F01" w14:textId="15AD0BD9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9E6F2FC" w:rsidR="330A25F0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Vi följer föreningens riktlinjer om lika speltid, ingen toppning, individens utveckling, skolans prioritet och trygg miljö.</w:t>
      </w:r>
    </w:p>
    <w:p w:rsidR="69E6F2FC" w:rsidP="69E6F2FC" w:rsidRDefault="69E6F2FC" w14:paraId="267CB223" w14:textId="73984D92">
      <w:pPr>
        <w:pStyle w:val="ListBullet"/>
        <w:numPr>
          <w:ilvl w:val="0"/>
          <w:numId w:val="0"/>
        </w:numPr>
        <w:spacing w:before="0" w:beforeAutospacing="off"/>
        <w:ind w:left="360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</w:p>
    <w:p xmlns:wp14="http://schemas.microsoft.com/office/word/2010/wordml" w:rsidP="16B4F223" w14:paraId="18963569" wp14:textId="77777777">
      <w:pPr>
        <w:pStyle w:val="Heading2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6.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Utbildning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och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16B4F223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stöd</w:t>
      </w:r>
    </w:p>
    <w:p xmlns:wp14="http://schemas.microsoft.com/office/word/2010/wordml" w:rsidP="16B4F223" w14:paraId="0822E3F2" wp14:textId="22424FDD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Jag vet att jag kan ansöka om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ledarutbildning</w:t>
      </w:r>
      <w:r w:rsidRPr="6F6681B8" w:rsidR="53FB4729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,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föreningen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står för kostnaden.</w:t>
      </w:r>
    </w:p>
    <w:p xmlns:wp14="http://schemas.microsoft.com/office/word/2010/wordml" w:rsidP="16B4F223" w14:paraId="67CCC6FC" wp14:textId="41B16757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Jag har koll på vilken nivå av tränarutbildning jag förväntas ha enligt SvFF:s stege:</w:t>
      </w:r>
      <w:r>
        <w:br/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 - Tränarutbildning C (från 8 år)</w:t>
      </w:r>
      <w:r>
        <w:br/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 - Tränarutbildning B (från 13 år)</w:t>
      </w:r>
      <w:r>
        <w:br/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 - Tränarutbildning A (från 16 år)</w:t>
      </w:r>
    </w:p>
    <w:p xmlns:wp14="http://schemas.microsoft.com/office/word/2010/wordml" w:rsidP="16B4F223" w14:paraId="15644703" wp14:textId="34A20D11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Jag vet att föreningsutvecklaren och kansliet är mitt stöd i frågor om träning, material och utveckling.</w:t>
      </w:r>
    </w:p>
    <w:p xmlns:wp14="http://schemas.microsoft.com/office/word/2010/wordml" w:rsidP="16B4F223" w14:paraId="146D2099" wp14:textId="6115D357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Jag vet att jag kan få stöd i utmaningar via fotbollsrådet.</w:t>
      </w:r>
    </w:p>
    <w:p xmlns:wp14="http://schemas.microsoft.com/office/word/2010/wordml" w:rsidP="6F6681B8" w14:paraId="750D5A3D" wp14:textId="27B58DDD">
      <w:pPr>
        <w:pStyle w:val="Heading2"/>
        <w:spacing w:before="0" w:beforeAutospacing="off"/>
        <w:rPr>
          <w:noProof w:val="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7.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Uppföljning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och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förbättring</w:t>
      </w:r>
    </w:p>
    <w:p xmlns:wp14="http://schemas.microsoft.com/office/word/2010/wordml" w:rsidP="16B4F223" w14:paraId="215F175B" wp14:textId="03E1C456">
      <w:pPr>
        <w:pStyle w:val="ListBullet"/>
        <w:spacing w:before="0" w:beforeAutospacing="off"/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Vi deltar </w:t>
      </w:r>
      <w:r w:rsidRPr="6F6681B8" w:rsidR="7538C911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i </w:t>
      </w: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säsongsavslutning </w:t>
      </w:r>
      <w:r w:rsidRPr="6F6681B8" w:rsidR="25823501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för ledare </w:t>
      </w:r>
      <w:r w:rsidRPr="6F6681B8" w:rsidR="25823501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samt </w:t>
      </w:r>
      <w:r w:rsidRPr="6F6681B8" w:rsidR="311CC01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med</w:t>
      </w:r>
      <w:r w:rsidRPr="6F6681B8" w:rsidR="311CC01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 vår verksamhetsberättelse enligt fö</w:t>
      </w:r>
      <w:r w:rsidRPr="6F6681B8" w:rsidR="615E97D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reningens mall (</w:t>
      </w:r>
      <w:r w:rsidRPr="6F6681B8" w:rsidR="3BD9C420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 xml:space="preserve">inlämnad </w:t>
      </w:r>
      <w:r w:rsidRPr="6F6681B8" w:rsidR="615E97D5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senast februari).</w:t>
      </w:r>
    </w:p>
    <w:p w:rsidR="16B4F223" w:rsidP="6F6681B8" w:rsidRDefault="16B4F223" w14:paraId="760C1853" w14:textId="6B09DF31">
      <w:pPr>
        <w:pStyle w:val="ListBullet"/>
        <w:spacing w:before="0" w:beforeAutospacing="off"/>
        <w:rPr>
          <w:noProof w:val="0"/>
          <w:lang w:val="sv-SE"/>
        </w:rPr>
      </w:pPr>
      <w:r w:rsidRPr="6F6681B8" w:rsidR="16B4F223">
        <w:rPr>
          <w:rFonts w:ascii="Calibri" w:hAnsi="Calibri" w:eastAsia="Calibri" w:cs="Calibri" w:asciiTheme="majorAscii" w:hAnsiTheme="majorAscii" w:eastAsiaTheme="majorAscii" w:cstheme="majorAscii"/>
          <w:noProof w:val="0"/>
          <w:sz w:val="20"/>
          <w:szCs w:val="20"/>
          <w:lang w:val="sv-SE"/>
        </w:rPr>
        <w:t>Vi utvärderar och ger input kring vad som kan förbättras.</w:t>
      </w:r>
    </w:p>
    <w:p w:rsidR="6F6681B8" w:rsidP="6F6681B8" w:rsidRDefault="6F6681B8" w14:paraId="11E0A048" w14:textId="3D578086">
      <w:pPr>
        <w:pStyle w:val="ListBullet"/>
        <w:numPr>
          <w:ilvl w:val="0"/>
          <w:numId w:val="0"/>
        </w:numPr>
        <w:spacing w:before="0" w:beforeAutospacing="off"/>
        <w:ind w:left="360"/>
        <w:rPr>
          <w:noProof w:val="0"/>
          <w:lang w:val="sv-SE"/>
        </w:rPr>
      </w:pPr>
      <w:r>
        <w:br/>
      </w:r>
    </w:p>
    <w:p w:rsidR="69ACB39B" w:rsidP="6F6681B8" w:rsidRDefault="69ACB39B" w14:paraId="2EEAF0F4" w14:textId="05927B83">
      <w:pPr>
        <w:pStyle w:val="ListBullet"/>
        <w:numPr>
          <w:ilvl w:val="0"/>
          <w:numId w:val="0"/>
        </w:numPr>
        <w:spacing w:before="0" w:beforeAutospacing="off"/>
        <w:ind w:left="0"/>
        <w:rPr>
          <w:noProof w:val="0"/>
          <w:lang w:val="sv-SE"/>
        </w:rPr>
      </w:pPr>
      <w:r w:rsidRPr="6F6681B8" w:rsidR="69ACB39B">
        <w:rPr>
          <w:rStyle w:val="Heading2Char"/>
          <w:b w:val="1"/>
          <w:bCs w:val="1"/>
          <w:noProof w:val="0"/>
          <w:sz w:val="22"/>
          <w:szCs w:val="22"/>
          <w:lang w:val="sv-SE"/>
        </w:rPr>
        <w:t>Klubbens årskalender med återkommande aktiviteter med deadlines</w:t>
      </w:r>
      <w:r>
        <w:br/>
      </w:r>
    </w:p>
    <w:p w:rsidR="170E6037" w:rsidP="16B4F223" w:rsidRDefault="170E6037" w14:paraId="6D7E3B23" w14:textId="14B83A35">
      <w:pPr>
        <w:spacing w:before="0" w:beforeAutospacing="off"/>
      </w:pPr>
      <w:r w:rsidR="170E6037">
        <w:drawing>
          <wp:inline wp14:editId="61718C8C" wp14:anchorId="476F12BD">
            <wp:extent cx="4648439" cy="2305168"/>
            <wp:effectExtent l="0" t="0" r="0" b="0"/>
            <wp:docPr id="147971793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ad592167074474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439" cy="230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70E6037" w:rsidP="16B4F223" w:rsidRDefault="170E6037" w14:paraId="60BF4E44" w14:textId="2F04EFB0">
      <w:pPr>
        <w:spacing w:before="0" w:beforeAutospacing="off"/>
      </w:pPr>
      <w:r w:rsidR="170E6037">
        <w:drawing>
          <wp:inline wp14:editId="12CA83F5" wp14:anchorId="7BD1A284">
            <wp:extent cx="4648439" cy="2311519"/>
            <wp:effectExtent l="0" t="0" r="0" b="0"/>
            <wp:docPr id="84884630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a2adf5a71154e8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439" cy="231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vNixkx6yxJk6L+" int2:id="UYaXACgr">
      <int2:state int2:type="AugLoop_Text_Critique" int2:value="Rejected"/>
    </int2:textHash>
    <int2:textHash int2:hashCode="7oxrae2M4japN6" int2:id="xxiP3YFz">
      <int2:state int2:type="AugLoop_Text_Critique" int2:value="Rejected"/>
    </int2:textHash>
    <int2:textHash int2:hashCode="yeOIoDqH4tsHBI" int2:id="MuhcU6io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3">
    <w:nsid w:val="1c8167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43871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a6da6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1bb61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eb48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88AC5"/>
    <w:rsid w:val="00AA1D8D"/>
    <w:rsid w:val="00B47730"/>
    <w:rsid w:val="00CB0664"/>
    <w:rsid w:val="00FC693F"/>
    <w:rsid w:val="010B834D"/>
    <w:rsid w:val="013915D1"/>
    <w:rsid w:val="014139C8"/>
    <w:rsid w:val="014139C8"/>
    <w:rsid w:val="02467389"/>
    <w:rsid w:val="031677C4"/>
    <w:rsid w:val="07CA5B49"/>
    <w:rsid w:val="09D6EE06"/>
    <w:rsid w:val="0A6C0D3C"/>
    <w:rsid w:val="0AF4C410"/>
    <w:rsid w:val="0B706651"/>
    <w:rsid w:val="0C1ACB71"/>
    <w:rsid w:val="0C22AB97"/>
    <w:rsid w:val="0C9EB8D3"/>
    <w:rsid w:val="0F3055A6"/>
    <w:rsid w:val="107FC45D"/>
    <w:rsid w:val="118907B9"/>
    <w:rsid w:val="11E0F856"/>
    <w:rsid w:val="13036B49"/>
    <w:rsid w:val="136CB0BA"/>
    <w:rsid w:val="1389400E"/>
    <w:rsid w:val="139BFC73"/>
    <w:rsid w:val="16B4F223"/>
    <w:rsid w:val="170E6037"/>
    <w:rsid w:val="177F7093"/>
    <w:rsid w:val="1816F976"/>
    <w:rsid w:val="1993A7EB"/>
    <w:rsid w:val="19A271D8"/>
    <w:rsid w:val="19ABAC33"/>
    <w:rsid w:val="1A511521"/>
    <w:rsid w:val="1BBBABF1"/>
    <w:rsid w:val="1BC71C58"/>
    <w:rsid w:val="1DD5CE01"/>
    <w:rsid w:val="1ECDE5A7"/>
    <w:rsid w:val="21C64680"/>
    <w:rsid w:val="22070B39"/>
    <w:rsid w:val="2230B2B6"/>
    <w:rsid w:val="23CD5F89"/>
    <w:rsid w:val="23D1A92E"/>
    <w:rsid w:val="23E5BEC7"/>
    <w:rsid w:val="24305FFE"/>
    <w:rsid w:val="254B8812"/>
    <w:rsid w:val="25823501"/>
    <w:rsid w:val="2662283B"/>
    <w:rsid w:val="26C74FDC"/>
    <w:rsid w:val="277FCCB3"/>
    <w:rsid w:val="277FCCB3"/>
    <w:rsid w:val="2788C7D6"/>
    <w:rsid w:val="28BBAD55"/>
    <w:rsid w:val="290534B0"/>
    <w:rsid w:val="290534B0"/>
    <w:rsid w:val="2CEA3906"/>
    <w:rsid w:val="2CF08946"/>
    <w:rsid w:val="2F75DC5E"/>
    <w:rsid w:val="309EBDC9"/>
    <w:rsid w:val="311CC015"/>
    <w:rsid w:val="3261294C"/>
    <w:rsid w:val="328D599D"/>
    <w:rsid w:val="330A25F0"/>
    <w:rsid w:val="352FD634"/>
    <w:rsid w:val="36894BEE"/>
    <w:rsid w:val="385311EF"/>
    <w:rsid w:val="3B6A37B9"/>
    <w:rsid w:val="3B6D5C46"/>
    <w:rsid w:val="3BD9C420"/>
    <w:rsid w:val="3C753DF3"/>
    <w:rsid w:val="3E60117E"/>
    <w:rsid w:val="3F8AA2C7"/>
    <w:rsid w:val="4001B626"/>
    <w:rsid w:val="4022E78B"/>
    <w:rsid w:val="41B0E449"/>
    <w:rsid w:val="43A36C24"/>
    <w:rsid w:val="43F19AA8"/>
    <w:rsid w:val="454D8D97"/>
    <w:rsid w:val="462163D4"/>
    <w:rsid w:val="46719C94"/>
    <w:rsid w:val="47FD8B14"/>
    <w:rsid w:val="47FD8B14"/>
    <w:rsid w:val="4828BD43"/>
    <w:rsid w:val="488EB42B"/>
    <w:rsid w:val="49307F51"/>
    <w:rsid w:val="4B1BF600"/>
    <w:rsid w:val="4B6C80C2"/>
    <w:rsid w:val="4DC3A76E"/>
    <w:rsid w:val="51C6E708"/>
    <w:rsid w:val="51C6E708"/>
    <w:rsid w:val="52F919D4"/>
    <w:rsid w:val="5392C40D"/>
    <w:rsid w:val="53FB4729"/>
    <w:rsid w:val="56F580BE"/>
    <w:rsid w:val="58E06991"/>
    <w:rsid w:val="58E06991"/>
    <w:rsid w:val="58FDFF4B"/>
    <w:rsid w:val="59C31E2A"/>
    <w:rsid w:val="5A7474C4"/>
    <w:rsid w:val="5B49A53E"/>
    <w:rsid w:val="5C815EA0"/>
    <w:rsid w:val="5D4892EC"/>
    <w:rsid w:val="5DEF3012"/>
    <w:rsid w:val="5E252CD9"/>
    <w:rsid w:val="5E6F87B3"/>
    <w:rsid w:val="611CEC63"/>
    <w:rsid w:val="615E97D5"/>
    <w:rsid w:val="62CE79B6"/>
    <w:rsid w:val="631C8DB0"/>
    <w:rsid w:val="6349E2C3"/>
    <w:rsid w:val="64E7D64F"/>
    <w:rsid w:val="66DC204B"/>
    <w:rsid w:val="67B63276"/>
    <w:rsid w:val="687C359C"/>
    <w:rsid w:val="68EE231C"/>
    <w:rsid w:val="69ACB39B"/>
    <w:rsid w:val="69E6F2FC"/>
    <w:rsid w:val="6A4248B7"/>
    <w:rsid w:val="6A4248B7"/>
    <w:rsid w:val="6CC827B2"/>
    <w:rsid w:val="6CC827B2"/>
    <w:rsid w:val="6CD24166"/>
    <w:rsid w:val="6F6681B8"/>
    <w:rsid w:val="700D9AA4"/>
    <w:rsid w:val="71F7CE4A"/>
    <w:rsid w:val="72D4C08B"/>
    <w:rsid w:val="72D4C08B"/>
    <w:rsid w:val="72E81055"/>
    <w:rsid w:val="73A63595"/>
    <w:rsid w:val="746D71B6"/>
    <w:rsid w:val="746D71B6"/>
    <w:rsid w:val="74B4E078"/>
    <w:rsid w:val="74E8C7F3"/>
    <w:rsid w:val="7538C911"/>
    <w:rsid w:val="75E1C274"/>
    <w:rsid w:val="75E1C274"/>
    <w:rsid w:val="7B23A384"/>
    <w:rsid w:val="7B8D703B"/>
    <w:rsid w:val="7BC1F51A"/>
    <w:rsid w:val="7BEB876E"/>
    <w:rsid w:val="7BEB876E"/>
    <w:rsid w:val="7C5D0BBB"/>
    <w:rsid w:val="7E0E19EC"/>
    <w:rsid w:val="7E6090CD"/>
    <w:rsid w:val="7E79FF3E"/>
    <w:rsid w:val="7EE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3A569275-EB47-4A7E-A61D-40CA091660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uiPriority w:val="99"/>
    <w:name w:val="Hyperlink"/>
    <w:basedOn w:val="DefaultParagraphFont"/>
    <w:unhideWhenUsed/>
    <w:rsid w:val="16B4F2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yperlink" Target="https://www.karrakif.se/sida/?ID=529511" TargetMode="External" Id="R55f71b6085c34077" /><Relationship Type="http://schemas.openxmlformats.org/officeDocument/2006/relationships/image" Target="/media/image.png" Id="Rcad5921670744744" /><Relationship Type="http://schemas.openxmlformats.org/officeDocument/2006/relationships/image" Target="/media/image2.png" Id="Rca2adf5a71154e8a" /><Relationship Type="http://schemas.microsoft.com/office/2020/10/relationships/intelligence" Target="intelligence2.xml" Id="Ra7e7d54c235e493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marita andersson</lastModifiedBy>
  <revision>4</revision>
  <dcterms:created xsi:type="dcterms:W3CDTF">2013-12-23T23:15:00.0000000Z</dcterms:created>
  <dcterms:modified xsi:type="dcterms:W3CDTF">2025-08-19T05:45:36.3300771Z</dcterms:modified>
  <category/>
</coreProperties>
</file>