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8A2BC0" w14:textId="36421846" w:rsidR="00E931A3" w:rsidRPr="00295959" w:rsidRDefault="00295959">
      <w:pPr>
        <w:pStyle w:val="Rubrik2"/>
        <w:rPr>
          <w:lang w:val="sv-SE"/>
        </w:rPr>
      </w:pPr>
      <w:r w:rsidRPr="00295959">
        <w:rPr>
          <w:lang w:val="sv-SE"/>
        </w:rPr>
        <w:t xml:space="preserve">Protokoll fört vid årsmöte i BK Malmö (org.nr </w:t>
      </w:r>
      <w:proofErr w:type="gramStart"/>
      <w:r w:rsidRPr="00295959">
        <w:rPr>
          <w:lang w:val="sv-SE"/>
        </w:rPr>
        <w:t>802538-6551</w:t>
      </w:r>
      <w:proofErr w:type="gramEnd"/>
      <w:r w:rsidRPr="00295959">
        <w:rPr>
          <w:lang w:val="sv-SE"/>
        </w:rPr>
        <w:t>)</w:t>
      </w:r>
    </w:p>
    <w:p w14:paraId="0ABD6495" w14:textId="77777777" w:rsidR="00E931A3" w:rsidRPr="00295959" w:rsidRDefault="00000000">
      <w:pPr>
        <w:rPr>
          <w:lang w:val="sv-SE"/>
        </w:rPr>
      </w:pPr>
      <w:r w:rsidRPr="00295959">
        <w:rPr>
          <w:b/>
          <w:lang w:val="sv-SE"/>
        </w:rPr>
        <w:t>Datum:</w:t>
      </w:r>
      <w:r w:rsidRPr="00295959">
        <w:rPr>
          <w:lang w:val="sv-SE"/>
        </w:rPr>
        <w:t xml:space="preserve"> 7 maj 2026</w:t>
      </w:r>
    </w:p>
    <w:p w14:paraId="1EC8571C" w14:textId="77777777" w:rsidR="00E931A3" w:rsidRPr="00295959" w:rsidRDefault="00000000">
      <w:pPr>
        <w:rPr>
          <w:lang w:val="sv-SE"/>
        </w:rPr>
      </w:pPr>
      <w:r w:rsidRPr="00295959">
        <w:rPr>
          <w:b/>
          <w:lang w:val="sv-SE"/>
        </w:rPr>
        <w:t>Plats:</w:t>
      </w:r>
      <w:r w:rsidRPr="00295959">
        <w:rPr>
          <w:lang w:val="sv-SE"/>
        </w:rPr>
        <w:t xml:space="preserve"> Geijerskolans matsal, Malmö</w:t>
      </w:r>
    </w:p>
    <w:p w14:paraId="06C2A2BE" w14:textId="77777777" w:rsidR="00E931A3" w:rsidRPr="00295959" w:rsidRDefault="00000000">
      <w:pPr>
        <w:rPr>
          <w:lang w:val="sv-SE"/>
        </w:rPr>
      </w:pPr>
      <w:r w:rsidRPr="00295959">
        <w:rPr>
          <w:b/>
          <w:lang w:val="sv-SE"/>
        </w:rPr>
        <w:t>Närvarande:</w:t>
      </w:r>
      <w:r w:rsidRPr="00295959">
        <w:rPr>
          <w:lang w:val="sv-SE"/>
        </w:rPr>
        <w:t xml:space="preserve"> Samtliga närvarande medlemmar enligt fastställd röstlängd.</w:t>
      </w:r>
    </w:p>
    <w:p w14:paraId="73EA1721" w14:textId="77777777" w:rsidR="00E931A3" w:rsidRPr="00295959" w:rsidRDefault="00E931A3">
      <w:pPr>
        <w:pBdr>
          <w:bottom w:val="single" w:sz="6" w:space="1" w:color="auto"/>
        </w:pBdr>
        <w:rPr>
          <w:lang w:val="sv-SE"/>
        </w:rPr>
      </w:pPr>
    </w:p>
    <w:p w14:paraId="76865175" w14:textId="77777777" w:rsidR="00E931A3" w:rsidRPr="00295959" w:rsidRDefault="00000000">
      <w:pPr>
        <w:pStyle w:val="Rubrik3"/>
        <w:rPr>
          <w:lang w:val="sv-SE"/>
        </w:rPr>
      </w:pPr>
      <w:r w:rsidRPr="00295959">
        <w:rPr>
          <w:lang w:val="sv-SE"/>
        </w:rPr>
        <w:t>§ 1 Mötet öppnas</w:t>
      </w:r>
    </w:p>
    <w:p w14:paraId="19EFFB1B" w14:textId="65730406" w:rsidR="00E931A3" w:rsidRPr="00295959" w:rsidRDefault="00000000">
      <w:pPr>
        <w:rPr>
          <w:lang w:val="sv-SE"/>
        </w:rPr>
      </w:pPr>
      <w:bookmarkStart w:id="0" w:name="cite-324b44bb-f98f-4587-8b3d-76ed058ec30"/>
      <w:r w:rsidRPr="00295959">
        <w:rPr>
          <w:lang w:val="sv-SE"/>
        </w:rPr>
        <w:t xml:space="preserve">Föreningens ordförande Jesper Sundewall hälsade samtliga närvarande välkomna och förklarade årsmötet öppnat. </w:t>
      </w:r>
      <w:bookmarkEnd w:id="0"/>
    </w:p>
    <w:p w14:paraId="2680E931" w14:textId="77777777" w:rsidR="00E931A3" w:rsidRPr="00295959" w:rsidRDefault="00000000">
      <w:pPr>
        <w:pStyle w:val="Rubrik3"/>
        <w:rPr>
          <w:lang w:val="sv-SE"/>
        </w:rPr>
      </w:pPr>
      <w:r w:rsidRPr="00295959">
        <w:rPr>
          <w:lang w:val="sv-SE"/>
        </w:rPr>
        <w:t>§ 2 Fastställande av röstlängd för mötet</w:t>
      </w:r>
    </w:p>
    <w:p w14:paraId="3A7EC0FC" w14:textId="086E39B8" w:rsidR="00E931A3" w:rsidRPr="00295959" w:rsidRDefault="00000000">
      <w:pPr>
        <w:rPr>
          <w:lang w:val="sv-SE"/>
        </w:rPr>
      </w:pPr>
      <w:bookmarkStart w:id="1" w:name="cite-807ff59a-7044-415e-9050-85ede65db09"/>
      <w:r w:rsidRPr="00295959">
        <w:rPr>
          <w:lang w:val="sv-SE"/>
        </w:rPr>
        <w:t xml:space="preserve">Röstlängden fastställdes baserat på de medlemmar som var närvarande vid mötet. En röst per familj tillämpades. Avprickning skedde vid ankomst och röstlängden godkändes i enlighet med den upprättade listan. </w:t>
      </w:r>
      <w:bookmarkEnd w:id="1"/>
    </w:p>
    <w:p w14:paraId="2BBE68A0" w14:textId="07A8EBAA" w:rsidR="00E931A3" w:rsidRPr="00295959" w:rsidRDefault="00000000">
      <w:pPr>
        <w:rPr>
          <w:lang w:val="sv-SE"/>
        </w:rPr>
      </w:pPr>
      <w:bookmarkStart w:id="2" w:name="cite-f4e74aee-d065-4d4d-8268-d8dfe6fbd10"/>
      <w:r w:rsidRPr="00295959">
        <w:rPr>
          <w:b/>
          <w:lang w:val="sv-SE"/>
        </w:rPr>
        <w:t>Beslut:</w:t>
      </w:r>
      <w:r w:rsidRPr="00295959">
        <w:rPr>
          <w:lang w:val="sv-SE"/>
        </w:rPr>
        <w:t xml:space="preserve"> Mötet beslutade att fastställa röstlängden enligt den upprättade listan. </w:t>
      </w:r>
      <w:bookmarkEnd w:id="2"/>
    </w:p>
    <w:p w14:paraId="42C09D3D" w14:textId="77777777" w:rsidR="00E931A3" w:rsidRPr="00295959" w:rsidRDefault="00000000">
      <w:pPr>
        <w:pStyle w:val="Rubrik3"/>
        <w:rPr>
          <w:lang w:val="sv-SE"/>
        </w:rPr>
      </w:pPr>
      <w:r w:rsidRPr="00295959">
        <w:rPr>
          <w:lang w:val="sv-SE"/>
        </w:rPr>
        <w:t>§ 3 Val av ordförande och sekreterare för mötet</w:t>
      </w:r>
    </w:p>
    <w:p w14:paraId="725D0233" w14:textId="704522C1" w:rsidR="00E931A3" w:rsidRPr="00295959" w:rsidRDefault="00000000">
      <w:pPr>
        <w:rPr>
          <w:lang w:val="sv-SE"/>
        </w:rPr>
      </w:pPr>
      <w:bookmarkStart w:id="3" w:name="cite-d30fdf9d-14ab-4b2c-9d86-2668b0c64b4"/>
      <w:r w:rsidRPr="00295959">
        <w:rPr>
          <w:b/>
          <w:lang w:val="sv-SE"/>
        </w:rPr>
        <w:t>Beslut:</w:t>
      </w:r>
      <w:r w:rsidRPr="00295959">
        <w:rPr>
          <w:lang w:val="sv-SE"/>
        </w:rPr>
        <w:t xml:space="preserve"> Mötet valde Christoffer </w:t>
      </w:r>
      <w:proofErr w:type="spellStart"/>
      <w:r w:rsidRPr="00295959">
        <w:rPr>
          <w:lang w:val="sv-SE"/>
        </w:rPr>
        <w:t>Thalin</w:t>
      </w:r>
      <w:proofErr w:type="spellEnd"/>
      <w:r w:rsidRPr="00295959">
        <w:rPr>
          <w:lang w:val="sv-SE"/>
        </w:rPr>
        <w:t xml:space="preserve"> till ordförande för årsmötet. Christoffer </w:t>
      </w:r>
      <w:proofErr w:type="spellStart"/>
      <w:r w:rsidRPr="00295959">
        <w:rPr>
          <w:lang w:val="sv-SE"/>
        </w:rPr>
        <w:t>Thalin</w:t>
      </w:r>
      <w:proofErr w:type="spellEnd"/>
      <w:r w:rsidRPr="00295959">
        <w:rPr>
          <w:lang w:val="sv-SE"/>
        </w:rPr>
        <w:t xml:space="preserve"> övertog därefter ordförandeskapet för mötet. </w:t>
      </w:r>
      <w:bookmarkEnd w:id="3"/>
      <w:r w:rsidR="00295959">
        <w:rPr>
          <w:lang w:val="sv-SE"/>
        </w:rPr>
        <w:t xml:space="preserve">Till sekreterare </w:t>
      </w:r>
      <w:r w:rsidR="00295959" w:rsidRPr="002D4D5C">
        <w:rPr>
          <w:lang w:val="sv-SE"/>
        </w:rPr>
        <w:t xml:space="preserve">valdes </w:t>
      </w:r>
      <w:r w:rsidR="002D4D5C" w:rsidRPr="002D4D5C">
        <w:rPr>
          <w:lang w:val="sv-SE"/>
        </w:rPr>
        <w:t>Arvid Hemberg</w:t>
      </w:r>
      <w:r w:rsidR="00295959" w:rsidRPr="002D4D5C">
        <w:rPr>
          <w:lang w:val="sv-SE"/>
        </w:rPr>
        <w:t>.</w:t>
      </w:r>
    </w:p>
    <w:p w14:paraId="752A64F2" w14:textId="77777777" w:rsidR="00E931A3" w:rsidRPr="00295959" w:rsidRDefault="00000000">
      <w:pPr>
        <w:pStyle w:val="Rubrik3"/>
        <w:rPr>
          <w:lang w:val="sv-SE"/>
        </w:rPr>
      </w:pPr>
      <w:r w:rsidRPr="00295959">
        <w:rPr>
          <w:lang w:val="sv-SE"/>
        </w:rPr>
        <w:t>§ 4 Val av protokolljusterare och rösträknare</w:t>
      </w:r>
    </w:p>
    <w:p w14:paraId="766F9305" w14:textId="1F454B4E" w:rsidR="00E931A3" w:rsidRPr="00295959" w:rsidRDefault="00000000">
      <w:pPr>
        <w:rPr>
          <w:lang w:val="sv-SE"/>
        </w:rPr>
      </w:pPr>
      <w:bookmarkStart w:id="4" w:name="cite-711cf218-a336-4107-a202-38d5b5a63ae"/>
      <w:r w:rsidRPr="00295959">
        <w:rPr>
          <w:lang w:val="sv-SE"/>
        </w:rPr>
        <w:t xml:space="preserve">Mötesordföranden efterfrågade förslag på två justeringspersoner och två rösträknare. </w:t>
      </w:r>
      <w:bookmarkEnd w:id="4"/>
    </w:p>
    <w:p w14:paraId="31681171" w14:textId="5A65A341" w:rsidR="00E931A3" w:rsidRPr="00295959" w:rsidRDefault="00000000">
      <w:pPr>
        <w:rPr>
          <w:lang w:val="sv-SE"/>
        </w:rPr>
      </w:pPr>
      <w:bookmarkStart w:id="5" w:name="cite-9dfcb2c1-1660-48d2-bf30-f57ea9a1504"/>
      <w:r w:rsidRPr="00295959">
        <w:rPr>
          <w:b/>
          <w:lang w:val="sv-SE"/>
        </w:rPr>
        <w:t>Beslut:</w:t>
      </w:r>
      <w:r w:rsidRPr="00295959">
        <w:rPr>
          <w:lang w:val="sv-SE"/>
        </w:rPr>
        <w:t xml:space="preserve"> </w:t>
      </w:r>
      <w:r w:rsidRPr="002D4D5C">
        <w:rPr>
          <w:lang w:val="sv-SE"/>
        </w:rPr>
        <w:t>Mötet valde</w:t>
      </w:r>
      <w:r w:rsidR="002D4D5C" w:rsidRPr="002D4D5C">
        <w:rPr>
          <w:lang w:val="sv-SE"/>
        </w:rPr>
        <w:t xml:space="preserve"> Jesper Sundewall </w:t>
      </w:r>
      <w:r w:rsidRPr="002D4D5C">
        <w:rPr>
          <w:lang w:val="sv-SE"/>
        </w:rPr>
        <w:t xml:space="preserve">och </w:t>
      </w:r>
      <w:r w:rsidR="002D4D5C" w:rsidRPr="002D4D5C">
        <w:rPr>
          <w:lang w:val="sv-SE"/>
        </w:rPr>
        <w:t xml:space="preserve">My Emanuelsson </w:t>
      </w:r>
      <w:r w:rsidRPr="002D4D5C">
        <w:rPr>
          <w:lang w:val="sv-SE"/>
        </w:rPr>
        <w:t xml:space="preserve">till protokolljusterare samt </w:t>
      </w:r>
      <w:r w:rsidR="002D4D5C" w:rsidRPr="002D4D5C">
        <w:rPr>
          <w:lang w:val="sv-SE"/>
        </w:rPr>
        <w:t>Jens Ewert</w:t>
      </w:r>
      <w:r w:rsidRPr="002D4D5C">
        <w:rPr>
          <w:lang w:val="sv-SE"/>
        </w:rPr>
        <w:t xml:space="preserve"> och </w:t>
      </w:r>
      <w:r w:rsidR="002D4D5C" w:rsidRPr="002D4D5C">
        <w:rPr>
          <w:lang w:val="sv-SE"/>
        </w:rPr>
        <w:t xml:space="preserve">Hans </w:t>
      </w:r>
      <w:proofErr w:type="spellStart"/>
      <w:r w:rsidR="002D4D5C" w:rsidRPr="002D4D5C">
        <w:rPr>
          <w:lang w:val="sv-SE"/>
        </w:rPr>
        <w:t>Mellhammar</w:t>
      </w:r>
      <w:proofErr w:type="spellEnd"/>
      <w:r w:rsidRPr="002D4D5C">
        <w:rPr>
          <w:lang w:val="sv-SE"/>
        </w:rPr>
        <w:t xml:space="preserve"> till rösträknare.</w:t>
      </w:r>
      <w:r w:rsidRPr="00295959">
        <w:rPr>
          <w:lang w:val="sv-SE"/>
        </w:rPr>
        <w:t xml:space="preserve"> </w:t>
      </w:r>
      <w:bookmarkEnd w:id="5"/>
    </w:p>
    <w:p w14:paraId="0071E1D0" w14:textId="77777777" w:rsidR="00E931A3" w:rsidRPr="00295959" w:rsidRDefault="00000000">
      <w:pPr>
        <w:pStyle w:val="Rubrik3"/>
        <w:rPr>
          <w:lang w:val="sv-SE"/>
        </w:rPr>
      </w:pPr>
      <w:r w:rsidRPr="00295959">
        <w:rPr>
          <w:lang w:val="sv-SE"/>
        </w:rPr>
        <w:t>§ 5 Fråga om mötet har utlysts på rätt sätt</w:t>
      </w:r>
    </w:p>
    <w:p w14:paraId="2BF0A029" w14:textId="4151FFC1" w:rsidR="00E931A3" w:rsidRPr="00295959" w:rsidRDefault="00000000">
      <w:pPr>
        <w:rPr>
          <w:lang w:val="sv-SE"/>
        </w:rPr>
      </w:pPr>
      <w:bookmarkStart w:id="6" w:name="cite-0ef3b02c-d983-4cd3-9d2e-cd64bc95d9b"/>
      <w:r w:rsidRPr="00295959">
        <w:rPr>
          <w:lang w:val="sv-SE"/>
        </w:rPr>
        <w:t xml:space="preserve">Enligt föreningens stadgar ska årsmötet utlysas senast tre veckor innan mötet. Kallelse utgick den 12 april 2026 via </w:t>
      </w:r>
      <w:proofErr w:type="spellStart"/>
      <w:r w:rsidRPr="00295959">
        <w:rPr>
          <w:lang w:val="sv-SE"/>
        </w:rPr>
        <w:t>SportAdmin</w:t>
      </w:r>
      <w:proofErr w:type="spellEnd"/>
      <w:r w:rsidRPr="00295959">
        <w:rPr>
          <w:lang w:val="sv-SE"/>
        </w:rPr>
        <w:t xml:space="preserve">, det vill säga drygt tre veckor före mötet. </w:t>
      </w:r>
      <w:bookmarkEnd w:id="6"/>
    </w:p>
    <w:p w14:paraId="493D1631" w14:textId="01CD6549" w:rsidR="00E931A3" w:rsidRPr="00295959" w:rsidRDefault="00000000">
      <w:pPr>
        <w:rPr>
          <w:lang w:val="sv-SE"/>
        </w:rPr>
      </w:pPr>
      <w:bookmarkStart w:id="7" w:name="cite-1245ab86-d8b0-4cb7-a714-ee37b048b0a"/>
      <w:r w:rsidRPr="00295959">
        <w:rPr>
          <w:b/>
          <w:lang w:val="sv-SE"/>
        </w:rPr>
        <w:t>Beslut:</w:t>
      </w:r>
      <w:r w:rsidRPr="00295959">
        <w:rPr>
          <w:lang w:val="sv-SE"/>
        </w:rPr>
        <w:t xml:space="preserve"> Mötet beslutade att fastställa att årsmötet utlysts i enlighet med stadgarna. </w:t>
      </w:r>
      <w:bookmarkEnd w:id="7"/>
    </w:p>
    <w:p w14:paraId="47893E37" w14:textId="77777777" w:rsidR="00E931A3" w:rsidRPr="00295959" w:rsidRDefault="00000000">
      <w:pPr>
        <w:pStyle w:val="Rubrik3"/>
        <w:rPr>
          <w:lang w:val="sv-SE"/>
        </w:rPr>
      </w:pPr>
      <w:r w:rsidRPr="00295959">
        <w:rPr>
          <w:lang w:val="sv-SE"/>
        </w:rPr>
        <w:t>§ 6 Fastställande av föredragningslista</w:t>
      </w:r>
    </w:p>
    <w:p w14:paraId="77248F0E" w14:textId="3FB350A6" w:rsidR="00E931A3" w:rsidRPr="00295959" w:rsidRDefault="00000000">
      <w:pPr>
        <w:rPr>
          <w:lang w:val="sv-SE"/>
        </w:rPr>
      </w:pPr>
      <w:bookmarkStart w:id="8" w:name="cite-b7a891e1-839b-4045-961f-844b0671b98"/>
      <w:r w:rsidRPr="00295959">
        <w:rPr>
          <w:lang w:val="sv-SE"/>
        </w:rPr>
        <w:t xml:space="preserve">Mötesordföranden presenterade förslaget till dagordning och frågade om det fanns övriga punkter att tillföra. </w:t>
      </w:r>
      <w:bookmarkEnd w:id="8"/>
    </w:p>
    <w:p w14:paraId="50910C70" w14:textId="756A691D" w:rsidR="00E931A3" w:rsidRPr="00295959" w:rsidRDefault="00000000">
      <w:pPr>
        <w:rPr>
          <w:lang w:val="sv-SE"/>
        </w:rPr>
      </w:pPr>
      <w:bookmarkStart w:id="9" w:name="cite-110e64e4-5938-4b4f-9a64-d7f4ce63bf4"/>
      <w:bookmarkStart w:id="10" w:name="cite-ea6bd98d-6aeb-453f-8585-20917ddd135"/>
      <w:r w:rsidRPr="00295959">
        <w:rPr>
          <w:b/>
          <w:lang w:val="sv-SE"/>
        </w:rPr>
        <w:t>Beslut:</w:t>
      </w:r>
      <w:r w:rsidRPr="00295959">
        <w:rPr>
          <w:lang w:val="sv-SE"/>
        </w:rPr>
        <w:t xml:space="preserve"> Mötet beslutade att fastställa dagordningen i enlighet med det utskickade förslaget. </w:t>
      </w:r>
      <w:bookmarkEnd w:id="9"/>
      <w:bookmarkEnd w:id="10"/>
    </w:p>
    <w:p w14:paraId="6797045E" w14:textId="77777777" w:rsidR="00E931A3" w:rsidRPr="00295959" w:rsidRDefault="00000000">
      <w:pPr>
        <w:pStyle w:val="Rubrik3"/>
        <w:rPr>
          <w:lang w:val="sv-SE"/>
        </w:rPr>
      </w:pPr>
      <w:r w:rsidRPr="00295959">
        <w:rPr>
          <w:lang w:val="sv-SE"/>
        </w:rPr>
        <w:t>§ 7 Styrelsens verksamhetsberättelse med årsredovisning och årsbokslut för verksamhetsåret 2025</w:t>
      </w:r>
    </w:p>
    <w:p w14:paraId="278F88A1" w14:textId="77777777" w:rsidR="00E931A3" w:rsidRPr="00295959" w:rsidRDefault="00000000">
      <w:pPr>
        <w:pStyle w:val="Rubrik4"/>
        <w:rPr>
          <w:lang w:val="sv-SE"/>
        </w:rPr>
      </w:pPr>
      <w:r w:rsidRPr="00295959">
        <w:rPr>
          <w:lang w:val="sv-SE"/>
        </w:rPr>
        <w:t>Verksamhetsberättelse</w:t>
      </w:r>
    </w:p>
    <w:p w14:paraId="48795357" w14:textId="0E4F7CEB" w:rsidR="00E931A3" w:rsidRPr="00295959" w:rsidRDefault="00000000">
      <w:pPr>
        <w:rPr>
          <w:lang w:val="sv-SE"/>
        </w:rPr>
      </w:pPr>
      <w:bookmarkStart w:id="11" w:name="cite-cf0616f2-cbf5-4040-8611-2c93c699789"/>
      <w:r w:rsidRPr="00295959">
        <w:rPr>
          <w:lang w:val="sv-SE"/>
        </w:rPr>
        <w:t xml:space="preserve">Jesper Sundewall presenterade styrelsens verksamhetsberättelse för 2025. </w:t>
      </w:r>
      <w:bookmarkEnd w:id="11"/>
    </w:p>
    <w:p w14:paraId="717F1C0D" w14:textId="20AA00BC" w:rsidR="00E931A3" w:rsidRPr="00295959" w:rsidRDefault="00000000">
      <w:pPr>
        <w:rPr>
          <w:lang w:val="sv-SE"/>
        </w:rPr>
      </w:pPr>
      <w:bookmarkStart w:id="12" w:name="cite-9d11ce2b-eb47-4e2f-9491-428b1b35148"/>
      <w:r w:rsidRPr="00295959">
        <w:rPr>
          <w:lang w:val="sv-SE"/>
        </w:rPr>
        <w:lastRenderedPageBreak/>
        <w:t xml:space="preserve">Av verksamhetsberättelsen framgick bland annat följande. BK Malmö (org.nr </w:t>
      </w:r>
      <w:proofErr w:type="gramStart"/>
      <w:r w:rsidRPr="00295959">
        <w:rPr>
          <w:lang w:val="sv-SE"/>
        </w:rPr>
        <w:t>802538-6551</w:t>
      </w:r>
      <w:proofErr w:type="gramEnd"/>
      <w:r w:rsidRPr="00295959">
        <w:rPr>
          <w:lang w:val="sv-SE"/>
        </w:rPr>
        <w:t>) är en basketklubb grundad i Malmö 2022 med ändamål att bedriva idrott för barn och ungdomar i enlighet med Riksidrottsförbundets stadgar.</w:t>
      </w:r>
      <w:bookmarkEnd w:id="12"/>
      <w:r w:rsidRPr="00295959">
        <w:rPr>
          <w:lang w:val="sv-SE"/>
        </w:rPr>
        <w:t xml:space="preserve"> Föreningen ska vara tillgänglig för alla och minimera hinder för deltagande genom att ha den lägsta möjliga medlemsavgiften.</w:t>
      </w:r>
    </w:p>
    <w:p w14:paraId="34640AB2" w14:textId="066A100A" w:rsidR="00E931A3" w:rsidRPr="00295959" w:rsidRDefault="00000000">
      <w:pPr>
        <w:rPr>
          <w:lang w:val="sv-SE"/>
        </w:rPr>
      </w:pPr>
      <w:bookmarkStart w:id="13" w:name="cite-b73c85d8-d905-4238-95c2-549d3d69055"/>
      <w:bookmarkStart w:id="14" w:name="cite-73b5144a-de36-4a15-ae05-323a3ccee43"/>
      <w:bookmarkStart w:id="15" w:name="cite-0695999d-e9b9-43a9-a7ab-cef1a3f9840"/>
      <w:r w:rsidRPr="00295959">
        <w:rPr>
          <w:lang w:val="sv-SE"/>
        </w:rPr>
        <w:t xml:space="preserve">Under 2025 arrangerade föreningen basketträning för barn födda 2013–2022, med träning 1–3 gånger i veckan i Geijerskolans, Mellanhedsskolans och </w:t>
      </w:r>
      <w:proofErr w:type="spellStart"/>
      <w:r w:rsidRPr="00295959">
        <w:rPr>
          <w:lang w:val="sv-SE"/>
        </w:rPr>
        <w:t>Bergaskolans</w:t>
      </w:r>
      <w:proofErr w:type="spellEnd"/>
      <w:r w:rsidRPr="00295959">
        <w:rPr>
          <w:lang w:val="sv-SE"/>
        </w:rPr>
        <w:t xml:space="preserve"> idrottshallar. </w:t>
      </w:r>
      <w:bookmarkEnd w:id="13"/>
      <w:r w:rsidRPr="00295959">
        <w:rPr>
          <w:lang w:val="sv-SE"/>
        </w:rPr>
        <w:t>Föreningen passerade under året en milstolpe med 207 aktiva medlemmar (93 flickor och 114 pojkar), en ökning med nästan 100 procent jämfört med 2024.</w:t>
      </w:r>
      <w:bookmarkEnd w:id="14"/>
      <w:r w:rsidRPr="00295959">
        <w:rPr>
          <w:lang w:val="sv-SE"/>
        </w:rPr>
        <w:t xml:space="preserve"> Antalet registrerade deltagartillfällen ökade från 731 under 2023 till 4 178 under 2025, en ökning med cirka 470 procent. </w:t>
      </w:r>
      <w:bookmarkEnd w:id="15"/>
    </w:p>
    <w:p w14:paraId="7CFB1EC2" w14:textId="2DF5F805" w:rsidR="00E931A3" w:rsidRPr="00295959" w:rsidRDefault="00000000">
      <w:pPr>
        <w:rPr>
          <w:lang w:val="sv-SE"/>
        </w:rPr>
      </w:pPr>
      <w:bookmarkStart w:id="16" w:name="cite-5c3e4d0c-5a75-42e5-bf5d-0a9bd537b29"/>
      <w:r w:rsidRPr="00295959">
        <w:rPr>
          <w:lang w:val="sv-SE"/>
        </w:rPr>
        <w:t xml:space="preserve">Styrelsen har under den senaste tolvmånadersperioden bestått av Jesper Sundewall (ordförande), Anna Ekström (kassör), Arvid Hemberg, Karolina </w:t>
      </w:r>
      <w:proofErr w:type="spellStart"/>
      <w:r w:rsidRPr="00295959">
        <w:rPr>
          <w:lang w:val="sv-SE"/>
        </w:rPr>
        <w:t>Gili</w:t>
      </w:r>
      <w:proofErr w:type="spellEnd"/>
      <w:r w:rsidRPr="00295959">
        <w:rPr>
          <w:lang w:val="sv-SE"/>
        </w:rPr>
        <w:t xml:space="preserve"> och Therese </w:t>
      </w:r>
      <w:proofErr w:type="spellStart"/>
      <w:r w:rsidRPr="00295959">
        <w:rPr>
          <w:lang w:val="sv-SE"/>
        </w:rPr>
        <w:t>Gunnerdal</w:t>
      </w:r>
      <w:proofErr w:type="spellEnd"/>
      <w:r w:rsidRPr="00295959">
        <w:rPr>
          <w:lang w:val="sv-SE"/>
        </w:rPr>
        <w:t xml:space="preserve">. </w:t>
      </w:r>
      <w:bookmarkEnd w:id="16"/>
      <w:r w:rsidRPr="00295959">
        <w:rPr>
          <w:lang w:val="sv-SE"/>
        </w:rPr>
        <w:t>Styrelsen har sedan det senaste årsmötet hållit sex protokollförda sammanträden.</w:t>
      </w:r>
    </w:p>
    <w:p w14:paraId="48D7FF59" w14:textId="5038ADFC" w:rsidR="00E931A3" w:rsidRPr="00295959" w:rsidRDefault="00000000">
      <w:pPr>
        <w:rPr>
          <w:lang w:val="sv-SE"/>
        </w:rPr>
      </w:pPr>
      <w:bookmarkStart w:id="17" w:name="cite-df7e36bf-d5de-4b0b-a3e8-fd3dde8d710"/>
      <w:r w:rsidRPr="00295959">
        <w:rPr>
          <w:lang w:val="sv-SE"/>
        </w:rPr>
        <w:t xml:space="preserve">Mötet bereddes tillfälle att ställa frågor. </w:t>
      </w:r>
      <w:bookmarkEnd w:id="17"/>
    </w:p>
    <w:p w14:paraId="216BD160" w14:textId="2977720B" w:rsidR="00E931A3" w:rsidRPr="00295959" w:rsidRDefault="00000000">
      <w:pPr>
        <w:rPr>
          <w:lang w:val="sv-SE"/>
        </w:rPr>
      </w:pPr>
      <w:bookmarkStart w:id="18" w:name="cite-d644f0e9-0356-4cd2-98b7-75ca591e100"/>
      <w:r w:rsidRPr="00295959">
        <w:rPr>
          <w:b/>
          <w:lang w:val="sv-SE"/>
        </w:rPr>
        <w:t>Beslut:</w:t>
      </w:r>
      <w:r w:rsidRPr="00295959">
        <w:rPr>
          <w:lang w:val="sv-SE"/>
        </w:rPr>
        <w:t xml:space="preserve"> Mötet beslutade att lägga verksamhetsberättelsen för 2025 till handlingarna. </w:t>
      </w:r>
      <w:bookmarkEnd w:id="18"/>
    </w:p>
    <w:p w14:paraId="404C13C3" w14:textId="77777777" w:rsidR="00E931A3" w:rsidRPr="00295959" w:rsidRDefault="00000000">
      <w:pPr>
        <w:pStyle w:val="Rubrik4"/>
        <w:rPr>
          <w:lang w:val="sv-SE"/>
        </w:rPr>
      </w:pPr>
      <w:r w:rsidRPr="00295959">
        <w:rPr>
          <w:lang w:val="sv-SE"/>
        </w:rPr>
        <w:t>Årsredovisning och bokslut</w:t>
      </w:r>
    </w:p>
    <w:p w14:paraId="419EE90C" w14:textId="47CCF4F9" w:rsidR="00E931A3" w:rsidRPr="00295959" w:rsidRDefault="00797BED">
      <w:pPr>
        <w:rPr>
          <w:lang w:val="sv-SE"/>
        </w:rPr>
      </w:pPr>
      <w:bookmarkStart w:id="19" w:name="cite-90bec229-d6a2-4e57-8f02-248a57d9f5b"/>
      <w:bookmarkStart w:id="20" w:name="cite-4808001f-05d0-4097-adb2-cf5d48360d4"/>
      <w:bookmarkStart w:id="21" w:name="cite-d282aeac-9f7d-479e-aba9-2f1a234a3e6"/>
      <w:bookmarkStart w:id="22" w:name="cite-91c323ec-a969-4efa-96e0-7f522e47600"/>
      <w:bookmarkStart w:id="23" w:name="cite-028ca05a-74de-4cb2-b9cb-5d108d6b858"/>
      <w:bookmarkStart w:id="24" w:name="cite-167983a3-d0f3-434e-8210-9816a2907e7"/>
      <w:r w:rsidRPr="00295959">
        <w:rPr>
          <w:lang w:val="sv-SE"/>
        </w:rPr>
        <w:t xml:space="preserve">Kassör Anna Ekström hade dessvärre förhinder och Jesper Sundewall presenterade därför årsredovisning och bokslut för 2025. </w:t>
      </w:r>
      <w:bookmarkEnd w:id="19"/>
      <w:r w:rsidRPr="00295959">
        <w:rPr>
          <w:lang w:val="sv-SE"/>
        </w:rPr>
        <w:t xml:space="preserve">Av årsredovisningen framgick att föreningens rörelseintäkter uppgick till 135 062,90 kr (föregående år 75 714 kr) och att rörelsekostnaderna uppgick till 85 069,00 kr (föregående år 81 063 kr), vilket gav ett årsresultat om 49 993,90 kr (föregående år −5 349 kr). </w:t>
      </w:r>
      <w:bookmarkEnd w:id="20"/>
      <w:bookmarkEnd w:id="21"/>
      <w:bookmarkEnd w:id="22"/>
      <w:bookmarkEnd w:id="23"/>
      <w:r w:rsidRPr="00295959">
        <w:rPr>
          <w:lang w:val="sv-SE"/>
        </w:rPr>
        <w:t xml:space="preserve">Föreningens tillgångar i form av kassa och bank uppgick per den 31 december 2025 till 97 579,02 kr. </w:t>
      </w:r>
      <w:bookmarkEnd w:id="24"/>
      <w:r w:rsidRPr="00295959">
        <w:rPr>
          <w:lang w:val="sv-SE"/>
        </w:rPr>
        <w:t>Summa eget kapital uppgick till 97 579,02 kr.</w:t>
      </w:r>
    </w:p>
    <w:p w14:paraId="085F3699" w14:textId="1CDEBDBD" w:rsidR="00E931A3" w:rsidRPr="00295959" w:rsidRDefault="00000000">
      <w:pPr>
        <w:rPr>
          <w:lang w:val="sv-SE"/>
        </w:rPr>
      </w:pPr>
      <w:bookmarkStart w:id="25" w:name="cite-af3e5406-8fa2-4643-b34d-8b0c6defa2c"/>
      <w:r w:rsidRPr="00295959">
        <w:rPr>
          <w:lang w:val="sv-SE"/>
        </w:rPr>
        <w:t xml:space="preserve">Föreningens ekonomi bedömdes vara mycket god. Relativt låga intäkter balanseras av ännu lägre kostnader. Verksamheten bygger på ideellt engagemang, vilket håller kostnaderna nere. </w:t>
      </w:r>
      <w:bookmarkEnd w:id="25"/>
    </w:p>
    <w:p w14:paraId="47BE38C3" w14:textId="2821C7DD" w:rsidR="00E931A3" w:rsidRPr="00295959" w:rsidRDefault="00000000">
      <w:pPr>
        <w:rPr>
          <w:lang w:val="sv-SE"/>
        </w:rPr>
      </w:pPr>
      <w:r w:rsidRPr="00295959">
        <w:rPr>
          <w:lang w:val="sv-SE"/>
        </w:rPr>
        <w:t xml:space="preserve">Mötet bereddes tillfälle att ställa frågor. </w:t>
      </w:r>
    </w:p>
    <w:p w14:paraId="67947EFB" w14:textId="32FD38B6" w:rsidR="00E931A3" w:rsidRPr="00295959" w:rsidRDefault="00000000">
      <w:pPr>
        <w:rPr>
          <w:lang w:val="sv-SE"/>
        </w:rPr>
      </w:pPr>
      <w:bookmarkStart w:id="26" w:name="cite-884e43f3-1182-43f9-972b-4d0690e5336"/>
      <w:r w:rsidRPr="00295959">
        <w:rPr>
          <w:b/>
          <w:lang w:val="sv-SE"/>
        </w:rPr>
        <w:t>Beslut:</w:t>
      </w:r>
      <w:r w:rsidRPr="00295959">
        <w:rPr>
          <w:lang w:val="sv-SE"/>
        </w:rPr>
        <w:t xml:space="preserve"> Mötet beslutade att lägga årsredovisning och bokslut för 2025 till handlingarna. </w:t>
      </w:r>
      <w:bookmarkEnd w:id="26"/>
    </w:p>
    <w:p w14:paraId="46D863D6" w14:textId="77777777" w:rsidR="00E931A3" w:rsidRPr="00295959" w:rsidRDefault="00000000">
      <w:pPr>
        <w:pStyle w:val="Rubrik3"/>
        <w:rPr>
          <w:lang w:val="sv-SE"/>
        </w:rPr>
      </w:pPr>
      <w:r w:rsidRPr="00295959">
        <w:rPr>
          <w:lang w:val="sv-SE"/>
        </w:rPr>
        <w:t>§ 8 Revisorernas berättelse över styrelsens förvaltning under verksamhetsåret 2025</w:t>
      </w:r>
    </w:p>
    <w:p w14:paraId="767ADDDC" w14:textId="485CDABE" w:rsidR="00E931A3" w:rsidRPr="00295959" w:rsidRDefault="00797BED">
      <w:pPr>
        <w:rPr>
          <w:lang w:val="sv-SE"/>
        </w:rPr>
      </w:pPr>
      <w:bookmarkStart w:id="27" w:name="cite-ee97d82b-b33b-43f2-b456-1afcdb917d0"/>
      <w:bookmarkStart w:id="28" w:name="cite-3d5e15d8-493e-47a4-ac01-bdb3ec00e0c"/>
      <w:r w:rsidRPr="00295959">
        <w:rPr>
          <w:lang w:val="sv-SE"/>
        </w:rPr>
        <w:t xml:space="preserve">Revisor Beatrice Perlman hade dessvärre förhinder och Jesper Sundewall presenterade därför revisorernas berättelse. </w:t>
      </w:r>
      <w:bookmarkEnd w:id="27"/>
      <w:r w:rsidRPr="00295959">
        <w:rPr>
          <w:lang w:val="sv-SE"/>
        </w:rPr>
        <w:t xml:space="preserve">Av revisionsberättelsen framgick att årsredovisningen enligt revisorns uppfattning har upprättats i enlighet med årsredovisningslagen och ger en i alla väsentliga avseenden rättvisande bild av föreningens finansiella ställning per den 31 december 2025. </w:t>
      </w:r>
      <w:bookmarkEnd w:id="28"/>
      <w:r w:rsidRPr="00295959">
        <w:rPr>
          <w:lang w:val="sv-SE"/>
        </w:rPr>
        <w:t>Revisorn tillstyrkte att årsmötet fastställer resultat- och balansräkningen.</w:t>
      </w:r>
    </w:p>
    <w:p w14:paraId="629E27F2" w14:textId="6644113B" w:rsidR="00E931A3" w:rsidRPr="00295959" w:rsidRDefault="00000000">
      <w:pPr>
        <w:rPr>
          <w:lang w:val="sv-SE"/>
        </w:rPr>
      </w:pPr>
      <w:bookmarkStart w:id="29" w:name="cite-7d9ef7cb-1122-4c12-9758-c87dd8f50c6"/>
      <w:r w:rsidRPr="00295959">
        <w:rPr>
          <w:lang w:val="sv-SE"/>
        </w:rPr>
        <w:t>Beträffande förvaltningsrevisionen konstateras i revisionsberättelsen att styrelsens ledamöter enligt revisorns uppfattning inte handlat i strid med föreningens stadgar.</w:t>
      </w:r>
      <w:bookmarkEnd w:id="29"/>
      <w:r w:rsidRPr="00295959">
        <w:rPr>
          <w:lang w:val="sv-SE"/>
        </w:rPr>
        <w:t xml:space="preserve"> Det framgår vidare att revisorn tillstyrker att föreningens årsmöte beviljar styrelsens ledamöter ansvarsfrihet för räkenskapsåret 2025.</w:t>
      </w:r>
    </w:p>
    <w:p w14:paraId="686F65D3" w14:textId="250F1716" w:rsidR="00E931A3" w:rsidRPr="00295959" w:rsidRDefault="00000000">
      <w:pPr>
        <w:rPr>
          <w:lang w:val="sv-SE"/>
        </w:rPr>
      </w:pPr>
      <w:bookmarkStart w:id="30" w:name="cite-1e57f40e-23a1-4416-9a46-45e84dc1244"/>
      <w:r w:rsidRPr="00295959">
        <w:rPr>
          <w:lang w:val="sv-SE"/>
        </w:rPr>
        <w:t xml:space="preserve">Mötet bereddes tillfälle att ställa frågor. </w:t>
      </w:r>
      <w:bookmarkEnd w:id="30"/>
    </w:p>
    <w:p w14:paraId="14A2339C" w14:textId="5C55EEAE" w:rsidR="00E931A3" w:rsidRPr="00295959" w:rsidRDefault="00000000">
      <w:pPr>
        <w:rPr>
          <w:lang w:val="sv-SE"/>
        </w:rPr>
      </w:pPr>
      <w:bookmarkStart w:id="31" w:name="cite-5d31c5b1-ef12-414c-8ec7-794bd1fdf3d"/>
      <w:r w:rsidRPr="00295959">
        <w:rPr>
          <w:b/>
          <w:lang w:val="sv-SE"/>
        </w:rPr>
        <w:t>Beslut:</w:t>
      </w:r>
      <w:r w:rsidRPr="00295959">
        <w:rPr>
          <w:lang w:val="sv-SE"/>
        </w:rPr>
        <w:t xml:space="preserve"> Mötet beslutade att lägga revisorernas berättelse till handlingarna. </w:t>
      </w:r>
      <w:bookmarkEnd w:id="31"/>
    </w:p>
    <w:p w14:paraId="2DA2A6FD" w14:textId="77777777" w:rsidR="00E931A3" w:rsidRPr="00295959" w:rsidRDefault="00000000">
      <w:pPr>
        <w:pStyle w:val="Rubrik3"/>
        <w:rPr>
          <w:lang w:val="sv-SE"/>
        </w:rPr>
      </w:pPr>
      <w:r w:rsidRPr="00295959">
        <w:rPr>
          <w:lang w:val="sv-SE"/>
        </w:rPr>
        <w:lastRenderedPageBreak/>
        <w:t xml:space="preserve">§ 9 Fråga om ansvarsfrihet för styrelsen för den </w:t>
      </w:r>
      <w:proofErr w:type="gramStart"/>
      <w:r w:rsidRPr="00295959">
        <w:rPr>
          <w:lang w:val="sv-SE"/>
        </w:rPr>
        <w:t>tid revisionen</w:t>
      </w:r>
      <w:proofErr w:type="gramEnd"/>
      <w:r w:rsidRPr="00295959">
        <w:rPr>
          <w:lang w:val="sv-SE"/>
        </w:rPr>
        <w:t xml:space="preserve"> avser</w:t>
      </w:r>
    </w:p>
    <w:p w14:paraId="53ECFE0B" w14:textId="67B278C7" w:rsidR="00E931A3" w:rsidRPr="00295959" w:rsidRDefault="00000000">
      <w:pPr>
        <w:rPr>
          <w:lang w:val="sv-SE"/>
        </w:rPr>
      </w:pPr>
      <w:bookmarkStart w:id="32" w:name="cite-37e9564e-73a5-46e2-b8ab-001db2f3f52"/>
      <w:r w:rsidRPr="00295959">
        <w:rPr>
          <w:lang w:val="sv-SE"/>
        </w:rPr>
        <w:t xml:space="preserve">Mot bakgrund av genomgången av årsredovisning, bokslut, verksamhetsberättelse och revisorernas berättelse ställdes frågan om ansvarsfrihet för styrelsen. </w:t>
      </w:r>
      <w:bookmarkEnd w:id="32"/>
    </w:p>
    <w:p w14:paraId="45DAC66F" w14:textId="44D055E4" w:rsidR="00E931A3" w:rsidRPr="00295959" w:rsidRDefault="00000000">
      <w:pPr>
        <w:rPr>
          <w:lang w:val="sv-SE"/>
        </w:rPr>
      </w:pPr>
      <w:bookmarkStart w:id="33" w:name="cite-eb2996c8-8928-4e15-90de-696c1024196"/>
      <w:r w:rsidRPr="00295959">
        <w:rPr>
          <w:b/>
          <w:lang w:val="sv-SE"/>
        </w:rPr>
        <w:t>Beslut:</w:t>
      </w:r>
      <w:r w:rsidRPr="00295959">
        <w:rPr>
          <w:lang w:val="sv-SE"/>
        </w:rPr>
        <w:t xml:space="preserve"> Mötet beslutade att bevilja styrelsen ansvarsfrihet för verksamhetsåret 2025. </w:t>
      </w:r>
      <w:bookmarkEnd w:id="33"/>
    </w:p>
    <w:p w14:paraId="74FB7360" w14:textId="77777777" w:rsidR="00E931A3" w:rsidRPr="00295959" w:rsidRDefault="00000000">
      <w:pPr>
        <w:pStyle w:val="Rubrik3"/>
        <w:rPr>
          <w:lang w:val="sv-SE"/>
        </w:rPr>
      </w:pPr>
      <w:r w:rsidRPr="00295959">
        <w:rPr>
          <w:lang w:val="sv-SE"/>
        </w:rPr>
        <w:t>§ 10 Fastställande av medlemsavgifter</w:t>
      </w:r>
    </w:p>
    <w:p w14:paraId="6D862F05" w14:textId="31256052" w:rsidR="00E931A3" w:rsidRPr="00295959" w:rsidRDefault="00000000">
      <w:pPr>
        <w:rPr>
          <w:lang w:val="sv-SE"/>
        </w:rPr>
      </w:pPr>
      <w:bookmarkStart w:id="34" w:name="cite-b466da16-31de-4ca9-b7d8-6a9d62cdd96"/>
      <w:bookmarkStart w:id="35" w:name="cite-bb40b7ea-2db0-427a-8703-16c0cc7ec17"/>
      <w:r w:rsidRPr="00295959">
        <w:rPr>
          <w:lang w:val="sv-SE"/>
        </w:rPr>
        <w:t xml:space="preserve">Jesper Sundewall redogjorde för styrelsens förslag avseende medlemsavgifter. Styrelsen föreslog att avgiften bibehålls på nuvarande nivå, det vill säga 250 kronor per medlem och år. </w:t>
      </w:r>
      <w:bookmarkEnd w:id="34"/>
      <w:r w:rsidRPr="00295959">
        <w:rPr>
          <w:lang w:val="sv-SE"/>
        </w:rPr>
        <w:t xml:space="preserve">Inga träningsavgifter planeras att införas. Föreningens ambition är att den löpande verksamheten ska kunna bäras av intäkter från medlemsavgifter och kommunala bidrag, och att alla ska ha samma rätt och möjlighet att delta oavsett förmåga att bidra ekonomiskt. </w:t>
      </w:r>
      <w:bookmarkEnd w:id="35"/>
    </w:p>
    <w:p w14:paraId="4FC6CA7A" w14:textId="01ECFEE9" w:rsidR="00E931A3" w:rsidRPr="00295959" w:rsidRDefault="00000000">
      <w:pPr>
        <w:rPr>
          <w:lang w:val="sv-SE"/>
        </w:rPr>
      </w:pPr>
      <w:bookmarkStart w:id="36" w:name="cite-f8376881-1c60-4694-817b-4f3c68bc25f"/>
      <w:r w:rsidRPr="00295959">
        <w:rPr>
          <w:lang w:val="sv-SE"/>
        </w:rPr>
        <w:t xml:space="preserve">Mötet bereddes tillfälle att ställa frågor och lämna alternativa förslag. </w:t>
      </w:r>
      <w:bookmarkEnd w:id="36"/>
    </w:p>
    <w:p w14:paraId="1852874F" w14:textId="7BFBF14E" w:rsidR="00E931A3" w:rsidRPr="00295959" w:rsidRDefault="00000000">
      <w:pPr>
        <w:rPr>
          <w:lang w:val="sv-SE"/>
        </w:rPr>
      </w:pPr>
      <w:bookmarkStart w:id="37" w:name="cite-13601175-b078-446c-984e-66eff1de333"/>
      <w:r w:rsidRPr="00295959">
        <w:rPr>
          <w:b/>
          <w:lang w:val="sv-SE"/>
        </w:rPr>
        <w:t>Beslut:</w:t>
      </w:r>
      <w:r w:rsidRPr="00295959">
        <w:rPr>
          <w:lang w:val="sv-SE"/>
        </w:rPr>
        <w:t xml:space="preserve"> Mötet beslutade att fastställa medlemsavgiften till 250 kronor per medlem och år. </w:t>
      </w:r>
      <w:bookmarkEnd w:id="37"/>
    </w:p>
    <w:p w14:paraId="311DA523" w14:textId="77777777" w:rsidR="00E931A3" w:rsidRPr="00295959" w:rsidRDefault="00000000">
      <w:pPr>
        <w:pStyle w:val="Rubrik3"/>
        <w:rPr>
          <w:lang w:val="sv-SE"/>
        </w:rPr>
      </w:pPr>
      <w:r w:rsidRPr="00295959">
        <w:rPr>
          <w:lang w:val="sv-SE"/>
        </w:rPr>
        <w:t>§ 11 Fastställande av verksamhetsplan samt behandling av ekonomisk plan för kommande verksamhets- och räkenskapsår</w:t>
      </w:r>
    </w:p>
    <w:p w14:paraId="5954F579" w14:textId="448F700C" w:rsidR="00E931A3" w:rsidRPr="00295959" w:rsidRDefault="00000000">
      <w:pPr>
        <w:rPr>
          <w:lang w:val="sv-SE"/>
        </w:rPr>
      </w:pPr>
      <w:bookmarkStart w:id="38" w:name="cite-a4118096-6e98-4778-b217-42d0e12108a"/>
      <w:r w:rsidRPr="00295959">
        <w:rPr>
          <w:lang w:val="sv-SE"/>
        </w:rPr>
        <w:t xml:space="preserve">Jesper Sundewall presenterade verksamhetsplan och ekonomisk plan för 2026. </w:t>
      </w:r>
      <w:bookmarkEnd w:id="38"/>
    </w:p>
    <w:p w14:paraId="2B5A00EB" w14:textId="457AC0C2" w:rsidR="00E931A3" w:rsidRPr="00295959" w:rsidRDefault="00000000">
      <w:pPr>
        <w:rPr>
          <w:lang w:val="sv-SE"/>
        </w:rPr>
      </w:pPr>
      <w:bookmarkStart w:id="39" w:name="cite-acb5cc70-1d36-4a2c-9f71-61ca94745f3"/>
      <w:bookmarkStart w:id="40" w:name="cite-214e6406-d078-4977-9879-36199eca1d0"/>
      <w:bookmarkStart w:id="41" w:name="cite-465f29ea-0702-4d5e-aac6-06431eb6ac9"/>
      <w:bookmarkStart w:id="42" w:name="cite-c072a42b-b5e0-478a-ba6b-a9485104ab4"/>
      <w:r w:rsidRPr="00295959">
        <w:rPr>
          <w:lang w:val="sv-SE"/>
        </w:rPr>
        <w:t xml:space="preserve">Av den ekonomiska planen framgick att styrelsen föreslår en budget för 2026 som bygger på oförändrade medlemsavgifter och justerade kommunala bidrag i linje med föreningens ökade medlemsantal. </w:t>
      </w:r>
      <w:bookmarkEnd w:id="39"/>
      <w:r w:rsidRPr="00295959">
        <w:rPr>
          <w:lang w:val="sv-SE"/>
        </w:rPr>
        <w:t xml:space="preserve">De budgeterade intäkterna uppgår till 186 900 kr och de budgeterade kostnaderna till 83 000 kr, vilket ger ett budgeterat överskott om 103 900 kr. </w:t>
      </w:r>
      <w:bookmarkEnd w:id="40"/>
      <w:bookmarkEnd w:id="41"/>
      <w:bookmarkEnd w:id="42"/>
      <w:r w:rsidRPr="00295959">
        <w:rPr>
          <w:lang w:val="sv-SE"/>
        </w:rPr>
        <w:t>Budgeten bedömdes ge föreningen god ekonomisk stabilitet och handlingsutrymme.</w:t>
      </w:r>
    </w:p>
    <w:p w14:paraId="36E208AB" w14:textId="7EAECE6B" w:rsidR="00E931A3" w:rsidRPr="00295959" w:rsidRDefault="00000000">
      <w:pPr>
        <w:rPr>
          <w:lang w:val="sv-SE"/>
        </w:rPr>
      </w:pPr>
      <w:bookmarkStart w:id="43" w:name="cite-5c799e95-ef86-42fc-a2d9-3a1a0542960"/>
      <w:bookmarkStart w:id="44" w:name="cite-7c87314c-2719-477b-ae96-74a3a48ec76"/>
      <w:bookmarkStart w:id="45" w:name="cite-6db3302f-96ba-4a92-959e-601fca351e7"/>
      <w:r w:rsidRPr="00295959">
        <w:rPr>
          <w:lang w:val="sv-SE"/>
        </w:rPr>
        <w:t xml:space="preserve">Beträffande verksamheten för 2026 framhölls att föreningen avser att fortsätta utveckla verksamheten. </w:t>
      </w:r>
      <w:bookmarkEnd w:id="43"/>
      <w:r w:rsidRPr="00295959">
        <w:rPr>
          <w:lang w:val="sv-SE"/>
        </w:rPr>
        <w:t xml:space="preserve">Inför höstterminen har föreningen ansökt om fler schemalagda träningstider. </w:t>
      </w:r>
      <w:bookmarkEnd w:id="44"/>
      <w:r w:rsidRPr="00295959">
        <w:rPr>
          <w:lang w:val="sv-SE"/>
        </w:rPr>
        <w:t xml:space="preserve">Föreningen hoppas även kunna starta nya grupper på Geijerskolan för barn som börjar första klass, förutsatt att fler föräldrar engagerar sig som tränare och ledare. </w:t>
      </w:r>
      <w:bookmarkEnd w:id="45"/>
      <w:r w:rsidRPr="00295959">
        <w:rPr>
          <w:lang w:val="sv-SE"/>
        </w:rPr>
        <w:t>Styrelsen avser vidare att undersöka hur de ökade intäkterna kan användas på bästa sätt för att utveckla verksamheten, exempelvis genom att i ökad utsträckning finansiera deltagande i basketcuper.</w:t>
      </w:r>
    </w:p>
    <w:p w14:paraId="18736509" w14:textId="215AD925" w:rsidR="00E931A3" w:rsidRPr="00295959" w:rsidRDefault="00000000">
      <w:pPr>
        <w:rPr>
          <w:lang w:val="sv-SE"/>
        </w:rPr>
      </w:pPr>
      <w:bookmarkStart w:id="46" w:name="cite-9fccefa5-05ec-439f-9ef0-71d420296b0"/>
      <w:r w:rsidRPr="00295959">
        <w:rPr>
          <w:lang w:val="sv-SE"/>
        </w:rPr>
        <w:t xml:space="preserve">Mötet bereddes tillfälle att ställa frågor. </w:t>
      </w:r>
      <w:bookmarkEnd w:id="46"/>
    </w:p>
    <w:p w14:paraId="1DF7C6BD" w14:textId="15BA2645" w:rsidR="00E931A3" w:rsidRPr="00295959" w:rsidRDefault="00000000">
      <w:pPr>
        <w:rPr>
          <w:lang w:val="sv-SE"/>
        </w:rPr>
      </w:pPr>
      <w:bookmarkStart w:id="47" w:name="cite-01bf6e3e-ceb7-43b2-b17e-943929940d7"/>
      <w:r w:rsidRPr="00295959">
        <w:rPr>
          <w:b/>
          <w:lang w:val="sv-SE"/>
        </w:rPr>
        <w:t>Beslut:</w:t>
      </w:r>
      <w:r w:rsidRPr="00295959">
        <w:rPr>
          <w:lang w:val="sv-SE"/>
        </w:rPr>
        <w:t xml:space="preserve"> Mötet beslutade att fastställa verksamhetsplan och ekonomisk plan för 2026. </w:t>
      </w:r>
      <w:bookmarkEnd w:id="47"/>
    </w:p>
    <w:p w14:paraId="45900A8A" w14:textId="77777777" w:rsidR="00E931A3" w:rsidRPr="00295959" w:rsidRDefault="00000000">
      <w:pPr>
        <w:pStyle w:val="Rubrik3"/>
        <w:rPr>
          <w:lang w:val="sv-SE"/>
        </w:rPr>
      </w:pPr>
      <w:r w:rsidRPr="00295959">
        <w:rPr>
          <w:lang w:val="sv-SE"/>
        </w:rPr>
        <w:t>§ 12 Behandling av styrelsens förslag och i rätt tid inkomna motioner</w:t>
      </w:r>
    </w:p>
    <w:p w14:paraId="41F12DB8" w14:textId="35491D22" w:rsidR="00E931A3" w:rsidRPr="00295959" w:rsidRDefault="00000000">
      <w:pPr>
        <w:rPr>
          <w:lang w:val="sv-SE"/>
        </w:rPr>
      </w:pPr>
      <w:bookmarkStart w:id="48" w:name="cite-c4e5974b-c94c-4927-83ce-87b33152450"/>
      <w:r w:rsidRPr="00295959">
        <w:rPr>
          <w:lang w:val="sv-SE"/>
        </w:rPr>
        <w:t xml:space="preserve">Det konstaterades att inga motioner hade inkommit. </w:t>
      </w:r>
      <w:bookmarkEnd w:id="48"/>
    </w:p>
    <w:p w14:paraId="5C73C0A9" w14:textId="77777777" w:rsidR="00E931A3" w:rsidRPr="00295959" w:rsidRDefault="00000000">
      <w:pPr>
        <w:pStyle w:val="Rubrik3"/>
        <w:rPr>
          <w:lang w:val="sv-SE"/>
        </w:rPr>
      </w:pPr>
      <w:r w:rsidRPr="00295959">
        <w:rPr>
          <w:lang w:val="sv-SE"/>
        </w:rPr>
        <w:t>§ 13 Val</w:t>
      </w:r>
    </w:p>
    <w:p w14:paraId="5FB304E9" w14:textId="77D86EBA" w:rsidR="00E931A3" w:rsidRPr="00295959" w:rsidRDefault="00797BED">
      <w:pPr>
        <w:rPr>
          <w:lang w:val="sv-SE"/>
        </w:rPr>
      </w:pPr>
      <w:bookmarkStart w:id="49" w:name="cite-c9e9c817-be26-4afc-8e45-9abc681c43c"/>
      <w:r w:rsidRPr="00295959">
        <w:rPr>
          <w:lang w:val="sv-SE"/>
        </w:rPr>
        <w:t xml:space="preserve">Jesper Sundewall redogjorde för valberedningens förslag. </w:t>
      </w:r>
      <w:bookmarkEnd w:id="49"/>
    </w:p>
    <w:p w14:paraId="71D03F99" w14:textId="77777777" w:rsidR="00E931A3" w:rsidRPr="00295959" w:rsidRDefault="00000000">
      <w:pPr>
        <w:rPr>
          <w:lang w:val="sv-SE"/>
        </w:rPr>
      </w:pPr>
      <w:r w:rsidRPr="00295959">
        <w:rPr>
          <w:b/>
          <w:lang w:val="sv-SE"/>
        </w:rPr>
        <w:t>a) Val av föreningens ordförande för en tid av ett år</w:t>
      </w:r>
    </w:p>
    <w:p w14:paraId="5D24D26E" w14:textId="0C6B9E06" w:rsidR="00E931A3" w:rsidRPr="00295959" w:rsidRDefault="00000000">
      <w:pPr>
        <w:rPr>
          <w:lang w:val="sv-SE"/>
        </w:rPr>
      </w:pPr>
      <w:bookmarkStart w:id="50" w:name="cite-8c14a68b-638e-4a22-ae6d-40d6e2523cd"/>
      <w:r w:rsidRPr="00295959">
        <w:rPr>
          <w:lang w:val="sv-SE"/>
        </w:rPr>
        <w:t xml:space="preserve">Valberedningen presenterade sitt förslag. </w:t>
      </w:r>
      <w:bookmarkEnd w:id="50"/>
    </w:p>
    <w:p w14:paraId="68A9BDEB" w14:textId="4EAB9CE2" w:rsidR="00E931A3" w:rsidRPr="00295959" w:rsidRDefault="00000000">
      <w:pPr>
        <w:rPr>
          <w:lang w:val="sv-SE"/>
        </w:rPr>
      </w:pPr>
      <w:bookmarkStart w:id="51" w:name="cite-fa4271b9-b7d8-452c-9eb7-85cd6720ef2"/>
      <w:r w:rsidRPr="00295959">
        <w:rPr>
          <w:b/>
          <w:lang w:val="sv-SE"/>
        </w:rPr>
        <w:t>Beslut:</w:t>
      </w:r>
      <w:r w:rsidRPr="00295959">
        <w:rPr>
          <w:lang w:val="sv-SE"/>
        </w:rPr>
        <w:t xml:space="preserve"> Mötet valde Arvid Hemberg, befintlig styrelsemedlem och </w:t>
      </w:r>
      <w:proofErr w:type="gramStart"/>
      <w:r w:rsidRPr="00295959">
        <w:rPr>
          <w:lang w:val="sv-SE"/>
        </w:rPr>
        <w:t>nyval ordförande</w:t>
      </w:r>
      <w:proofErr w:type="gramEnd"/>
      <w:r w:rsidRPr="00295959">
        <w:rPr>
          <w:lang w:val="sv-SE"/>
        </w:rPr>
        <w:t xml:space="preserve">, till ordförande för en tid av ett år. </w:t>
      </w:r>
      <w:bookmarkEnd w:id="51"/>
    </w:p>
    <w:p w14:paraId="52E7D928" w14:textId="77777777" w:rsidR="00E931A3" w:rsidRPr="00295959" w:rsidRDefault="00000000">
      <w:pPr>
        <w:rPr>
          <w:lang w:val="sv-SE"/>
        </w:rPr>
      </w:pPr>
      <w:r w:rsidRPr="00295959">
        <w:rPr>
          <w:b/>
          <w:lang w:val="sv-SE"/>
        </w:rPr>
        <w:lastRenderedPageBreak/>
        <w:t>b) Val av övriga ledamöter i styrelsen för en tid av två år</w:t>
      </w:r>
    </w:p>
    <w:p w14:paraId="2382A5E1" w14:textId="40E659D8" w:rsidR="00E931A3" w:rsidRPr="00295959" w:rsidRDefault="00000000">
      <w:pPr>
        <w:rPr>
          <w:lang w:val="sv-SE"/>
        </w:rPr>
      </w:pPr>
      <w:r w:rsidRPr="00295959">
        <w:rPr>
          <w:lang w:val="sv-SE"/>
        </w:rPr>
        <w:t xml:space="preserve">Valberedningen presenterade sitt förslag. </w:t>
      </w:r>
    </w:p>
    <w:p w14:paraId="6622741D" w14:textId="6F1CE0BF" w:rsidR="00E931A3" w:rsidRPr="00295959" w:rsidRDefault="00000000">
      <w:pPr>
        <w:rPr>
          <w:lang w:val="sv-SE"/>
        </w:rPr>
      </w:pPr>
      <w:bookmarkStart w:id="52" w:name="cite-403a6acd-4f8a-4ac4-baee-770cdec406d"/>
      <w:r w:rsidRPr="00295959">
        <w:rPr>
          <w:b/>
          <w:lang w:val="sv-SE"/>
        </w:rPr>
        <w:t>Beslut:</w:t>
      </w:r>
      <w:r w:rsidRPr="00295959">
        <w:rPr>
          <w:lang w:val="sv-SE"/>
        </w:rPr>
        <w:t xml:space="preserve"> I tillägg till Arvid Hemberg valde mötet Hans </w:t>
      </w:r>
      <w:proofErr w:type="spellStart"/>
      <w:r w:rsidRPr="00295959">
        <w:rPr>
          <w:lang w:val="sv-SE"/>
        </w:rPr>
        <w:t>Mellhammar</w:t>
      </w:r>
      <w:proofErr w:type="spellEnd"/>
      <w:r w:rsidRPr="00295959">
        <w:rPr>
          <w:lang w:val="sv-SE"/>
        </w:rPr>
        <w:t xml:space="preserve">, </w:t>
      </w:r>
      <w:proofErr w:type="spellStart"/>
      <w:r w:rsidRPr="00295959">
        <w:rPr>
          <w:lang w:val="sv-SE"/>
        </w:rPr>
        <w:t>Melda</w:t>
      </w:r>
      <w:proofErr w:type="spellEnd"/>
      <w:r w:rsidRPr="00295959">
        <w:rPr>
          <w:lang w:val="sv-SE"/>
        </w:rPr>
        <w:t xml:space="preserve"> </w:t>
      </w:r>
      <w:proofErr w:type="spellStart"/>
      <w:r w:rsidRPr="00295959">
        <w:rPr>
          <w:lang w:val="sv-SE"/>
        </w:rPr>
        <w:t>Halilovic</w:t>
      </w:r>
      <w:proofErr w:type="spellEnd"/>
      <w:r w:rsidRPr="00295959">
        <w:rPr>
          <w:lang w:val="sv-SE"/>
        </w:rPr>
        <w:t xml:space="preserve"> och Ebba </w:t>
      </w:r>
      <w:proofErr w:type="spellStart"/>
      <w:r w:rsidRPr="00295959">
        <w:rPr>
          <w:lang w:val="sv-SE"/>
        </w:rPr>
        <w:t>Requin</w:t>
      </w:r>
      <w:proofErr w:type="spellEnd"/>
      <w:r w:rsidRPr="00295959">
        <w:rPr>
          <w:lang w:val="sv-SE"/>
        </w:rPr>
        <w:t xml:space="preserve">, samtliga nyval samt Anna Ekström, omval, till övriga ledamöter i styrelsen för en tid av två år. </w:t>
      </w:r>
      <w:bookmarkEnd w:id="52"/>
    </w:p>
    <w:p w14:paraId="52CD7266" w14:textId="77777777" w:rsidR="00E931A3" w:rsidRPr="00295959" w:rsidRDefault="00000000">
      <w:pPr>
        <w:rPr>
          <w:lang w:val="sv-SE"/>
        </w:rPr>
      </w:pPr>
      <w:r w:rsidRPr="00295959">
        <w:rPr>
          <w:b/>
          <w:lang w:val="sv-SE"/>
        </w:rPr>
        <w:t>c) Val av suppleant (ersättare) i styrelsen för en tid av ett år</w:t>
      </w:r>
    </w:p>
    <w:p w14:paraId="2EAA822E" w14:textId="1A1C7BC2" w:rsidR="00E931A3" w:rsidRPr="00295959" w:rsidRDefault="00000000">
      <w:pPr>
        <w:rPr>
          <w:lang w:val="sv-SE"/>
        </w:rPr>
      </w:pPr>
      <w:r w:rsidRPr="00295959">
        <w:rPr>
          <w:lang w:val="sv-SE"/>
        </w:rPr>
        <w:t xml:space="preserve">Valberedningen presenterade sitt förslag. </w:t>
      </w:r>
    </w:p>
    <w:p w14:paraId="5E50F15B" w14:textId="1E29B797" w:rsidR="00E931A3" w:rsidRPr="00295959" w:rsidRDefault="00000000">
      <w:pPr>
        <w:rPr>
          <w:lang w:val="sv-SE"/>
        </w:rPr>
      </w:pPr>
      <w:bookmarkStart w:id="53" w:name="cite-92e00db1-ff4f-404c-9f3d-63120be6b51"/>
      <w:r w:rsidRPr="00295959">
        <w:rPr>
          <w:b/>
          <w:lang w:val="sv-SE"/>
        </w:rPr>
        <w:t>Beslut:</w:t>
      </w:r>
      <w:r w:rsidRPr="00295959">
        <w:rPr>
          <w:lang w:val="sv-SE"/>
        </w:rPr>
        <w:t xml:space="preserve"> Mötet valde Terese </w:t>
      </w:r>
      <w:proofErr w:type="spellStart"/>
      <w:r w:rsidRPr="00295959">
        <w:rPr>
          <w:lang w:val="sv-SE"/>
        </w:rPr>
        <w:t>Gunnerdal</w:t>
      </w:r>
      <w:proofErr w:type="spellEnd"/>
      <w:r w:rsidRPr="00295959">
        <w:rPr>
          <w:lang w:val="sv-SE"/>
        </w:rPr>
        <w:t xml:space="preserve"> till suppleant i styrelsen för en tid av ett år.</w:t>
      </w:r>
      <w:bookmarkEnd w:id="53"/>
    </w:p>
    <w:p w14:paraId="6248174F" w14:textId="77777777" w:rsidR="00E931A3" w:rsidRPr="00295959" w:rsidRDefault="00000000">
      <w:pPr>
        <w:rPr>
          <w:lang w:val="sv-SE"/>
        </w:rPr>
      </w:pPr>
      <w:r w:rsidRPr="00295959">
        <w:rPr>
          <w:b/>
          <w:lang w:val="sv-SE"/>
        </w:rPr>
        <w:t xml:space="preserve">d) Val av </w:t>
      </w:r>
      <w:r w:rsidRPr="00B42765">
        <w:rPr>
          <w:b/>
          <w:lang w:val="sv-SE"/>
        </w:rPr>
        <w:t>två</w:t>
      </w:r>
      <w:r w:rsidRPr="00295959">
        <w:rPr>
          <w:b/>
          <w:lang w:val="sv-SE"/>
        </w:rPr>
        <w:t xml:space="preserve"> revisorer jämte suppleanter (ersättare) för en tid av ett år</w:t>
      </w:r>
    </w:p>
    <w:p w14:paraId="02B31715" w14:textId="719A96A1" w:rsidR="00E931A3" w:rsidRPr="00295959" w:rsidRDefault="00000000">
      <w:pPr>
        <w:rPr>
          <w:lang w:val="sv-SE"/>
        </w:rPr>
      </w:pPr>
      <w:bookmarkStart w:id="54" w:name="cite-c6175d3e-8160-465d-97bc-a6d5873bb31"/>
      <w:bookmarkStart w:id="55" w:name="cite-5ede2530-8ea1-4696-bb69-bd284cf48f7"/>
      <w:bookmarkStart w:id="56" w:name="cite-f4905413-179c-4a3a-862b-d08ed1a89b6"/>
      <w:bookmarkStart w:id="57" w:name="cite-81033df6-ca1c-4c21-9b25-65fe141202e"/>
      <w:r w:rsidRPr="00295959">
        <w:rPr>
          <w:lang w:val="sv-SE"/>
        </w:rPr>
        <w:t xml:space="preserve">I detta val deltog inte styrelsens ledamöter. </w:t>
      </w:r>
      <w:bookmarkEnd w:id="54"/>
      <w:r w:rsidRPr="00295959">
        <w:rPr>
          <w:lang w:val="sv-SE"/>
        </w:rPr>
        <w:t xml:space="preserve">Valberedningen presenterade sitt förslag. </w:t>
      </w:r>
      <w:bookmarkEnd w:id="55"/>
      <w:bookmarkEnd w:id="56"/>
      <w:bookmarkEnd w:id="57"/>
    </w:p>
    <w:p w14:paraId="2B892AE4" w14:textId="0E98DA67" w:rsidR="00E931A3" w:rsidRPr="00295959" w:rsidRDefault="00000000">
      <w:pPr>
        <w:rPr>
          <w:lang w:val="sv-SE"/>
        </w:rPr>
      </w:pPr>
      <w:bookmarkStart w:id="58" w:name="cite-f7a7c24d-e321-4f34-9540-2d6bba74b87"/>
      <w:r w:rsidRPr="00295959">
        <w:rPr>
          <w:b/>
          <w:lang w:val="sv-SE"/>
        </w:rPr>
        <w:t>Beslut:</w:t>
      </w:r>
      <w:r w:rsidRPr="00295959">
        <w:rPr>
          <w:lang w:val="sv-SE"/>
        </w:rPr>
        <w:t xml:space="preserve"> Mötet valde Beatrice Perlman Ewert till revisorer </w:t>
      </w:r>
      <w:r w:rsidRPr="002D4D5C">
        <w:rPr>
          <w:lang w:val="sv-SE"/>
        </w:rPr>
        <w:t xml:space="preserve">samt </w:t>
      </w:r>
      <w:r w:rsidR="002D4D5C" w:rsidRPr="002D4D5C">
        <w:rPr>
          <w:lang w:val="sv-SE"/>
        </w:rPr>
        <w:t>Per Dahlquist</w:t>
      </w:r>
      <w:r w:rsidRPr="002D4D5C">
        <w:rPr>
          <w:lang w:val="sv-SE"/>
        </w:rPr>
        <w:t xml:space="preserve"> till</w:t>
      </w:r>
      <w:r w:rsidRPr="00295959">
        <w:rPr>
          <w:lang w:val="sv-SE"/>
        </w:rPr>
        <w:t xml:space="preserve"> revisorssuppleanter, samtliga för en tid av ett år. </w:t>
      </w:r>
      <w:bookmarkEnd w:id="58"/>
    </w:p>
    <w:p w14:paraId="483F3164" w14:textId="77777777" w:rsidR="00E931A3" w:rsidRPr="00295959" w:rsidRDefault="00000000">
      <w:pPr>
        <w:rPr>
          <w:lang w:val="sv-SE"/>
        </w:rPr>
      </w:pPr>
      <w:r w:rsidRPr="00295959">
        <w:rPr>
          <w:b/>
          <w:lang w:val="sv-SE"/>
        </w:rPr>
        <w:t>e) Val av tre ledamöter i valberedningen för en tid av ett år, av vilka en ska utses till ordförande</w:t>
      </w:r>
    </w:p>
    <w:p w14:paraId="3B569B86" w14:textId="5960EA5B" w:rsidR="00E931A3" w:rsidRPr="00295959" w:rsidRDefault="00000000">
      <w:pPr>
        <w:rPr>
          <w:lang w:val="sv-SE"/>
        </w:rPr>
      </w:pPr>
      <w:bookmarkStart w:id="59" w:name="cite-e3003317-142e-466c-93e7-4fb1ce21980"/>
      <w:r w:rsidRPr="00295959">
        <w:rPr>
          <w:b/>
          <w:lang w:val="sv-SE"/>
        </w:rPr>
        <w:t>Beslut:</w:t>
      </w:r>
      <w:r w:rsidRPr="00295959">
        <w:rPr>
          <w:lang w:val="sv-SE"/>
        </w:rPr>
        <w:t xml:space="preserve"> Mötet valde </w:t>
      </w:r>
      <w:r w:rsidR="002D4D5C" w:rsidRPr="002D4D5C">
        <w:rPr>
          <w:lang w:val="sv-SE"/>
        </w:rPr>
        <w:t xml:space="preserve">Beatrice Perlman </w:t>
      </w:r>
      <w:r w:rsidRPr="00295959">
        <w:rPr>
          <w:lang w:val="sv-SE"/>
        </w:rPr>
        <w:t xml:space="preserve">till ledamöter i valberedningen för en tid av ett år, varav </w:t>
      </w:r>
      <w:r w:rsidR="002D4D5C" w:rsidRPr="00295959">
        <w:rPr>
          <w:lang w:val="sv-SE"/>
        </w:rPr>
        <w:t>Beatrice Perlman</w:t>
      </w:r>
      <w:r w:rsidRPr="00295959">
        <w:rPr>
          <w:lang w:val="sv-SE"/>
        </w:rPr>
        <w:t xml:space="preserve"> utsågs till ordförande. </w:t>
      </w:r>
      <w:bookmarkEnd w:id="59"/>
    </w:p>
    <w:p w14:paraId="0499477D" w14:textId="77777777" w:rsidR="00E931A3" w:rsidRPr="00295959" w:rsidRDefault="00000000">
      <w:pPr>
        <w:rPr>
          <w:lang w:val="sv-SE"/>
        </w:rPr>
      </w:pPr>
      <w:r w:rsidRPr="00295959">
        <w:rPr>
          <w:b/>
          <w:lang w:val="sv-SE"/>
        </w:rPr>
        <w:t>f) Val av ombud till möten där föreningen har rätt att vara representerad genom ombud</w:t>
      </w:r>
    </w:p>
    <w:p w14:paraId="075837CB" w14:textId="6901FD9F" w:rsidR="00E931A3" w:rsidRPr="00295959" w:rsidRDefault="00000000">
      <w:pPr>
        <w:rPr>
          <w:lang w:val="sv-SE"/>
        </w:rPr>
      </w:pPr>
      <w:bookmarkStart w:id="60" w:name="cite-57e2d18c-39e6-4dc9-8503-2d34ead3a6d"/>
      <w:r w:rsidRPr="00295959">
        <w:rPr>
          <w:lang w:val="sv-SE"/>
        </w:rPr>
        <w:t xml:space="preserve">Valberedningen föreslog att styrelsen utser ombud. </w:t>
      </w:r>
      <w:bookmarkEnd w:id="60"/>
    </w:p>
    <w:p w14:paraId="5E610EC2" w14:textId="185AA894" w:rsidR="00E931A3" w:rsidRPr="00295959" w:rsidRDefault="00000000">
      <w:pPr>
        <w:rPr>
          <w:lang w:val="sv-SE"/>
        </w:rPr>
      </w:pPr>
      <w:bookmarkStart w:id="61" w:name="cite-da1c7a6a-6ccd-4767-b2bb-5aded0947bb"/>
      <w:r w:rsidRPr="00295959">
        <w:rPr>
          <w:b/>
          <w:lang w:val="sv-SE"/>
        </w:rPr>
        <w:t>Beslut:</w:t>
      </w:r>
      <w:r w:rsidRPr="00295959">
        <w:rPr>
          <w:lang w:val="sv-SE"/>
        </w:rPr>
        <w:t xml:space="preserve"> Mötet beslutade att uppdra åt styrelsen att utse ombud till möten där föreningen har rätt att vara representerad. </w:t>
      </w:r>
      <w:bookmarkEnd w:id="61"/>
    </w:p>
    <w:p w14:paraId="4C80022A" w14:textId="77777777" w:rsidR="00E931A3" w:rsidRPr="00295959" w:rsidRDefault="00000000">
      <w:pPr>
        <w:pStyle w:val="Rubrik3"/>
        <w:rPr>
          <w:lang w:val="sv-SE"/>
        </w:rPr>
      </w:pPr>
      <w:r w:rsidRPr="00295959">
        <w:rPr>
          <w:lang w:val="sv-SE"/>
        </w:rPr>
        <w:t>§ 14 Övriga frågor</w:t>
      </w:r>
    </w:p>
    <w:p w14:paraId="65DFEF5B" w14:textId="4DCA640F" w:rsidR="00E931A3" w:rsidRPr="00295959" w:rsidRDefault="00000000">
      <w:pPr>
        <w:rPr>
          <w:lang w:val="sv-SE"/>
        </w:rPr>
      </w:pPr>
      <w:bookmarkStart w:id="62" w:name="cite-c08fb81e-e6f6-4f65-a50b-24df1b40fd1"/>
      <w:r w:rsidRPr="00295959">
        <w:rPr>
          <w:lang w:val="sv-SE"/>
        </w:rPr>
        <w:t xml:space="preserve">Jesper Sundewall avtackade Karolina </w:t>
      </w:r>
      <w:proofErr w:type="spellStart"/>
      <w:r w:rsidRPr="00295959">
        <w:rPr>
          <w:lang w:val="sv-SE"/>
        </w:rPr>
        <w:t>Gili</w:t>
      </w:r>
      <w:proofErr w:type="spellEnd"/>
      <w:r w:rsidRPr="00295959">
        <w:rPr>
          <w:lang w:val="sv-SE"/>
        </w:rPr>
        <w:t xml:space="preserve"> och Therese </w:t>
      </w:r>
      <w:proofErr w:type="spellStart"/>
      <w:r w:rsidRPr="00295959">
        <w:rPr>
          <w:lang w:val="sv-SE"/>
        </w:rPr>
        <w:t>Gunnerdal</w:t>
      </w:r>
      <w:proofErr w:type="spellEnd"/>
      <w:r w:rsidRPr="00295959">
        <w:rPr>
          <w:lang w:val="sv-SE"/>
        </w:rPr>
        <w:t xml:space="preserve"> för deras insatser under det gångna året. </w:t>
      </w:r>
      <w:bookmarkEnd w:id="62"/>
    </w:p>
    <w:p w14:paraId="5AEE57B0" w14:textId="77777777" w:rsidR="00E931A3" w:rsidRPr="00295959" w:rsidRDefault="00000000">
      <w:pPr>
        <w:pStyle w:val="Rubrik3"/>
        <w:rPr>
          <w:lang w:val="sv-SE"/>
        </w:rPr>
      </w:pPr>
      <w:r w:rsidRPr="00295959">
        <w:rPr>
          <w:lang w:val="sv-SE"/>
        </w:rPr>
        <w:t>§ 15 Mötet avslutas</w:t>
      </w:r>
    </w:p>
    <w:p w14:paraId="04A6EEC8" w14:textId="686D7C46" w:rsidR="00E931A3" w:rsidRPr="00295959" w:rsidRDefault="00000000">
      <w:pPr>
        <w:rPr>
          <w:lang w:val="sv-SE"/>
        </w:rPr>
      </w:pPr>
      <w:bookmarkStart w:id="63" w:name="cite-404a9492-8ae7-4155-959a-95cf7e19fb3"/>
      <w:r w:rsidRPr="00295959">
        <w:rPr>
          <w:lang w:val="sv-SE"/>
        </w:rPr>
        <w:t xml:space="preserve">Mötesordföranden tackade de närvarande för visat intresse och förklarade årsmötet avslutat. </w:t>
      </w:r>
      <w:bookmarkEnd w:id="63"/>
    </w:p>
    <w:p w14:paraId="13231B17" w14:textId="77777777" w:rsidR="00E931A3" w:rsidRDefault="00E931A3">
      <w:pPr>
        <w:pBdr>
          <w:bottom w:val="single" w:sz="6" w:space="1" w:color="auto"/>
        </w:pBdr>
        <w:rPr>
          <w:lang w:val="sv-SE"/>
        </w:rPr>
      </w:pPr>
    </w:p>
    <w:p w14:paraId="2AF1943E" w14:textId="77777777" w:rsidR="00B42765" w:rsidRDefault="00B42765">
      <w:pPr>
        <w:pBdr>
          <w:bottom w:val="single" w:sz="6" w:space="1" w:color="auto"/>
        </w:pBdr>
        <w:rPr>
          <w:lang w:val="sv-SE"/>
        </w:rPr>
      </w:pPr>
    </w:p>
    <w:p w14:paraId="36782B9A" w14:textId="77777777" w:rsidR="00B42765" w:rsidRDefault="00B42765">
      <w:pPr>
        <w:pBdr>
          <w:bottom w:val="single" w:sz="6" w:space="1" w:color="auto"/>
        </w:pBdr>
        <w:rPr>
          <w:lang w:val="sv-SE"/>
        </w:rPr>
      </w:pPr>
    </w:p>
    <w:p w14:paraId="59BEB7E3" w14:textId="77777777" w:rsidR="00B42765" w:rsidRDefault="00B42765">
      <w:pPr>
        <w:pBdr>
          <w:bottom w:val="single" w:sz="6" w:space="1" w:color="auto"/>
        </w:pBdr>
        <w:rPr>
          <w:lang w:val="sv-SE"/>
        </w:rPr>
      </w:pPr>
    </w:p>
    <w:p w14:paraId="3C285FCD" w14:textId="77777777" w:rsidR="00B42765" w:rsidRDefault="00B42765">
      <w:pPr>
        <w:pBdr>
          <w:bottom w:val="single" w:sz="6" w:space="1" w:color="auto"/>
        </w:pBdr>
        <w:rPr>
          <w:lang w:val="sv-SE"/>
        </w:rPr>
      </w:pPr>
    </w:p>
    <w:p w14:paraId="5E1D9C55" w14:textId="77777777" w:rsidR="00B42765" w:rsidRDefault="00B42765">
      <w:pPr>
        <w:pBdr>
          <w:bottom w:val="single" w:sz="6" w:space="1" w:color="auto"/>
        </w:pBdr>
        <w:rPr>
          <w:lang w:val="sv-SE"/>
        </w:rPr>
      </w:pPr>
    </w:p>
    <w:p w14:paraId="6A2B2493" w14:textId="77777777" w:rsidR="00B42765" w:rsidRDefault="00B42765">
      <w:pPr>
        <w:pBdr>
          <w:bottom w:val="single" w:sz="6" w:space="1" w:color="auto"/>
        </w:pBdr>
        <w:rPr>
          <w:lang w:val="sv-SE"/>
        </w:rPr>
      </w:pPr>
    </w:p>
    <w:p w14:paraId="3A91A409" w14:textId="77777777" w:rsidR="00B42765" w:rsidRPr="00295959" w:rsidRDefault="00B42765">
      <w:pPr>
        <w:pBdr>
          <w:bottom w:val="single" w:sz="6" w:space="1" w:color="auto"/>
        </w:pBdr>
        <w:rPr>
          <w:lang w:val="sv-SE"/>
        </w:rPr>
      </w:pPr>
    </w:p>
    <w:p w14:paraId="44D3102E" w14:textId="77777777" w:rsidR="00E931A3" w:rsidRPr="00295959" w:rsidRDefault="00000000">
      <w:pPr>
        <w:rPr>
          <w:lang w:val="sv-SE"/>
        </w:rPr>
      </w:pPr>
      <w:r w:rsidRPr="00295959">
        <w:rPr>
          <w:b/>
          <w:lang w:val="sv-SE"/>
        </w:rPr>
        <w:t>Vid protokollet:</w:t>
      </w:r>
    </w:p>
    <w:p w14:paraId="702091D8" w14:textId="77777777" w:rsidR="00E931A3" w:rsidRPr="00295959" w:rsidRDefault="00000000">
      <w:pPr>
        <w:rPr>
          <w:lang w:val="sv-SE"/>
        </w:rPr>
      </w:pPr>
      <w:r w:rsidRPr="00295959">
        <w:rPr>
          <w:lang w:val="sv-SE"/>
        </w:rPr>
        <w:t xml:space="preserve"> </w:t>
      </w:r>
    </w:p>
    <w:p w14:paraId="2C880335" w14:textId="77777777" w:rsidR="00E931A3" w:rsidRPr="00295959" w:rsidRDefault="00E931A3">
      <w:pPr>
        <w:pBdr>
          <w:bottom w:val="single" w:sz="6" w:space="1" w:color="auto"/>
        </w:pBdr>
        <w:rPr>
          <w:lang w:val="sv-SE"/>
        </w:rPr>
      </w:pPr>
    </w:p>
    <w:p w14:paraId="78EFC5EB" w14:textId="77777777" w:rsidR="00E931A3" w:rsidRPr="00295959" w:rsidRDefault="00000000">
      <w:pPr>
        <w:rPr>
          <w:lang w:val="sv-SE"/>
        </w:rPr>
      </w:pPr>
      <w:r w:rsidRPr="00295959">
        <w:rPr>
          <w:lang w:val="sv-SE"/>
        </w:rPr>
        <w:t>Sekreterare</w:t>
      </w:r>
    </w:p>
    <w:p w14:paraId="2188B505" w14:textId="77777777" w:rsidR="00E931A3" w:rsidRPr="00295959" w:rsidRDefault="00000000">
      <w:pPr>
        <w:rPr>
          <w:lang w:val="sv-SE"/>
        </w:rPr>
      </w:pPr>
      <w:r w:rsidRPr="00295959">
        <w:rPr>
          <w:lang w:val="sv-SE"/>
        </w:rPr>
        <w:t xml:space="preserve"> </w:t>
      </w:r>
    </w:p>
    <w:p w14:paraId="149542FB" w14:textId="77777777" w:rsidR="00E931A3" w:rsidRPr="00295959" w:rsidRDefault="00000000">
      <w:pPr>
        <w:rPr>
          <w:lang w:val="sv-SE"/>
        </w:rPr>
      </w:pPr>
      <w:r w:rsidRPr="00295959">
        <w:rPr>
          <w:b/>
          <w:lang w:val="sv-SE"/>
        </w:rPr>
        <w:t>Justeras:</w:t>
      </w:r>
    </w:p>
    <w:p w14:paraId="3D375992" w14:textId="77777777" w:rsidR="00E931A3" w:rsidRPr="00295959" w:rsidRDefault="00000000">
      <w:pPr>
        <w:rPr>
          <w:lang w:val="sv-SE"/>
        </w:rPr>
      </w:pPr>
      <w:r w:rsidRPr="00295959">
        <w:rPr>
          <w:lang w:val="sv-SE"/>
        </w:rPr>
        <w:t xml:space="preserve"> </w:t>
      </w:r>
    </w:p>
    <w:p w14:paraId="0F740D55" w14:textId="77777777" w:rsidR="00E931A3" w:rsidRPr="00295959" w:rsidRDefault="00E931A3">
      <w:pPr>
        <w:pBdr>
          <w:bottom w:val="single" w:sz="6" w:space="1" w:color="auto"/>
        </w:pBdr>
        <w:rPr>
          <w:lang w:val="sv-SE"/>
        </w:rPr>
      </w:pPr>
    </w:p>
    <w:p w14:paraId="723040CE" w14:textId="77777777" w:rsidR="00E931A3" w:rsidRPr="00295959" w:rsidRDefault="00000000">
      <w:pPr>
        <w:rPr>
          <w:lang w:val="sv-SE"/>
        </w:rPr>
      </w:pPr>
      <w:r w:rsidRPr="00295959">
        <w:rPr>
          <w:lang w:val="sv-SE"/>
        </w:rPr>
        <w:t xml:space="preserve">Christoffer </w:t>
      </w:r>
      <w:proofErr w:type="spellStart"/>
      <w:r w:rsidRPr="00295959">
        <w:rPr>
          <w:lang w:val="sv-SE"/>
        </w:rPr>
        <w:t>Thalin</w:t>
      </w:r>
      <w:proofErr w:type="spellEnd"/>
      <w:r w:rsidRPr="00295959">
        <w:rPr>
          <w:lang w:val="sv-SE"/>
        </w:rPr>
        <w:t>, mötesordförande</w:t>
      </w:r>
    </w:p>
    <w:p w14:paraId="40331140" w14:textId="77777777" w:rsidR="00E931A3" w:rsidRPr="00295959" w:rsidRDefault="00000000">
      <w:pPr>
        <w:rPr>
          <w:lang w:val="sv-SE"/>
        </w:rPr>
      </w:pPr>
      <w:r w:rsidRPr="00295959">
        <w:rPr>
          <w:lang w:val="sv-SE"/>
        </w:rPr>
        <w:t xml:space="preserve"> </w:t>
      </w:r>
    </w:p>
    <w:p w14:paraId="0229AC2E" w14:textId="77777777" w:rsidR="00E931A3" w:rsidRPr="00295959" w:rsidRDefault="00E931A3">
      <w:pPr>
        <w:pBdr>
          <w:bottom w:val="single" w:sz="6" w:space="1" w:color="auto"/>
        </w:pBdr>
        <w:rPr>
          <w:lang w:val="sv-SE"/>
        </w:rPr>
      </w:pPr>
    </w:p>
    <w:p w14:paraId="13BF11B8" w14:textId="77777777" w:rsidR="00E931A3" w:rsidRPr="00295959" w:rsidRDefault="00000000">
      <w:pPr>
        <w:rPr>
          <w:lang w:val="sv-SE"/>
        </w:rPr>
      </w:pPr>
      <w:r w:rsidRPr="00295959">
        <w:rPr>
          <w:lang w:val="sv-SE"/>
        </w:rPr>
        <w:t>Justeringsperson</w:t>
      </w:r>
    </w:p>
    <w:p w14:paraId="24176B62" w14:textId="77777777" w:rsidR="00E931A3" w:rsidRPr="00295959" w:rsidRDefault="00000000">
      <w:pPr>
        <w:rPr>
          <w:lang w:val="sv-SE"/>
        </w:rPr>
      </w:pPr>
      <w:r w:rsidRPr="00295959">
        <w:rPr>
          <w:lang w:val="sv-SE"/>
        </w:rPr>
        <w:t xml:space="preserve"> </w:t>
      </w:r>
    </w:p>
    <w:p w14:paraId="317F472C" w14:textId="77777777" w:rsidR="00E931A3" w:rsidRPr="00295959" w:rsidRDefault="00E931A3">
      <w:pPr>
        <w:pBdr>
          <w:bottom w:val="single" w:sz="6" w:space="1" w:color="auto"/>
        </w:pBdr>
        <w:rPr>
          <w:lang w:val="sv-SE"/>
        </w:rPr>
      </w:pPr>
    </w:p>
    <w:p w14:paraId="068D814D" w14:textId="1396B998" w:rsidR="00E931A3" w:rsidRPr="00295959" w:rsidRDefault="00000000" w:rsidP="00DE5C9F">
      <w:pPr>
        <w:rPr>
          <w:lang w:val="sv-SE"/>
        </w:rPr>
      </w:pPr>
      <w:r w:rsidRPr="00295959">
        <w:rPr>
          <w:lang w:val="sv-SE"/>
        </w:rPr>
        <w:t>Justeringsperson</w:t>
      </w:r>
    </w:p>
    <w:sectPr w:rsidR="00E931A3" w:rsidRPr="00295959" w:rsidSect="00034616">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1EAB7E" w14:textId="77777777" w:rsidR="006373A7" w:rsidRDefault="006373A7">
      <w:pPr>
        <w:spacing w:after="0"/>
      </w:pPr>
      <w:r>
        <w:separator/>
      </w:r>
    </w:p>
  </w:endnote>
  <w:endnote w:type="continuationSeparator" w:id="0">
    <w:p w14:paraId="4EFFC7DC" w14:textId="77777777" w:rsidR="006373A7" w:rsidRDefault="006373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7C5A8" w14:textId="77777777" w:rsidR="003B7C67" w:rsidRDefault="003B7C6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A94FD" w14:textId="77777777" w:rsidR="003B7C67" w:rsidRDefault="003B7C6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870E1" w14:textId="77777777" w:rsidR="003B7C67" w:rsidRDefault="003B7C6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1D52F" w14:textId="77777777" w:rsidR="006373A7" w:rsidRDefault="006373A7">
      <w:pPr>
        <w:spacing w:after="0"/>
      </w:pPr>
      <w:r>
        <w:separator/>
      </w:r>
    </w:p>
  </w:footnote>
  <w:footnote w:type="continuationSeparator" w:id="0">
    <w:p w14:paraId="4E22EF6D" w14:textId="77777777" w:rsidR="006373A7" w:rsidRDefault="006373A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2CFA4" w14:textId="77777777" w:rsidR="003B7C67" w:rsidRDefault="003B7C67">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0F033" w14:textId="77777777" w:rsidR="003B7C67" w:rsidRDefault="003B7C67">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34EAD8" w14:textId="77777777" w:rsidR="003B7C67" w:rsidRDefault="003B7C67">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reradlista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reradlista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ktlista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ktlista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reradlist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ktlista"/>
      <w:lvlText w:val=""/>
      <w:lvlJc w:val="left"/>
      <w:pPr>
        <w:tabs>
          <w:tab w:val="num" w:pos="360"/>
        </w:tabs>
        <w:ind w:left="360" w:hanging="360"/>
      </w:pPr>
      <w:rPr>
        <w:rFonts w:ascii="Symbol" w:hAnsi="Symbol" w:hint="default"/>
      </w:rPr>
    </w:lvl>
  </w:abstractNum>
  <w:abstractNum w:abstractNumId="9" w15:restartNumberingAfterBreak="0">
    <w:nsid w:val="34DC25B2"/>
    <w:multiLevelType w:val="multilevel"/>
    <w:tmpl w:val="89EC96B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num w:numId="1" w16cid:durableId="1782341170">
    <w:abstractNumId w:val="8"/>
  </w:num>
  <w:num w:numId="2" w16cid:durableId="542912685">
    <w:abstractNumId w:val="6"/>
  </w:num>
  <w:num w:numId="3" w16cid:durableId="2112504909">
    <w:abstractNumId w:val="5"/>
  </w:num>
  <w:num w:numId="4" w16cid:durableId="1110323941">
    <w:abstractNumId w:val="4"/>
  </w:num>
  <w:num w:numId="5" w16cid:durableId="2123062839">
    <w:abstractNumId w:val="7"/>
  </w:num>
  <w:num w:numId="6" w16cid:durableId="621156149">
    <w:abstractNumId w:val="3"/>
  </w:num>
  <w:num w:numId="7" w16cid:durableId="788666238">
    <w:abstractNumId w:val="2"/>
  </w:num>
  <w:num w:numId="8" w16cid:durableId="1811168183">
    <w:abstractNumId w:val="1"/>
  </w:num>
  <w:num w:numId="9" w16cid:durableId="763766809">
    <w:abstractNumId w:val="0"/>
  </w:num>
  <w:num w:numId="10" w16cid:durableId="1190293823">
    <w:abstractNumId w:val="7"/>
    <w:lvlOverride w:ilvl="0">
      <w:startOverride w:val="1"/>
    </w:lvlOverride>
  </w:num>
  <w:num w:numId="11" w16cid:durableId="171168264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5959"/>
    <w:rsid w:val="0029639D"/>
    <w:rsid w:val="002C35EB"/>
    <w:rsid w:val="002D4D5C"/>
    <w:rsid w:val="00326F90"/>
    <w:rsid w:val="003A645D"/>
    <w:rsid w:val="003B7C67"/>
    <w:rsid w:val="00401537"/>
    <w:rsid w:val="00444C16"/>
    <w:rsid w:val="006373A7"/>
    <w:rsid w:val="007817CC"/>
    <w:rsid w:val="00797BED"/>
    <w:rsid w:val="007F4BEA"/>
    <w:rsid w:val="00985B34"/>
    <w:rsid w:val="00AA1D8D"/>
    <w:rsid w:val="00B42765"/>
    <w:rsid w:val="00B47730"/>
    <w:rsid w:val="00CB0664"/>
    <w:rsid w:val="00D978B4"/>
    <w:rsid w:val="00DE5C9F"/>
    <w:rsid w:val="00E931A3"/>
    <w:rsid w:val="00EB2AA0"/>
    <w:rsid w:val="00F242FE"/>
    <w:rsid w:val="00F86B4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35A9981"/>
  <w14:defaultImageDpi w14:val="300"/>
  <w15:docId w15:val="{61B90EAF-AF03-474B-940B-42EB93D5D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line="240" w:lineRule="auto"/>
    </w:pPr>
    <w:rPr>
      <w:rFonts w:ascii="Times New Roman" w:hAnsi="Times New Roman"/>
      <w:color w:val="000000"/>
      <w:sz w:val="24"/>
    </w:rPr>
  </w:style>
  <w:style w:type="paragraph" w:styleId="Rubrik1">
    <w:name w:val="heading 1"/>
    <w:basedOn w:val="Normal"/>
    <w:next w:val="Normal"/>
    <w:link w:val="Rubrik1Char"/>
    <w:uiPriority w:val="9"/>
    <w:qFormat/>
    <w:rsid w:val="00FC693F"/>
    <w:pPr>
      <w:keepNext/>
      <w:keepLines/>
      <w:spacing w:before="480" w:after="0" w:line="360" w:lineRule="auto"/>
      <w:outlineLvl w:val="0"/>
    </w:pPr>
    <w:rPr>
      <w:b/>
      <w:bCs/>
      <w:sz w:val="32"/>
      <w:szCs w:val="28"/>
    </w:rPr>
  </w:style>
  <w:style w:type="paragraph" w:styleId="Rubrik2">
    <w:name w:val="heading 2"/>
    <w:basedOn w:val="Normal"/>
    <w:next w:val="Normal"/>
    <w:link w:val="Rubrik2Char"/>
    <w:uiPriority w:val="9"/>
    <w:unhideWhenUsed/>
    <w:qFormat/>
    <w:rsid w:val="00FC693F"/>
    <w:pPr>
      <w:keepNext/>
      <w:keepLines/>
      <w:spacing w:before="200" w:after="0" w:line="360" w:lineRule="auto"/>
      <w:outlineLvl w:val="1"/>
    </w:pPr>
    <w:rPr>
      <w:b/>
      <w:bCs/>
      <w:sz w:val="28"/>
      <w:szCs w:val="26"/>
    </w:rPr>
  </w:style>
  <w:style w:type="paragraph" w:styleId="Rubrik3">
    <w:name w:val="heading 3"/>
    <w:basedOn w:val="Normal"/>
    <w:next w:val="Normal"/>
    <w:link w:val="Rubrik3Char"/>
    <w:uiPriority w:val="9"/>
    <w:unhideWhenUsed/>
    <w:qFormat/>
    <w:rsid w:val="00FC693F"/>
    <w:pPr>
      <w:keepNext/>
      <w:keepLines/>
      <w:spacing w:before="200" w:after="0" w:line="360" w:lineRule="auto"/>
      <w:outlineLvl w:val="2"/>
    </w:pPr>
    <w:rPr>
      <w:b/>
      <w:bCs/>
      <w:sz w:val="26"/>
    </w:rPr>
  </w:style>
  <w:style w:type="paragraph" w:styleId="Rubrik4">
    <w:name w:val="heading 4"/>
    <w:basedOn w:val="Normal"/>
    <w:next w:val="Normal"/>
    <w:link w:val="Rubrik4Char"/>
    <w:uiPriority w:val="9"/>
    <w:semiHidden/>
    <w:unhideWhenUsed/>
    <w:qFormat/>
    <w:rsid w:val="00FC693F"/>
    <w:pPr>
      <w:keepNext/>
      <w:keepLines/>
      <w:spacing w:before="200" w:after="0" w:line="360" w:lineRule="auto"/>
      <w:outlineLvl w:val="3"/>
    </w:pPr>
    <w:rPr>
      <w:b/>
      <w:bCs/>
      <w:i/>
      <w:iCs/>
    </w:rPr>
  </w:style>
  <w:style w:type="paragraph" w:styleId="Rubrik5">
    <w:name w:val="heading 5"/>
    <w:basedOn w:val="Normal"/>
    <w:next w:val="Normal"/>
    <w:link w:val="Rubrik5Char"/>
    <w:uiPriority w:val="9"/>
    <w:semiHidden/>
    <w:unhideWhenUsed/>
    <w:qFormat/>
    <w:rsid w:val="00FC693F"/>
    <w:pPr>
      <w:keepNext/>
      <w:keepLines/>
      <w:spacing w:before="200" w:after="0" w:line="360" w:lineRule="auto"/>
      <w:outlineLvl w:val="4"/>
    </w:pPr>
    <w:rPr>
      <w:sz w:val="22"/>
    </w:rPr>
  </w:style>
  <w:style w:type="paragraph" w:styleId="Rubrik6">
    <w:name w:val="heading 6"/>
    <w:basedOn w:val="Normal"/>
    <w:next w:val="Normal"/>
    <w:link w:val="Rubrik6Char"/>
    <w:uiPriority w:val="9"/>
    <w:semiHidden/>
    <w:unhideWhenUsed/>
    <w:qFormat/>
    <w:rsid w:val="00FC693F"/>
    <w:pPr>
      <w:keepNext/>
      <w:keepLines/>
      <w:spacing w:before="200" w:after="0" w:line="360" w:lineRule="auto"/>
      <w:outlineLvl w:val="5"/>
    </w:pPr>
    <w:rPr>
      <w:i/>
      <w:iCs/>
      <w:sz w:val="20"/>
    </w:rPr>
  </w:style>
  <w:style w:type="paragraph" w:styleId="Rubrik7">
    <w:name w:val="heading 7"/>
    <w:basedOn w:val="Normal"/>
    <w:next w:val="Normal"/>
    <w:link w:val="Rubrik7Char"/>
    <w:uiPriority w:val="9"/>
    <w:semiHidden/>
    <w:unhideWhenUsed/>
    <w:qFormat/>
    <w:rsid w:val="00FC693F"/>
    <w:pPr>
      <w:keepNext/>
      <w:keepLines/>
      <w:spacing w:before="200" w:after="0" w:line="360" w:lineRule="auto"/>
      <w:outlineLvl w:val="6"/>
    </w:pPr>
    <w:rPr>
      <w:i/>
      <w:iCs/>
    </w:rPr>
  </w:style>
  <w:style w:type="paragraph" w:styleId="Rubrik8">
    <w:name w:val="heading 8"/>
    <w:basedOn w:val="Normal"/>
    <w:next w:val="Normal"/>
    <w:link w:val="Rubrik8Char"/>
    <w:uiPriority w:val="9"/>
    <w:semiHidden/>
    <w:unhideWhenUsed/>
    <w:qFormat/>
    <w:rsid w:val="00FC693F"/>
    <w:pPr>
      <w:keepNext/>
      <w:keepLines/>
      <w:spacing w:before="200" w:after="0" w:line="360" w:lineRule="auto"/>
      <w:outlineLvl w:val="7"/>
    </w:pPr>
    <w:rPr>
      <w:sz w:val="20"/>
      <w:szCs w:val="20"/>
    </w:rPr>
  </w:style>
  <w:style w:type="paragraph" w:styleId="Rubrik9">
    <w:name w:val="heading 9"/>
    <w:basedOn w:val="Normal"/>
    <w:next w:val="Normal"/>
    <w:link w:val="Rubrik9Char"/>
    <w:uiPriority w:val="9"/>
    <w:semiHidden/>
    <w:unhideWhenUsed/>
    <w:qFormat/>
    <w:rsid w:val="00FC693F"/>
    <w:pPr>
      <w:keepNext/>
      <w:keepLines/>
      <w:spacing w:before="200" w:after="0" w:line="360" w:lineRule="auto"/>
      <w:outlineLvl w:val="8"/>
    </w:pPr>
    <w:rPr>
      <w:i/>
      <w:iCs/>
      <w:sz w:val="20"/>
      <w:szCs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E618BF"/>
    <w:pPr>
      <w:tabs>
        <w:tab w:val="center" w:pos="4680"/>
        <w:tab w:val="right" w:pos="9360"/>
      </w:tabs>
      <w:spacing w:after="0"/>
    </w:pPr>
  </w:style>
  <w:style w:type="character" w:customStyle="1" w:styleId="SidhuvudChar">
    <w:name w:val="Sidhuvud Char"/>
    <w:basedOn w:val="Standardstycketeckensnitt"/>
    <w:link w:val="Sidhuvud"/>
    <w:uiPriority w:val="99"/>
    <w:rsid w:val="00E618BF"/>
  </w:style>
  <w:style w:type="paragraph" w:styleId="Sidfot">
    <w:name w:val="footer"/>
    <w:basedOn w:val="Normal"/>
    <w:link w:val="SidfotChar"/>
    <w:uiPriority w:val="99"/>
    <w:unhideWhenUsed/>
    <w:rsid w:val="00E618BF"/>
    <w:pPr>
      <w:tabs>
        <w:tab w:val="center" w:pos="4680"/>
        <w:tab w:val="right" w:pos="9360"/>
      </w:tabs>
      <w:spacing w:after="0"/>
    </w:pPr>
  </w:style>
  <w:style w:type="character" w:customStyle="1" w:styleId="SidfotChar">
    <w:name w:val="Sidfot Char"/>
    <w:basedOn w:val="Standardstycketeckensnitt"/>
    <w:link w:val="Sidfot"/>
    <w:uiPriority w:val="99"/>
    <w:rsid w:val="00E618BF"/>
  </w:style>
  <w:style w:type="paragraph" w:styleId="Ingetavstnd">
    <w:name w:val="No Spacing"/>
    <w:uiPriority w:val="1"/>
    <w:qFormat/>
    <w:rsid w:val="00FC693F"/>
    <w:pPr>
      <w:spacing w:after="0" w:line="240" w:lineRule="auto"/>
    </w:pPr>
  </w:style>
  <w:style w:type="character" w:customStyle="1" w:styleId="Rubrik1Char">
    <w:name w:val="Rubrik 1 Char"/>
    <w:basedOn w:val="Standardstycketeckensnitt"/>
    <w:link w:val="Rubri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Rubrik2Char">
    <w:name w:val="Rubrik 2 Char"/>
    <w:basedOn w:val="Standardstycketeckensnitt"/>
    <w:link w:val="Rubrik2"/>
    <w:uiPriority w:val="9"/>
    <w:rsid w:val="00FC693F"/>
    <w:rPr>
      <w:rFonts w:asciiTheme="majorHAnsi" w:eastAsiaTheme="majorEastAsia" w:hAnsiTheme="majorHAnsi" w:cstheme="majorBidi"/>
      <w:b/>
      <w:bCs/>
      <w:color w:val="4F81BD" w:themeColor="accent1"/>
      <w:sz w:val="26"/>
      <w:szCs w:val="26"/>
    </w:rPr>
  </w:style>
  <w:style w:type="character" w:customStyle="1" w:styleId="Rubrik3Char">
    <w:name w:val="Rubrik 3 Char"/>
    <w:basedOn w:val="Standardstycketeckensnitt"/>
    <w:link w:val="Rubrik3"/>
    <w:uiPriority w:val="9"/>
    <w:rsid w:val="00FC693F"/>
    <w:rPr>
      <w:rFonts w:asciiTheme="majorHAnsi" w:eastAsiaTheme="majorEastAsia" w:hAnsiTheme="majorHAnsi" w:cstheme="majorBidi"/>
      <w:b/>
      <w:bCs/>
      <w:color w:val="4F81BD" w:themeColor="accent1"/>
    </w:rPr>
  </w:style>
  <w:style w:type="paragraph" w:styleId="Rubrik">
    <w:name w:val="Title"/>
    <w:basedOn w:val="Normal"/>
    <w:next w:val="Normal"/>
    <w:link w:val="RubrikChar"/>
    <w:uiPriority w:val="10"/>
    <w:qFormat/>
    <w:rsid w:val="00FC693F"/>
    <w:pPr>
      <w:pBdr>
        <w:bottom w:val="single" w:sz="8" w:space="4" w:color="4F81BD" w:themeColor="accent1"/>
      </w:pBdr>
      <w:spacing w:after="300" w:line="360" w:lineRule="auto"/>
      <w:contextualSpacing/>
    </w:pPr>
    <w:rPr>
      <w:spacing w:val="5"/>
      <w:kern w:val="28"/>
      <w:sz w:val="52"/>
      <w:szCs w:val="52"/>
    </w:rPr>
  </w:style>
  <w:style w:type="character" w:customStyle="1" w:styleId="RubrikChar">
    <w:name w:val="Rubrik Char"/>
    <w:basedOn w:val="Standardstycketeckensnitt"/>
    <w:link w:val="Rubrik"/>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rubrik">
    <w:name w:val="Subtitle"/>
    <w:basedOn w:val="Normal"/>
    <w:next w:val="Normal"/>
    <w:link w:val="UnderrubrikChar"/>
    <w:uiPriority w:val="11"/>
    <w:qFormat/>
    <w:rsid w:val="00FC693F"/>
    <w:pPr>
      <w:numPr>
        <w:ilvl w:val="1"/>
      </w:numPr>
      <w:spacing w:line="360" w:lineRule="auto"/>
    </w:pPr>
    <w:rPr>
      <w:i/>
      <w:iCs/>
      <w:spacing w:val="15"/>
      <w:szCs w:val="24"/>
    </w:rPr>
  </w:style>
  <w:style w:type="character" w:customStyle="1" w:styleId="UnderrubrikChar">
    <w:name w:val="Underrubrik Char"/>
    <w:basedOn w:val="Standardstycketeckensnitt"/>
    <w:link w:val="Underrubrik"/>
    <w:uiPriority w:val="11"/>
    <w:rsid w:val="00FC693F"/>
    <w:rPr>
      <w:rFonts w:asciiTheme="majorHAnsi" w:eastAsiaTheme="majorEastAsia" w:hAnsiTheme="majorHAnsi" w:cstheme="majorBidi"/>
      <w:i/>
      <w:iCs/>
      <w:color w:val="4F81BD" w:themeColor="accent1"/>
      <w:spacing w:val="15"/>
      <w:sz w:val="24"/>
      <w:szCs w:val="24"/>
    </w:rPr>
  </w:style>
  <w:style w:type="paragraph" w:styleId="Liststycke">
    <w:name w:val="List Paragraph"/>
    <w:basedOn w:val="Normal"/>
    <w:uiPriority w:val="34"/>
    <w:qFormat/>
    <w:rsid w:val="00FC693F"/>
    <w:pPr>
      <w:ind w:left="720"/>
      <w:contextualSpacing/>
    </w:pPr>
  </w:style>
  <w:style w:type="paragraph" w:styleId="Brdtext">
    <w:name w:val="Body Text"/>
    <w:basedOn w:val="Normal"/>
    <w:link w:val="BrdtextChar"/>
    <w:uiPriority w:val="99"/>
    <w:unhideWhenUsed/>
    <w:rsid w:val="00AA1D8D"/>
    <w:pPr>
      <w:spacing w:after="120"/>
    </w:pPr>
  </w:style>
  <w:style w:type="character" w:customStyle="1" w:styleId="BrdtextChar">
    <w:name w:val="Brödtext Char"/>
    <w:basedOn w:val="Standardstycketeckensnitt"/>
    <w:link w:val="Brdtext"/>
    <w:uiPriority w:val="99"/>
    <w:rsid w:val="00AA1D8D"/>
  </w:style>
  <w:style w:type="paragraph" w:styleId="Brdtext2">
    <w:name w:val="Body Text 2"/>
    <w:basedOn w:val="Normal"/>
    <w:link w:val="Brdtext2Char"/>
    <w:uiPriority w:val="99"/>
    <w:unhideWhenUsed/>
    <w:rsid w:val="00AA1D8D"/>
    <w:pPr>
      <w:spacing w:after="120"/>
    </w:pPr>
  </w:style>
  <w:style w:type="character" w:customStyle="1" w:styleId="Brdtext2Char">
    <w:name w:val="Brödtext 2 Char"/>
    <w:basedOn w:val="Standardstycketeckensnitt"/>
    <w:link w:val="Brdtext2"/>
    <w:uiPriority w:val="99"/>
    <w:rsid w:val="00AA1D8D"/>
  </w:style>
  <w:style w:type="paragraph" w:styleId="Brdtext3">
    <w:name w:val="Body Text 3"/>
    <w:basedOn w:val="Normal"/>
    <w:link w:val="Brdtext3Char"/>
    <w:uiPriority w:val="99"/>
    <w:unhideWhenUsed/>
    <w:rsid w:val="00AA1D8D"/>
    <w:pPr>
      <w:spacing w:after="120"/>
    </w:pPr>
    <w:rPr>
      <w:szCs w:val="16"/>
    </w:rPr>
  </w:style>
  <w:style w:type="character" w:customStyle="1" w:styleId="Brdtext3Char">
    <w:name w:val="Brödtext 3 Char"/>
    <w:basedOn w:val="Standardstycketeckensnitt"/>
    <w:link w:val="Brdtext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Punktlista">
    <w:name w:val="List Bullet"/>
    <w:basedOn w:val="Normal"/>
    <w:uiPriority w:val="99"/>
    <w:unhideWhenUsed/>
    <w:rsid w:val="00326F90"/>
    <w:pPr>
      <w:numPr>
        <w:numId w:val="1"/>
      </w:numPr>
      <w:contextualSpacing/>
    </w:pPr>
  </w:style>
  <w:style w:type="paragraph" w:styleId="Punktlista2">
    <w:name w:val="List Bullet 2"/>
    <w:basedOn w:val="Normal"/>
    <w:uiPriority w:val="99"/>
    <w:unhideWhenUsed/>
    <w:rsid w:val="00326F90"/>
    <w:pPr>
      <w:numPr>
        <w:numId w:val="2"/>
      </w:numPr>
      <w:contextualSpacing/>
    </w:pPr>
  </w:style>
  <w:style w:type="paragraph" w:styleId="Punktlista3">
    <w:name w:val="List Bullet 3"/>
    <w:basedOn w:val="Normal"/>
    <w:uiPriority w:val="99"/>
    <w:unhideWhenUsed/>
    <w:rsid w:val="00326F90"/>
    <w:pPr>
      <w:numPr>
        <w:numId w:val="3"/>
      </w:numPr>
      <w:contextualSpacing/>
    </w:pPr>
  </w:style>
  <w:style w:type="paragraph" w:styleId="Numreradlista">
    <w:name w:val="List Number"/>
    <w:basedOn w:val="Normal"/>
    <w:uiPriority w:val="99"/>
    <w:unhideWhenUsed/>
    <w:rsid w:val="00326F90"/>
    <w:pPr>
      <w:numPr>
        <w:numId w:val="5"/>
      </w:numPr>
      <w:contextualSpacing/>
    </w:pPr>
  </w:style>
  <w:style w:type="paragraph" w:styleId="Numreradlista2">
    <w:name w:val="List Number 2"/>
    <w:basedOn w:val="Normal"/>
    <w:uiPriority w:val="99"/>
    <w:unhideWhenUsed/>
    <w:rsid w:val="0029639D"/>
    <w:pPr>
      <w:numPr>
        <w:numId w:val="6"/>
      </w:numPr>
      <w:contextualSpacing/>
    </w:pPr>
  </w:style>
  <w:style w:type="paragraph" w:styleId="Numreradlista3">
    <w:name w:val="List Number 3"/>
    <w:basedOn w:val="Normal"/>
    <w:uiPriority w:val="99"/>
    <w:unhideWhenUsed/>
    <w:rsid w:val="0029639D"/>
    <w:pPr>
      <w:numPr>
        <w:numId w:val="7"/>
      </w:numPr>
      <w:contextualSpacing/>
    </w:pPr>
  </w:style>
  <w:style w:type="paragraph" w:styleId="Listafortstt">
    <w:name w:val="List Continue"/>
    <w:basedOn w:val="Normal"/>
    <w:uiPriority w:val="99"/>
    <w:unhideWhenUsed/>
    <w:rsid w:val="0029639D"/>
    <w:pPr>
      <w:spacing w:after="120"/>
      <w:ind w:left="360"/>
      <w:contextualSpacing/>
    </w:pPr>
  </w:style>
  <w:style w:type="paragraph" w:styleId="Listafortstt2">
    <w:name w:val="List Continue 2"/>
    <w:basedOn w:val="Normal"/>
    <w:uiPriority w:val="99"/>
    <w:unhideWhenUsed/>
    <w:rsid w:val="0029639D"/>
    <w:pPr>
      <w:spacing w:after="120"/>
      <w:ind w:left="720"/>
      <w:contextualSpacing/>
    </w:pPr>
  </w:style>
  <w:style w:type="paragraph" w:styleId="Listafortstt3">
    <w:name w:val="List Continue 3"/>
    <w:basedOn w:val="Normal"/>
    <w:uiPriority w:val="99"/>
    <w:unhideWhenUsed/>
    <w:rsid w:val="0029639D"/>
    <w:pPr>
      <w:spacing w:after="120"/>
      <w:ind w:left="1080"/>
      <w:contextualSpacing/>
    </w:pPr>
  </w:style>
  <w:style w:type="paragraph" w:styleId="Makrotext">
    <w:name w:val="macro"/>
    <w:link w:val="Mak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Char">
    <w:name w:val="Makrotext Char"/>
    <w:basedOn w:val="Standardstycketeckensnitt"/>
    <w:link w:val="Makrotext"/>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rPr>
  </w:style>
  <w:style w:type="character" w:customStyle="1" w:styleId="CitatChar">
    <w:name w:val="Citat Char"/>
    <w:basedOn w:val="Standardstycketeckensnitt"/>
    <w:link w:val="Citat"/>
    <w:uiPriority w:val="29"/>
    <w:rsid w:val="00FC693F"/>
    <w:rPr>
      <w:i/>
      <w:iCs/>
      <w:color w:val="000000" w:themeColor="text1"/>
    </w:rPr>
  </w:style>
  <w:style w:type="character" w:customStyle="1" w:styleId="Rubrik4Char">
    <w:name w:val="Rubrik 4 Char"/>
    <w:basedOn w:val="Standardstycketeckensnitt"/>
    <w:link w:val="Rubrik4"/>
    <w:uiPriority w:val="9"/>
    <w:semiHidden/>
    <w:rsid w:val="00FC693F"/>
    <w:rPr>
      <w:rFonts w:asciiTheme="majorHAnsi" w:eastAsiaTheme="majorEastAsia" w:hAnsiTheme="majorHAnsi" w:cstheme="majorBidi"/>
      <w:b/>
      <w:bCs/>
      <w:i/>
      <w:iCs/>
      <w:color w:val="4F81BD" w:themeColor="accent1"/>
    </w:rPr>
  </w:style>
  <w:style w:type="character" w:customStyle="1" w:styleId="Rubrik5Char">
    <w:name w:val="Rubrik 5 Char"/>
    <w:basedOn w:val="Standardstycketeckensnitt"/>
    <w:link w:val="Rubrik5"/>
    <w:uiPriority w:val="9"/>
    <w:semiHidden/>
    <w:rsid w:val="00FC693F"/>
    <w:rPr>
      <w:rFonts w:asciiTheme="majorHAnsi" w:eastAsiaTheme="majorEastAsia" w:hAnsiTheme="majorHAnsi" w:cstheme="majorBidi"/>
      <w:color w:val="243F60" w:themeColor="accent1" w:themeShade="7F"/>
    </w:rPr>
  </w:style>
  <w:style w:type="character" w:customStyle="1" w:styleId="Rubrik6Char">
    <w:name w:val="Rubrik 6 Char"/>
    <w:basedOn w:val="Standardstycketeckensnitt"/>
    <w:link w:val="Rubrik6"/>
    <w:uiPriority w:val="9"/>
    <w:semiHidden/>
    <w:rsid w:val="00FC693F"/>
    <w:rPr>
      <w:rFonts w:asciiTheme="majorHAnsi" w:eastAsiaTheme="majorEastAsia" w:hAnsiTheme="majorHAnsi" w:cstheme="majorBidi"/>
      <w:i/>
      <w:iCs/>
      <w:color w:val="243F60" w:themeColor="accent1" w:themeShade="7F"/>
    </w:rPr>
  </w:style>
  <w:style w:type="character" w:customStyle="1" w:styleId="Rubrik7Char">
    <w:name w:val="Rubrik 7 Char"/>
    <w:basedOn w:val="Standardstycketeckensnitt"/>
    <w:link w:val="Rubrik7"/>
    <w:uiPriority w:val="9"/>
    <w:semiHidden/>
    <w:rsid w:val="00FC693F"/>
    <w:rPr>
      <w:rFonts w:asciiTheme="majorHAnsi" w:eastAsiaTheme="majorEastAsia" w:hAnsiTheme="majorHAnsi" w:cstheme="majorBidi"/>
      <w:i/>
      <w:iCs/>
      <w:color w:val="404040" w:themeColor="text1" w:themeTint="BF"/>
    </w:rPr>
  </w:style>
  <w:style w:type="character" w:customStyle="1" w:styleId="Rubrik8Char">
    <w:name w:val="Rubrik 8 Char"/>
    <w:basedOn w:val="Standardstycketeckensnitt"/>
    <w:link w:val="Rubrik8"/>
    <w:uiPriority w:val="9"/>
    <w:semiHidden/>
    <w:rsid w:val="00FC693F"/>
    <w:rPr>
      <w:rFonts w:asciiTheme="majorHAnsi" w:eastAsiaTheme="majorEastAsia" w:hAnsiTheme="majorHAnsi" w:cstheme="majorBidi"/>
      <w:color w:val="4F81BD" w:themeColor="accent1"/>
      <w:sz w:val="20"/>
      <w:szCs w:val="20"/>
    </w:rPr>
  </w:style>
  <w:style w:type="character" w:customStyle="1" w:styleId="Rubrik9Char">
    <w:name w:val="Rubrik 9 Char"/>
    <w:basedOn w:val="Standardstycketeckensnitt"/>
    <w:link w:val="Rubrik9"/>
    <w:uiPriority w:val="9"/>
    <w:semiHidden/>
    <w:rsid w:val="00FC693F"/>
    <w:rPr>
      <w:rFonts w:asciiTheme="majorHAnsi" w:eastAsiaTheme="majorEastAsia" w:hAnsiTheme="majorHAnsi" w:cstheme="majorBidi"/>
      <w:i/>
      <w:iCs/>
      <w:color w:val="404040" w:themeColor="text1" w:themeTint="BF"/>
      <w:sz w:val="20"/>
      <w:szCs w:val="20"/>
    </w:rPr>
  </w:style>
  <w:style w:type="paragraph" w:styleId="Beskrivning">
    <w:name w:val="caption"/>
    <w:basedOn w:val="Normal"/>
    <w:next w:val="Normal"/>
    <w:uiPriority w:val="35"/>
    <w:semiHidden/>
    <w:unhideWhenUsed/>
    <w:qFormat/>
    <w:rsid w:val="00FC693F"/>
    <w:rPr>
      <w:b/>
      <w:bCs/>
      <w:sz w:val="18"/>
      <w:szCs w:val="18"/>
    </w:rPr>
  </w:style>
  <w:style w:type="character" w:styleId="Stark">
    <w:name w:val="Strong"/>
    <w:basedOn w:val="Standardstycketeckensnitt"/>
    <w:uiPriority w:val="22"/>
    <w:qFormat/>
    <w:rsid w:val="00FC693F"/>
    <w:rPr>
      <w:b/>
      <w:bCs/>
    </w:rPr>
  </w:style>
  <w:style w:type="character" w:styleId="Betoning">
    <w:name w:val="Emphasis"/>
    <w:basedOn w:val="Standardstycketeckensnitt"/>
    <w:uiPriority w:val="20"/>
    <w:qFormat/>
    <w:rsid w:val="00FC693F"/>
    <w:rPr>
      <w:i/>
      <w:iCs/>
    </w:rPr>
  </w:style>
  <w:style w:type="paragraph" w:styleId="Starktcitat">
    <w:name w:val="Intense Quote"/>
    <w:basedOn w:val="Normal"/>
    <w:next w:val="Normal"/>
    <w:link w:val="StarktcitatChar"/>
    <w:uiPriority w:val="30"/>
    <w:qFormat/>
    <w:rsid w:val="00FC693F"/>
    <w:pPr>
      <w:pBdr>
        <w:bottom w:val="single" w:sz="4" w:space="4" w:color="4F81BD" w:themeColor="accent1"/>
      </w:pBdr>
      <w:spacing w:before="200" w:after="280"/>
      <w:ind w:left="936" w:right="936"/>
    </w:pPr>
    <w:rPr>
      <w:b/>
      <w:bCs/>
      <w:i/>
      <w:iCs/>
    </w:rPr>
  </w:style>
  <w:style w:type="character" w:customStyle="1" w:styleId="StarktcitatChar">
    <w:name w:val="Starkt citat Char"/>
    <w:basedOn w:val="Standardstycketeckensnitt"/>
    <w:link w:val="Starktcitat"/>
    <w:uiPriority w:val="30"/>
    <w:rsid w:val="00FC693F"/>
    <w:rPr>
      <w:b/>
      <w:bCs/>
      <w:i/>
      <w:iCs/>
      <w:color w:val="4F81BD" w:themeColor="accent1"/>
    </w:rPr>
  </w:style>
  <w:style w:type="character" w:styleId="Diskretbetoning">
    <w:name w:val="Subtle Emphasis"/>
    <w:basedOn w:val="Standardstycketeckensnitt"/>
    <w:uiPriority w:val="19"/>
    <w:qFormat/>
    <w:rsid w:val="00FC693F"/>
    <w:rPr>
      <w:i/>
      <w:iCs/>
      <w:color w:val="808080" w:themeColor="text1" w:themeTint="7F"/>
    </w:rPr>
  </w:style>
  <w:style w:type="character" w:styleId="Starkbetoning">
    <w:name w:val="Intense Emphasis"/>
    <w:basedOn w:val="Standardstycketeckensnitt"/>
    <w:uiPriority w:val="21"/>
    <w:qFormat/>
    <w:rsid w:val="00FC693F"/>
    <w:rPr>
      <w:b/>
      <w:bCs/>
      <w:i/>
      <w:iCs/>
      <w:color w:val="4F81BD" w:themeColor="accent1"/>
    </w:rPr>
  </w:style>
  <w:style w:type="character" w:styleId="Diskretreferens">
    <w:name w:val="Subtle Reference"/>
    <w:basedOn w:val="Standardstycketeckensnitt"/>
    <w:uiPriority w:val="31"/>
    <w:qFormat/>
    <w:rsid w:val="00FC693F"/>
    <w:rPr>
      <w:smallCaps/>
      <w:color w:val="C0504D" w:themeColor="accent2"/>
      <w:u w:val="single"/>
    </w:rPr>
  </w:style>
  <w:style w:type="character" w:styleId="Starkreferens">
    <w:name w:val="Intense Reference"/>
    <w:basedOn w:val="Standardstycketeckensnitt"/>
    <w:uiPriority w:val="32"/>
    <w:qFormat/>
    <w:rsid w:val="00FC693F"/>
    <w:rPr>
      <w:b/>
      <w:bCs/>
      <w:smallCaps/>
      <w:color w:val="C0504D" w:themeColor="accent2"/>
      <w:spacing w:val="5"/>
      <w:u w:val="single"/>
    </w:rPr>
  </w:style>
  <w:style w:type="character" w:styleId="Bokenstitel">
    <w:name w:val="Book Title"/>
    <w:basedOn w:val="Standardstycketeckensnitt"/>
    <w:uiPriority w:val="33"/>
    <w:qFormat/>
    <w:rsid w:val="00FC693F"/>
    <w:rPr>
      <w:b/>
      <w:bCs/>
      <w:smallCaps/>
      <w:spacing w:val="5"/>
    </w:rPr>
  </w:style>
  <w:style w:type="paragraph" w:styleId="Innehllsfrteckningsrubrik">
    <w:name w:val="TOC Heading"/>
    <w:basedOn w:val="Rubrik1"/>
    <w:next w:val="Normal"/>
    <w:uiPriority w:val="39"/>
    <w:semiHidden/>
    <w:unhideWhenUsed/>
    <w:qFormat/>
    <w:rsid w:val="00FC693F"/>
    <w:pPr>
      <w:outlineLvl w:val="9"/>
    </w:pPr>
  </w:style>
  <w:style w:type="table" w:styleId="Tabellrutnt">
    <w:name w:val="Table Grid"/>
    <w:basedOn w:val="Normaltabel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jusskuggning">
    <w:name w:val="Light Shading"/>
    <w:basedOn w:val="Normaltabel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jusskuggning-dekorfrg2">
    <w:name w:val="Light Shading Accent 2"/>
    <w:basedOn w:val="Normaltabel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jusskuggning-dekorfrg3">
    <w:name w:val="Light Shading Accent 3"/>
    <w:basedOn w:val="Normaltabel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jusskuggning-dekorfrg4">
    <w:name w:val="Light Shading Accent 4"/>
    <w:basedOn w:val="Normaltabel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jusskuggning-dekorfrg5">
    <w:name w:val="Light Shading Accent 5"/>
    <w:basedOn w:val="Normaltabel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jusskuggning-dekorfrg6">
    <w:name w:val="Light Shading Accent 6"/>
    <w:basedOn w:val="Normaltabel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juslista">
    <w:name w:val="Light List"/>
    <w:basedOn w:val="Normaltabel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juslista-dekorfrg2">
    <w:name w:val="Light List Accent 2"/>
    <w:basedOn w:val="Normaltabel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juslista-dekorfrg3">
    <w:name w:val="Light List Accent 3"/>
    <w:basedOn w:val="Normaltabel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juslista-dekorfrg4">
    <w:name w:val="Light List Accent 4"/>
    <w:basedOn w:val="Normaltabel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juslista-dekorfrg5">
    <w:name w:val="Light List Accent 5"/>
    <w:basedOn w:val="Normaltabel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juslista-dekorfrg6">
    <w:name w:val="Light List Accent 6"/>
    <w:basedOn w:val="Normaltabel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justrutnt">
    <w:name w:val="Light Grid"/>
    <w:basedOn w:val="Normaltabel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justrutnt-dekorfrg2">
    <w:name w:val="Light Grid Accent 2"/>
    <w:basedOn w:val="Normaltabel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justrutnt-dekorfrg3">
    <w:name w:val="Light Grid Accent 3"/>
    <w:basedOn w:val="Normaltabel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justrutnt-dekorfrg4">
    <w:name w:val="Light Grid Accent 4"/>
    <w:basedOn w:val="Normaltabel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justrutnt-dekorfrg5">
    <w:name w:val="Light Grid Accent 5"/>
    <w:basedOn w:val="Normaltabel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justrutnt-dekorfrg6">
    <w:name w:val="Light Grid Accent 6"/>
    <w:basedOn w:val="Normaltabel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llanmrkskuggning1">
    <w:name w:val="Medium Shading 1"/>
    <w:basedOn w:val="Normaltabel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lista1">
    <w:name w:val="Medium List 1"/>
    <w:basedOn w:val="Normaltabel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llanmrklista1-dekorfrg2">
    <w:name w:val="Medium List 1 Accent 2"/>
    <w:basedOn w:val="Normaltabel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llanmrklista1-dekorfrg3">
    <w:name w:val="Medium List 1 Accent 3"/>
    <w:basedOn w:val="Normaltabel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llanmrklista1-dekorfrg4">
    <w:name w:val="Medium List 1 Accent 4"/>
    <w:basedOn w:val="Normaltabel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llanmrklista1-dekorfrg5">
    <w:name w:val="Medium List 1 Accent 5"/>
    <w:basedOn w:val="Normaltabel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llanmrklista1-dekorfrg6">
    <w:name w:val="Medium List 1 Accent 6"/>
    <w:basedOn w:val="Normaltabel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llanmrklista2">
    <w:name w:val="Medium Lis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trutnt1">
    <w:name w:val="Medium Grid 1"/>
    <w:basedOn w:val="Normaltabel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llanmrktrutnt1-dekorfrg2">
    <w:name w:val="Medium Grid 1 Accent 2"/>
    <w:basedOn w:val="Normaltabel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llanmrktrutnt1-dekorfrg3">
    <w:name w:val="Medium Grid 1 Accent 3"/>
    <w:basedOn w:val="Normaltabel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llanmrktrutnt1-dekorfrg4">
    <w:name w:val="Medium Grid 1 Accent 4"/>
    <w:basedOn w:val="Normaltabel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llanmrktrutnt1-dekorfrg5">
    <w:name w:val="Medium Grid 1 Accent 5"/>
    <w:basedOn w:val="Normaltabel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llanmrktrutnt1-dekorfrg6">
    <w:name w:val="Medium Grid 1 Accent 6"/>
    <w:basedOn w:val="Normaltabel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llanmrktrutnt2">
    <w:name w:val="Medium Grid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llanmrktrutnt3-dekorfrg2">
    <w:name w:val="Medium Grid 3 Accent 2"/>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llanmrktrutnt3-dekorfrg3">
    <w:name w:val="Medium Grid 3 Accent 3"/>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llanmrktrutnt3-dekorfrg4">
    <w:name w:val="Medium Grid 3 Accent 4"/>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llanmrktrutnt3-dekorfrg5">
    <w:name w:val="Medium Grid 3 Accent 5"/>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llanmrktrutnt3-dekorfrg6">
    <w:name w:val="Medium Grid 3 Accent 6"/>
    <w:basedOn w:val="Normaltabel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a">
    <w:name w:val="Dark List"/>
    <w:basedOn w:val="Normaltabel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a-dekorfrg2">
    <w:name w:val="Dark List Accent 2"/>
    <w:basedOn w:val="Normaltabel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a-dekorfrg3">
    <w:name w:val="Dark List Accent 3"/>
    <w:basedOn w:val="Normaltabel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a-dekorfrg4">
    <w:name w:val="Dark List Accent 4"/>
    <w:basedOn w:val="Normaltabel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a-dekorfrg5">
    <w:name w:val="Dark List Accent 5"/>
    <w:basedOn w:val="Normaltabel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a-dekorfrg6">
    <w:name w:val="Dark List Accent 6"/>
    <w:basedOn w:val="Normaltabel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rgadskuggning">
    <w:name w:val="Colorful Shading"/>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rgadskuggning-dekorfrg4">
    <w:name w:val="Colorful Shading Accent 4"/>
    <w:basedOn w:val="Normaltabel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rgadlista">
    <w:name w:val="Colorful List"/>
    <w:basedOn w:val="Normaltabel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rgadlista-dekorfrg2">
    <w:name w:val="Colorful List Accent 2"/>
    <w:basedOn w:val="Normaltabel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rgadlista-dekorfrg3">
    <w:name w:val="Colorful List Accent 3"/>
    <w:basedOn w:val="Normaltabel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rgadlista-dekorfrg4">
    <w:name w:val="Colorful List Accent 4"/>
    <w:basedOn w:val="Normaltabel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rgadlista-dekorfrg5">
    <w:name w:val="Colorful List Accent 5"/>
    <w:basedOn w:val="Normaltabel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rgadlista-dekorfrg6">
    <w:name w:val="Colorful List Accent 6"/>
    <w:basedOn w:val="Normaltabel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rgatrutnt">
    <w:name w:val="Colorful Grid"/>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rgatrutnt-dekorfrg2">
    <w:name w:val="Colorful Grid Accent 2"/>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rgatrutnt-dekorfrg3">
    <w:name w:val="Colorful Grid Accent 3"/>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rgatrutnt-dekorfrg4">
    <w:name w:val="Colorful Grid Accent 4"/>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rgatrutnt-dekorfrg5">
    <w:name w:val="Colorful Grid Accent 5"/>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rgatrutnt-dekorfrg6">
    <w:name w:val="Colorful Grid Accent 6"/>
    <w:basedOn w:val="Normaltabel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VINGE!22996177.1</documentid>
  <senderid>CT477</senderid>
  <senderemail>CHRISTOFFER.THALIN@VINGE.SE</senderemail>
  <lastmodified>2026-06-01T10:19:00.0000000+02:00</lastmodified>
  <database>VINGE</database>
</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E59BA9-52C1-436C-B132-C31DA350655C}">
  <ds:schemaRefs>
    <ds:schemaRef ds:uri="http://www.imanage.com/work/xmlschema"/>
  </ds:schemaRefs>
</ds:datastoreItem>
</file>

<file path=customXml/itemProps2.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Pages>
  <Words>1459</Words>
  <Characters>7733</Characters>
  <Application>Microsoft Office Word</Application>
  <DocSecurity>0</DocSecurity>
  <Lines>64</Lines>
  <Paragraphs>18</Paragraphs>
  <ScaleCrop>false</ScaleCrop>
  <Company/>
  <LinksUpToDate>false</LinksUpToDate>
  <CharactersWithSpaces>9174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Arvid Hemberg</cp:lastModifiedBy>
  <cp:revision>3</cp:revision>
  <dcterms:created xsi:type="dcterms:W3CDTF">2026-06-01T12:38:00Z</dcterms:created>
  <dcterms:modified xsi:type="dcterms:W3CDTF">2026-06-01T12:41:00Z</dcterms:modified>
</cp:coreProperties>
</file>