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FCD7D" w14:textId="75DDB25A" w:rsidR="006B3BE5" w:rsidRPr="009C00BF" w:rsidRDefault="00C82F47">
      <w:pPr>
        <w:pStyle w:val="Title"/>
        <w:jc w:val="center"/>
        <w:rPr>
          <w:lang w:val="sv-SE"/>
        </w:rPr>
      </w:pPr>
      <w:r w:rsidRPr="009C00BF">
        <w:rPr>
          <w:lang w:val="sv-SE"/>
        </w:rPr>
        <w:t xml:space="preserve">Årsplan 2026 – </w:t>
      </w:r>
      <w:r w:rsidR="009C00BF" w:rsidRPr="009C00BF">
        <w:rPr>
          <w:lang w:val="sv-SE"/>
        </w:rPr>
        <w:t>VSK P15</w:t>
      </w:r>
    </w:p>
    <w:p w14:paraId="4D86B2A6" w14:textId="77777777" w:rsidR="00281D9C" w:rsidRDefault="00BE6EB0" w:rsidP="00281D9C">
      <w:pPr>
        <w:pStyle w:val="Heading1"/>
        <w:rPr>
          <w:lang w:val="sv-SE"/>
        </w:rPr>
      </w:pPr>
      <w:r>
        <w:rPr>
          <w:lang w:val="sv-SE"/>
        </w:rPr>
        <w:t>Mål</w:t>
      </w:r>
      <w:r w:rsidR="00C82F47" w:rsidRPr="009C00BF">
        <w:rPr>
          <w:lang w:val="sv-SE"/>
        </w:rPr>
        <w:t xml:space="preserve">: </w:t>
      </w:r>
    </w:p>
    <w:p w14:paraId="0D8B00C4" w14:textId="641851A7" w:rsidR="006B3BE5" w:rsidRDefault="00C82F47">
      <w:pPr>
        <w:rPr>
          <w:lang w:val="sv-SE"/>
        </w:rPr>
      </w:pPr>
      <w:r w:rsidRPr="009C00BF">
        <w:rPr>
          <w:lang w:val="sv-SE"/>
        </w:rPr>
        <w:t xml:space="preserve">Utveckla ett passningsorienterat spel </w:t>
      </w:r>
      <w:r w:rsidR="0025128D">
        <w:rPr>
          <w:lang w:val="sv-SE"/>
        </w:rPr>
        <w:t>och</w:t>
      </w:r>
      <w:r w:rsidRPr="009C00BF">
        <w:rPr>
          <w:lang w:val="sv-SE"/>
        </w:rPr>
        <w:t xml:space="preserve"> stärk</w:t>
      </w:r>
      <w:r w:rsidR="00636F37">
        <w:rPr>
          <w:lang w:val="sv-SE"/>
        </w:rPr>
        <w:t>a</w:t>
      </w:r>
      <w:r w:rsidRPr="009C00BF">
        <w:rPr>
          <w:lang w:val="sv-SE"/>
        </w:rPr>
        <w:t xml:space="preserve"> spelarnas individuella skicklighet</w:t>
      </w:r>
      <w:r w:rsidR="009C00BF">
        <w:rPr>
          <w:lang w:val="sv-SE"/>
        </w:rPr>
        <w:t>, mod och inre motivation att vilja utvecklas.</w:t>
      </w:r>
      <w:r w:rsidR="00BE6EB0">
        <w:rPr>
          <w:lang w:val="sv-SE"/>
        </w:rPr>
        <w:t xml:space="preserve"> </w:t>
      </w:r>
    </w:p>
    <w:p w14:paraId="48D0F1E7" w14:textId="77777777" w:rsidR="00546962" w:rsidRDefault="00BE6EB0" w:rsidP="00546962">
      <w:pPr>
        <w:pStyle w:val="Heading1"/>
        <w:rPr>
          <w:lang w:val="sv-SE"/>
        </w:rPr>
      </w:pPr>
      <w:proofErr w:type="spellStart"/>
      <w:r>
        <w:rPr>
          <w:lang w:val="sv-SE"/>
        </w:rPr>
        <w:t>Ledarprinciper</w:t>
      </w:r>
      <w:proofErr w:type="spellEnd"/>
      <w:r>
        <w:rPr>
          <w:lang w:val="sv-SE"/>
        </w:rPr>
        <w:t xml:space="preserve">: </w:t>
      </w:r>
    </w:p>
    <w:p w14:paraId="456DE83E" w14:textId="77777777" w:rsidR="00546962" w:rsidRDefault="00BE6EB0" w:rsidP="00546962">
      <w:pPr>
        <w:pStyle w:val="ListBullet"/>
        <w:rPr>
          <w:lang w:val="sv-SE"/>
        </w:rPr>
      </w:pPr>
      <w:r>
        <w:rPr>
          <w:lang w:val="sv-SE"/>
        </w:rPr>
        <w:t xml:space="preserve">Vi ger ramar snarare än detaljerade direktiv. </w:t>
      </w:r>
    </w:p>
    <w:p w14:paraId="2A94E38E" w14:textId="4014C9C4" w:rsidR="00546962" w:rsidRDefault="00546962" w:rsidP="00546962">
      <w:pPr>
        <w:pStyle w:val="ListBullet"/>
        <w:rPr>
          <w:lang w:val="sv-SE"/>
        </w:rPr>
      </w:pPr>
      <w:r>
        <w:rPr>
          <w:lang w:val="sv-SE"/>
        </w:rPr>
        <w:t>Vi prioriterar långsiktig utveckling före kortsiktiga resultat.</w:t>
      </w:r>
    </w:p>
    <w:p w14:paraId="79C66C54" w14:textId="608DF71F" w:rsidR="00546962" w:rsidRDefault="00BE6EB0" w:rsidP="00546962">
      <w:pPr>
        <w:pStyle w:val="ListBullet"/>
        <w:rPr>
          <w:lang w:val="sv-SE"/>
        </w:rPr>
      </w:pPr>
      <w:r>
        <w:rPr>
          <w:lang w:val="sv-SE"/>
        </w:rPr>
        <w:t>Vi ser och bekräftar spelarna</w:t>
      </w:r>
      <w:r w:rsidR="00FD4FBB">
        <w:rPr>
          <w:lang w:val="sv-SE"/>
        </w:rPr>
        <w:t>, varje träning</w:t>
      </w:r>
    </w:p>
    <w:p w14:paraId="5B1EE304" w14:textId="247363BF" w:rsidR="00BE6EB0" w:rsidRDefault="00CB7499" w:rsidP="00546962">
      <w:pPr>
        <w:pStyle w:val="ListBullet"/>
        <w:rPr>
          <w:lang w:val="sv-SE"/>
        </w:rPr>
      </w:pPr>
      <w:r>
        <w:rPr>
          <w:lang w:val="sv-SE"/>
        </w:rPr>
        <w:t>Vi jobbar aktivt för en inkluderande miljö med stark laganda.</w:t>
      </w:r>
    </w:p>
    <w:p w14:paraId="5B134E55" w14:textId="77777777" w:rsidR="0004238A" w:rsidRDefault="0004238A" w:rsidP="0004238A">
      <w:pPr>
        <w:pStyle w:val="ListBullet"/>
        <w:rPr>
          <w:lang w:val="sv-SE"/>
        </w:rPr>
      </w:pPr>
      <w:r w:rsidRPr="009C00BF">
        <w:rPr>
          <w:lang w:val="sv-SE"/>
        </w:rPr>
        <w:t>Mod och lärande: belöna initiativ även när det blir fel.</w:t>
      </w:r>
    </w:p>
    <w:p w14:paraId="25DCC220" w14:textId="764B8B6B" w:rsidR="00922A53" w:rsidRPr="009C00BF" w:rsidRDefault="00DD4172" w:rsidP="0004238A">
      <w:pPr>
        <w:pStyle w:val="ListBullet"/>
        <w:rPr>
          <w:lang w:val="sv-SE"/>
        </w:rPr>
      </w:pPr>
      <w:r>
        <w:rPr>
          <w:lang w:val="sv-SE"/>
        </w:rPr>
        <w:t>Kontinuerligt söka inspiration och gå utbildningar</w:t>
      </w:r>
      <w:r w:rsidR="00281D9C">
        <w:rPr>
          <w:lang w:val="sv-SE"/>
        </w:rPr>
        <w:t>.</w:t>
      </w:r>
    </w:p>
    <w:p w14:paraId="28A921B4" w14:textId="77777777" w:rsidR="006B3BE5" w:rsidRPr="00BE6EB0" w:rsidRDefault="00C82F47">
      <w:pPr>
        <w:pStyle w:val="Heading1"/>
        <w:rPr>
          <w:lang w:val="sv-SE"/>
        </w:rPr>
      </w:pPr>
      <w:proofErr w:type="spellStart"/>
      <w:r w:rsidRPr="00BE6EB0">
        <w:rPr>
          <w:lang w:val="sv-SE"/>
        </w:rPr>
        <w:t>Utvecklingsprinciper</w:t>
      </w:r>
      <w:proofErr w:type="spellEnd"/>
    </w:p>
    <w:p w14:paraId="7B7EC4F3" w14:textId="77777777" w:rsidR="006B3BE5" w:rsidRPr="009C00BF" w:rsidRDefault="00C82F47">
      <w:pPr>
        <w:pStyle w:val="ListBullet"/>
        <w:rPr>
          <w:lang w:val="sv-SE"/>
        </w:rPr>
      </w:pPr>
      <w:r w:rsidRPr="009C00BF">
        <w:rPr>
          <w:lang w:val="sv-SE"/>
        </w:rPr>
        <w:t>Trygghet med boll: första touch, passningskvalitet, medtagningar i fart.</w:t>
      </w:r>
    </w:p>
    <w:p w14:paraId="49569C92" w14:textId="0ADF8030" w:rsidR="006B3BE5" w:rsidRDefault="00C82F47">
      <w:pPr>
        <w:pStyle w:val="ListBullet"/>
        <w:rPr>
          <w:lang w:val="sv-SE"/>
        </w:rPr>
      </w:pPr>
      <w:r w:rsidRPr="009C00BF">
        <w:rPr>
          <w:lang w:val="sv-SE"/>
        </w:rPr>
        <w:t>Spelbarhet och rörelse: skapa trianglar och rätt avstånd.</w:t>
      </w:r>
      <w:r w:rsidR="007900DE">
        <w:rPr>
          <w:lang w:val="sv-SE"/>
        </w:rPr>
        <w:t xml:space="preserve"> ”Hjälpa kompis”.</w:t>
      </w:r>
      <w:r w:rsidR="00133288">
        <w:rPr>
          <w:lang w:val="sv-SE"/>
        </w:rPr>
        <w:t xml:space="preserve"> Hitta ytor genom att introducera scanning.</w:t>
      </w:r>
      <w:r w:rsidR="00246449">
        <w:rPr>
          <w:lang w:val="sv-SE"/>
        </w:rPr>
        <w:t xml:space="preserve"> Scanna innan mottagning och mellan egna tillslag.</w:t>
      </w:r>
      <w:r w:rsidR="00DD0755">
        <w:rPr>
          <w:lang w:val="sv-SE"/>
        </w:rPr>
        <w:t xml:space="preserve"> Rörelse med och utan boll</w:t>
      </w:r>
    </w:p>
    <w:p w14:paraId="3D7F7415" w14:textId="19E9314D" w:rsidR="007F1095" w:rsidRPr="009C00BF" w:rsidRDefault="003917AD">
      <w:pPr>
        <w:pStyle w:val="ListBullet"/>
        <w:rPr>
          <w:lang w:val="sv-SE"/>
        </w:rPr>
      </w:pPr>
      <w:r>
        <w:rPr>
          <w:lang w:val="sv-SE"/>
        </w:rPr>
        <w:t xml:space="preserve">Rörelsemönster och kroppsspråk </w:t>
      </w:r>
      <w:proofErr w:type="spellStart"/>
      <w:r>
        <w:rPr>
          <w:lang w:val="sv-SE"/>
        </w:rPr>
        <w:t>inkl</w:t>
      </w:r>
      <w:proofErr w:type="spellEnd"/>
      <w:r>
        <w:rPr>
          <w:lang w:val="sv-SE"/>
        </w:rPr>
        <w:t xml:space="preserve"> </w:t>
      </w:r>
      <w:r w:rsidR="0004238A">
        <w:rPr>
          <w:lang w:val="sv-SE"/>
        </w:rPr>
        <w:t>upp på tå och överdriva kroppsfinter.</w:t>
      </w:r>
    </w:p>
    <w:p w14:paraId="1AC159B1" w14:textId="0369D252" w:rsidR="006B3BE5" w:rsidRDefault="00C82F47">
      <w:pPr>
        <w:pStyle w:val="ListBullet"/>
        <w:rPr>
          <w:lang w:val="sv-SE"/>
        </w:rPr>
      </w:pPr>
      <w:r w:rsidRPr="009C00BF">
        <w:rPr>
          <w:lang w:val="sv-SE"/>
        </w:rPr>
        <w:t xml:space="preserve">Spela </w:t>
      </w:r>
      <w:r w:rsidR="009C00BF">
        <w:rPr>
          <w:lang w:val="sv-SE"/>
        </w:rPr>
        <w:t>igenom eller runt</w:t>
      </w:r>
      <w:r w:rsidRPr="009C00BF">
        <w:rPr>
          <w:lang w:val="sv-SE"/>
        </w:rPr>
        <w:t xml:space="preserve"> </w:t>
      </w:r>
      <w:r w:rsidR="009C00BF">
        <w:rPr>
          <w:lang w:val="sv-SE"/>
        </w:rPr>
        <w:t>motståndare</w:t>
      </w:r>
      <w:r w:rsidRPr="009C00BF">
        <w:rPr>
          <w:lang w:val="sv-SE"/>
        </w:rPr>
        <w:t xml:space="preserve"> hellre än över dem: byta kant</w:t>
      </w:r>
      <w:r w:rsidR="009C00BF">
        <w:rPr>
          <w:lang w:val="sv-SE"/>
        </w:rPr>
        <w:t xml:space="preserve"> </w:t>
      </w:r>
      <w:proofErr w:type="spellStart"/>
      <w:r w:rsidR="009C00BF">
        <w:rPr>
          <w:lang w:val="sv-SE"/>
        </w:rPr>
        <w:t>inkl</w:t>
      </w:r>
      <w:proofErr w:type="spellEnd"/>
      <w:r w:rsidR="009C00BF">
        <w:rPr>
          <w:lang w:val="sv-SE"/>
        </w:rPr>
        <w:t xml:space="preserve"> akut spelbarhet</w:t>
      </w:r>
      <w:r w:rsidRPr="009C00BF">
        <w:rPr>
          <w:lang w:val="sv-SE"/>
        </w:rPr>
        <w:t xml:space="preserve"> för att hitta ytor.</w:t>
      </w:r>
    </w:p>
    <w:p w14:paraId="126C2A79" w14:textId="578D6AFD" w:rsidR="0066018B" w:rsidRPr="009C00BF" w:rsidRDefault="0066018B">
      <w:pPr>
        <w:pStyle w:val="ListBullet"/>
        <w:rPr>
          <w:lang w:val="sv-SE"/>
        </w:rPr>
      </w:pPr>
      <w:r>
        <w:rPr>
          <w:lang w:val="sv-SE"/>
        </w:rPr>
        <w:t xml:space="preserve">Stärka grunder i positionsspel </w:t>
      </w:r>
      <w:proofErr w:type="spellStart"/>
      <w:r>
        <w:rPr>
          <w:lang w:val="sv-SE"/>
        </w:rPr>
        <w:t>inkl</w:t>
      </w:r>
      <w:proofErr w:type="spellEnd"/>
      <w:r>
        <w:rPr>
          <w:lang w:val="sv-SE"/>
        </w:rPr>
        <w:t xml:space="preserve"> utgångspositioner och röre</w:t>
      </w:r>
      <w:r w:rsidR="00B904A2">
        <w:rPr>
          <w:lang w:val="sv-SE"/>
        </w:rPr>
        <w:t>l</w:t>
      </w:r>
      <w:r>
        <w:rPr>
          <w:lang w:val="sv-SE"/>
        </w:rPr>
        <w:t>se</w:t>
      </w:r>
      <w:r w:rsidR="00DC573B">
        <w:rPr>
          <w:lang w:val="sv-SE"/>
        </w:rPr>
        <w:t xml:space="preserve"> vid fasta situationer</w:t>
      </w:r>
      <w:r w:rsidR="000A621B">
        <w:rPr>
          <w:lang w:val="sv-SE"/>
        </w:rPr>
        <w:t>, både defensivt och offensivt samt lite extra fokus på CM o FW vid uppspel.</w:t>
      </w:r>
    </w:p>
    <w:p w14:paraId="7718A3C6" w14:textId="78FAB90B" w:rsidR="006B3BE5" w:rsidRDefault="00C82F47">
      <w:pPr>
        <w:pStyle w:val="ListBullet"/>
        <w:rPr>
          <w:lang w:val="sv-SE"/>
        </w:rPr>
      </w:pPr>
      <w:r w:rsidRPr="009C00BF">
        <w:rPr>
          <w:lang w:val="sv-SE"/>
        </w:rPr>
        <w:t>Matchlik träning</w:t>
      </w:r>
      <w:r w:rsidR="009C00BF">
        <w:rPr>
          <w:lang w:val="sv-SE"/>
        </w:rPr>
        <w:t xml:space="preserve"> enligt VSKs modell: Boll, Riktning, Omställning/konsekvens och Medspelare/Motståndare</w:t>
      </w:r>
    </w:p>
    <w:p w14:paraId="24178390" w14:textId="1DB74E5C" w:rsidR="00CB7499" w:rsidRDefault="00CB7499" w:rsidP="00546962">
      <w:pPr>
        <w:pStyle w:val="Heading1"/>
        <w:rPr>
          <w:lang w:val="sv-SE"/>
        </w:rPr>
      </w:pPr>
      <w:r>
        <w:rPr>
          <w:lang w:val="sv-SE"/>
        </w:rPr>
        <w:t>Träningsupplägg</w:t>
      </w:r>
    </w:p>
    <w:p w14:paraId="408732E5" w14:textId="31D1D1FE" w:rsidR="00CB7499" w:rsidRDefault="00FD586A" w:rsidP="00CB7499">
      <w:pPr>
        <w:pStyle w:val="ListBullet"/>
        <w:numPr>
          <w:ilvl w:val="0"/>
          <w:numId w:val="0"/>
        </w:numPr>
        <w:ind w:left="360" w:hanging="360"/>
        <w:rPr>
          <w:lang w:val="sv-SE"/>
        </w:rPr>
      </w:pPr>
      <w:r>
        <w:rPr>
          <w:lang w:val="sv-SE"/>
        </w:rPr>
        <w:t>00</w:t>
      </w:r>
      <w:r w:rsidR="00CB7499">
        <w:rPr>
          <w:lang w:val="sv-SE"/>
        </w:rPr>
        <w:t>.00: Samling och inräkning</w:t>
      </w:r>
    </w:p>
    <w:p w14:paraId="429FB7EA" w14:textId="295A57FB" w:rsidR="00CB7499" w:rsidRDefault="00FD586A" w:rsidP="00CB7499">
      <w:pPr>
        <w:pStyle w:val="ListBullet"/>
        <w:numPr>
          <w:ilvl w:val="0"/>
          <w:numId w:val="0"/>
        </w:numPr>
        <w:ind w:left="360" w:hanging="360"/>
        <w:rPr>
          <w:lang w:val="sv-SE"/>
        </w:rPr>
      </w:pPr>
      <w:r>
        <w:rPr>
          <w:lang w:val="sv-SE"/>
        </w:rPr>
        <w:t>00</w:t>
      </w:r>
      <w:r w:rsidR="00CB7499">
        <w:rPr>
          <w:lang w:val="sv-SE"/>
        </w:rPr>
        <w:t>.05: Förberedelseträning inom aktuellt fokusområde (</w:t>
      </w:r>
      <w:proofErr w:type="spellStart"/>
      <w:r w:rsidR="00CB7499">
        <w:rPr>
          <w:lang w:val="sv-SE"/>
        </w:rPr>
        <w:t>t.ex</w:t>
      </w:r>
      <w:proofErr w:type="spellEnd"/>
      <w:r w:rsidR="00CB7499">
        <w:rPr>
          <w:lang w:val="sv-SE"/>
        </w:rPr>
        <w:t xml:space="preserve"> mottagningar)</w:t>
      </w:r>
    </w:p>
    <w:p w14:paraId="2DBF6532" w14:textId="10AEDD26" w:rsidR="00CB7499" w:rsidRDefault="00FD586A" w:rsidP="00CB7499">
      <w:pPr>
        <w:pStyle w:val="ListBullet"/>
        <w:numPr>
          <w:ilvl w:val="0"/>
          <w:numId w:val="0"/>
        </w:numPr>
        <w:ind w:left="360" w:hanging="360"/>
        <w:rPr>
          <w:lang w:val="sv-SE"/>
        </w:rPr>
      </w:pPr>
      <w:r>
        <w:rPr>
          <w:lang w:val="sv-SE"/>
        </w:rPr>
        <w:t>00</w:t>
      </w:r>
      <w:r w:rsidR="00CB7499">
        <w:rPr>
          <w:lang w:val="sv-SE"/>
        </w:rPr>
        <w:t xml:space="preserve">.20: </w:t>
      </w:r>
      <w:proofErr w:type="spellStart"/>
      <w:r w:rsidR="00CB7499">
        <w:rPr>
          <w:lang w:val="sv-SE"/>
        </w:rPr>
        <w:t>Fotbollsfys</w:t>
      </w:r>
      <w:proofErr w:type="spellEnd"/>
      <w:r w:rsidR="00546962">
        <w:rPr>
          <w:lang w:val="sv-SE"/>
        </w:rPr>
        <w:t xml:space="preserve"> (styrka, snabbhet, rörlighet och koordination)</w:t>
      </w:r>
    </w:p>
    <w:p w14:paraId="02DB3AD1" w14:textId="4CF20C5A" w:rsidR="00546962" w:rsidRDefault="00FD586A" w:rsidP="00CB7499">
      <w:pPr>
        <w:pStyle w:val="ListBullet"/>
        <w:numPr>
          <w:ilvl w:val="0"/>
          <w:numId w:val="0"/>
        </w:numPr>
        <w:ind w:left="360" w:hanging="360"/>
        <w:rPr>
          <w:lang w:val="sv-SE"/>
        </w:rPr>
      </w:pPr>
      <w:r>
        <w:rPr>
          <w:lang w:val="sv-SE"/>
        </w:rPr>
        <w:t>00</w:t>
      </w:r>
      <w:r w:rsidR="00546962">
        <w:rPr>
          <w:lang w:val="sv-SE"/>
        </w:rPr>
        <w:t>.40: Färdighetsövning 1</w:t>
      </w:r>
    </w:p>
    <w:p w14:paraId="32C4BD02" w14:textId="6FCF00A5" w:rsidR="00546962" w:rsidRDefault="00FD586A" w:rsidP="00CB7499">
      <w:pPr>
        <w:pStyle w:val="ListBullet"/>
        <w:numPr>
          <w:ilvl w:val="0"/>
          <w:numId w:val="0"/>
        </w:numPr>
        <w:ind w:left="360" w:hanging="360"/>
        <w:rPr>
          <w:lang w:val="sv-SE"/>
        </w:rPr>
      </w:pPr>
      <w:r>
        <w:rPr>
          <w:lang w:val="sv-SE"/>
        </w:rPr>
        <w:t>01</w:t>
      </w:r>
      <w:r w:rsidR="00546962">
        <w:rPr>
          <w:lang w:val="sv-SE"/>
        </w:rPr>
        <w:t>.05: Färdighetsövning 2</w:t>
      </w:r>
    </w:p>
    <w:p w14:paraId="1DD7F815" w14:textId="1F339E58" w:rsidR="00546962" w:rsidRPr="009C00BF" w:rsidRDefault="00FD586A" w:rsidP="00CB7499">
      <w:pPr>
        <w:pStyle w:val="ListBullet"/>
        <w:numPr>
          <w:ilvl w:val="0"/>
          <w:numId w:val="0"/>
        </w:numPr>
        <w:ind w:left="360" w:hanging="360"/>
        <w:rPr>
          <w:lang w:val="sv-SE"/>
        </w:rPr>
      </w:pPr>
      <w:r>
        <w:rPr>
          <w:lang w:val="sv-SE"/>
        </w:rPr>
        <w:t>01</w:t>
      </w:r>
      <w:r w:rsidR="00546962">
        <w:rPr>
          <w:lang w:val="sv-SE"/>
        </w:rPr>
        <w:t xml:space="preserve">.25: Avslutande samling </w:t>
      </w:r>
    </w:p>
    <w:p w14:paraId="074FE250" w14:textId="77777777" w:rsidR="006B3BE5" w:rsidRPr="009C00BF" w:rsidRDefault="00C82F47">
      <w:pPr>
        <w:pStyle w:val="Heading1"/>
        <w:rPr>
          <w:lang w:val="sv-SE"/>
        </w:rPr>
      </w:pPr>
      <w:r w:rsidRPr="009C00BF">
        <w:rPr>
          <w:lang w:val="sv-SE"/>
        </w:rPr>
        <w:lastRenderedPageBreak/>
        <w:t>Årsöversikt (kalenderstyrd)</w:t>
      </w:r>
    </w:p>
    <w:p w14:paraId="1EA9C273" w14:textId="77777777" w:rsidR="006B3BE5" w:rsidRPr="009C00BF" w:rsidRDefault="00C82F47">
      <w:pPr>
        <w:pStyle w:val="Heading2"/>
        <w:rPr>
          <w:lang w:val="sv-SE"/>
        </w:rPr>
      </w:pPr>
      <w:r w:rsidRPr="009C00BF">
        <w:rPr>
          <w:lang w:val="sv-SE"/>
        </w:rPr>
        <w:t>Januari–Mars (Lågsäsong)</w:t>
      </w:r>
    </w:p>
    <w:p w14:paraId="71956FC5" w14:textId="77777777" w:rsidR="006B3BE5" w:rsidRPr="009C00BF" w:rsidRDefault="00C82F47">
      <w:pPr>
        <w:rPr>
          <w:lang w:val="sv-SE"/>
        </w:rPr>
      </w:pPr>
      <w:r w:rsidRPr="009C00BF">
        <w:rPr>
          <w:lang w:val="sv-SE"/>
        </w:rPr>
        <w:t>Fokus: Individuell teknik och spelintelligens</w:t>
      </w:r>
    </w:p>
    <w:p w14:paraId="0CEDC90A" w14:textId="77777777" w:rsidR="006B3BE5" w:rsidRPr="009C00BF" w:rsidRDefault="00C82F47">
      <w:pPr>
        <w:rPr>
          <w:lang w:val="sv-SE"/>
        </w:rPr>
      </w:pPr>
      <w:r w:rsidRPr="009C00BF">
        <w:rPr>
          <w:lang w:val="sv-SE"/>
        </w:rPr>
        <w:t>Teman:</w:t>
      </w:r>
    </w:p>
    <w:p w14:paraId="19462A79" w14:textId="77777777" w:rsidR="006B3BE5" w:rsidRPr="009C00BF" w:rsidRDefault="00C82F47">
      <w:pPr>
        <w:pStyle w:val="ListBullet"/>
        <w:rPr>
          <w:lang w:val="sv-SE"/>
        </w:rPr>
      </w:pPr>
      <w:r w:rsidRPr="009C00BF">
        <w:rPr>
          <w:lang w:val="sv-SE"/>
        </w:rPr>
        <w:t>Första touch under press och medtagningar i fart</w:t>
      </w:r>
    </w:p>
    <w:p w14:paraId="33D83362" w14:textId="77777777" w:rsidR="006B3BE5" w:rsidRPr="009C00BF" w:rsidRDefault="00C82F47">
      <w:pPr>
        <w:pStyle w:val="ListBullet"/>
        <w:rPr>
          <w:lang w:val="sv-SE"/>
        </w:rPr>
      </w:pPr>
      <w:r w:rsidRPr="009C00BF">
        <w:rPr>
          <w:lang w:val="sv-SE"/>
        </w:rPr>
        <w:t>Driva boll med kontroll och skydd</w:t>
      </w:r>
    </w:p>
    <w:p w14:paraId="0837FEC3" w14:textId="77777777" w:rsidR="006B3BE5" w:rsidRDefault="00C82F47">
      <w:pPr>
        <w:pStyle w:val="ListBullet"/>
      </w:pPr>
      <w:r>
        <w:t xml:space="preserve">1 mot 1 </w:t>
      </w:r>
      <w:proofErr w:type="spellStart"/>
      <w:r>
        <w:t>offensivt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defensivt</w:t>
      </w:r>
      <w:proofErr w:type="spellEnd"/>
    </w:p>
    <w:p w14:paraId="67352F3E" w14:textId="77777777" w:rsidR="006B3BE5" w:rsidRDefault="00C82F47">
      <w:pPr>
        <w:pStyle w:val="ListBullet"/>
      </w:pPr>
      <w:proofErr w:type="spellStart"/>
      <w:r>
        <w:t>Passningskvalitet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rörelse</w:t>
      </w:r>
      <w:proofErr w:type="spellEnd"/>
    </w:p>
    <w:p w14:paraId="7E624466" w14:textId="77777777" w:rsidR="006B3BE5" w:rsidRDefault="00C82F47">
      <w:pPr>
        <w:pStyle w:val="ListBullet"/>
      </w:pPr>
      <w:proofErr w:type="spellStart"/>
      <w:r>
        <w:t>Smålagsspel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rondo</w:t>
      </w:r>
    </w:p>
    <w:p w14:paraId="1AE6E5F5" w14:textId="77777777" w:rsidR="006B3BE5" w:rsidRDefault="00C82F47">
      <w:proofErr w:type="spellStart"/>
      <w:r>
        <w:t>Nyckelmål</w:t>
      </w:r>
      <w:proofErr w:type="spellEnd"/>
      <w:r>
        <w:t>:</w:t>
      </w:r>
    </w:p>
    <w:p w14:paraId="2710A6DF" w14:textId="77777777" w:rsidR="006B3BE5" w:rsidRPr="009C00BF" w:rsidRDefault="00C82F47">
      <w:pPr>
        <w:pStyle w:val="ListBullet"/>
        <w:rPr>
          <w:lang w:val="sv-SE"/>
        </w:rPr>
      </w:pPr>
      <w:r w:rsidRPr="009C00BF">
        <w:rPr>
          <w:lang w:val="sv-SE"/>
        </w:rPr>
        <w:t>Behärska mottagning och passning i rörelse</w:t>
      </w:r>
    </w:p>
    <w:p w14:paraId="44DE7BB3" w14:textId="77777777" w:rsidR="006B3BE5" w:rsidRDefault="00C82F47">
      <w:pPr>
        <w:pStyle w:val="ListBullet"/>
      </w:pPr>
      <w:proofErr w:type="spellStart"/>
      <w:r>
        <w:t>Minst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favoritfint</w:t>
      </w:r>
      <w:proofErr w:type="spellEnd"/>
      <w:r>
        <w:t xml:space="preserve"> per </w:t>
      </w:r>
      <w:proofErr w:type="spellStart"/>
      <w:r>
        <w:t>spelare</w:t>
      </w:r>
      <w:proofErr w:type="spellEnd"/>
    </w:p>
    <w:p w14:paraId="263C4ED5" w14:textId="77777777" w:rsidR="006B3BE5" w:rsidRDefault="00C82F47">
      <w:pPr>
        <w:pStyle w:val="ListBullet"/>
      </w:pPr>
      <w:proofErr w:type="spellStart"/>
      <w:r>
        <w:t>Förstå</w:t>
      </w:r>
      <w:proofErr w:type="spellEnd"/>
      <w:r>
        <w:t xml:space="preserve"> </w:t>
      </w:r>
      <w:proofErr w:type="spellStart"/>
      <w:r>
        <w:t>grund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1v1-försvar</w:t>
      </w:r>
    </w:p>
    <w:p w14:paraId="72A8FBD2" w14:textId="77777777" w:rsidR="006B3BE5" w:rsidRDefault="00C82F47">
      <w:pPr>
        <w:pStyle w:val="Heading2"/>
      </w:pPr>
      <w:r>
        <w:t>April (</w:t>
      </w:r>
      <w:proofErr w:type="spellStart"/>
      <w:r>
        <w:t>Försäsong</w:t>
      </w:r>
      <w:proofErr w:type="spellEnd"/>
      <w:r>
        <w:t>)</w:t>
      </w:r>
    </w:p>
    <w:p w14:paraId="57D19B34" w14:textId="77777777" w:rsidR="006B3BE5" w:rsidRDefault="00C82F47">
      <w:r>
        <w:t xml:space="preserve">Fokus: </w:t>
      </w:r>
      <w:proofErr w:type="spellStart"/>
      <w:r>
        <w:t>Återstart</w:t>
      </w:r>
      <w:proofErr w:type="spellEnd"/>
      <w:r>
        <w:t xml:space="preserve"> av </w:t>
      </w:r>
      <w:proofErr w:type="spellStart"/>
      <w:r>
        <w:t>lagets</w:t>
      </w:r>
      <w:proofErr w:type="spellEnd"/>
      <w:r>
        <w:t xml:space="preserve"> </w:t>
      </w:r>
      <w:proofErr w:type="spellStart"/>
      <w:r>
        <w:t>principer</w:t>
      </w:r>
      <w:proofErr w:type="spellEnd"/>
    </w:p>
    <w:p w14:paraId="1F3BF3BB" w14:textId="77777777" w:rsidR="006B3BE5" w:rsidRDefault="00C82F47">
      <w:r>
        <w:t>Teman:</w:t>
      </w:r>
    </w:p>
    <w:p w14:paraId="5A021E9B" w14:textId="77777777" w:rsidR="006B3BE5" w:rsidRDefault="00C82F47">
      <w:pPr>
        <w:pStyle w:val="ListBullet"/>
      </w:pPr>
      <w:proofErr w:type="spellStart"/>
      <w:r>
        <w:t>Speluppbyggnad</w:t>
      </w:r>
      <w:proofErr w:type="spellEnd"/>
      <w:r>
        <w:t xml:space="preserve"> </w:t>
      </w:r>
      <w:proofErr w:type="spellStart"/>
      <w:r>
        <w:t>bakifrån</w:t>
      </w:r>
      <w:proofErr w:type="spellEnd"/>
    </w:p>
    <w:p w14:paraId="1E5CF9B3" w14:textId="77777777" w:rsidR="006B3BE5" w:rsidRDefault="00C82F47">
      <w:pPr>
        <w:pStyle w:val="ListBullet"/>
      </w:pPr>
      <w:proofErr w:type="spellStart"/>
      <w:r>
        <w:t>Spelbredd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spelavstånd</w:t>
      </w:r>
      <w:proofErr w:type="spellEnd"/>
    </w:p>
    <w:p w14:paraId="6FE41640" w14:textId="77777777" w:rsidR="006B3BE5" w:rsidRDefault="00C82F47">
      <w:pPr>
        <w:pStyle w:val="ListBullet"/>
      </w:pPr>
      <w:proofErr w:type="spellStart"/>
      <w:r>
        <w:t>Första</w:t>
      </w:r>
      <w:proofErr w:type="spellEnd"/>
      <w:r>
        <w:t xml:space="preserve"> press </w:t>
      </w:r>
      <w:proofErr w:type="spellStart"/>
      <w:r>
        <w:t>och</w:t>
      </w:r>
      <w:proofErr w:type="spellEnd"/>
      <w:r>
        <w:t xml:space="preserve"> </w:t>
      </w:r>
      <w:proofErr w:type="spellStart"/>
      <w:r>
        <w:t>understöd</w:t>
      </w:r>
      <w:proofErr w:type="spellEnd"/>
    </w:p>
    <w:p w14:paraId="1C36875E" w14:textId="77777777" w:rsidR="006B3BE5" w:rsidRDefault="00C82F47">
      <w:pPr>
        <w:pStyle w:val="ListBullet"/>
      </w:pPr>
      <w:proofErr w:type="spellStart"/>
      <w:r>
        <w:t>Byta</w:t>
      </w:r>
      <w:proofErr w:type="spellEnd"/>
      <w:r>
        <w:t xml:space="preserve"> </w:t>
      </w:r>
      <w:proofErr w:type="spellStart"/>
      <w:r>
        <w:t>kant</w:t>
      </w:r>
      <w:proofErr w:type="spellEnd"/>
      <w:r>
        <w:t xml:space="preserve"> via </w:t>
      </w:r>
      <w:proofErr w:type="spellStart"/>
      <w:r>
        <w:t>mittfältare</w:t>
      </w:r>
      <w:proofErr w:type="spellEnd"/>
    </w:p>
    <w:p w14:paraId="6C8FD49A" w14:textId="6B3472A6" w:rsidR="00BE6EB0" w:rsidRPr="00BE6EB0" w:rsidRDefault="00BE6EB0">
      <w:pPr>
        <w:pStyle w:val="ListBullet"/>
        <w:rPr>
          <w:lang w:val="sv-SE"/>
        </w:rPr>
      </w:pPr>
      <w:r w:rsidRPr="00BE6EB0">
        <w:rPr>
          <w:lang w:val="sv-SE"/>
        </w:rPr>
        <w:t xml:space="preserve">Grundpositioner vid anfall </w:t>
      </w:r>
      <w:proofErr w:type="spellStart"/>
      <w:r w:rsidRPr="00BE6EB0">
        <w:rPr>
          <w:lang w:val="sv-SE"/>
        </w:rPr>
        <w:t>respective</w:t>
      </w:r>
      <w:proofErr w:type="spellEnd"/>
      <w:r w:rsidRPr="00BE6EB0">
        <w:rPr>
          <w:lang w:val="sv-SE"/>
        </w:rPr>
        <w:t xml:space="preserve"> f</w:t>
      </w:r>
      <w:r>
        <w:rPr>
          <w:lang w:val="sv-SE"/>
        </w:rPr>
        <w:t>örsvar inklusive fasta situationer</w:t>
      </w:r>
    </w:p>
    <w:p w14:paraId="72F3ED33" w14:textId="77777777" w:rsidR="006B3BE5" w:rsidRDefault="00C82F47">
      <w:proofErr w:type="spellStart"/>
      <w:r>
        <w:t>Nyckelmål</w:t>
      </w:r>
      <w:proofErr w:type="spellEnd"/>
      <w:r>
        <w:t>:</w:t>
      </w:r>
    </w:p>
    <w:p w14:paraId="12DFA562" w14:textId="77777777" w:rsidR="006B3BE5" w:rsidRDefault="00C82F47">
      <w:pPr>
        <w:pStyle w:val="ListBullet"/>
      </w:pPr>
      <w:proofErr w:type="spellStart"/>
      <w:r>
        <w:t>Tydliga</w:t>
      </w:r>
      <w:proofErr w:type="spellEnd"/>
      <w:r>
        <w:t xml:space="preserve"> roller </w:t>
      </w:r>
      <w:proofErr w:type="spellStart"/>
      <w:r>
        <w:t>i</w:t>
      </w:r>
      <w:proofErr w:type="spellEnd"/>
      <w:r>
        <w:t xml:space="preserve"> </w:t>
      </w:r>
      <w:proofErr w:type="spellStart"/>
      <w:r>
        <w:t>uppspelsfasen</w:t>
      </w:r>
      <w:proofErr w:type="spellEnd"/>
    </w:p>
    <w:p w14:paraId="28D84ACA" w14:textId="77777777" w:rsidR="006B3BE5" w:rsidRDefault="00C82F47">
      <w:pPr>
        <w:pStyle w:val="ListBullet"/>
      </w:pPr>
      <w:r>
        <w:t xml:space="preserve">Kunna </w:t>
      </w:r>
      <w:proofErr w:type="spellStart"/>
      <w:r>
        <w:t>spela</w:t>
      </w:r>
      <w:proofErr w:type="spellEnd"/>
      <w:r>
        <w:t xml:space="preserve"> loss </w:t>
      </w:r>
      <w:proofErr w:type="spellStart"/>
      <w:r>
        <w:t>från</w:t>
      </w:r>
      <w:proofErr w:type="spellEnd"/>
      <w:r>
        <w:t xml:space="preserve"> press</w:t>
      </w:r>
    </w:p>
    <w:p w14:paraId="0CB9E4FA" w14:textId="77777777" w:rsidR="006B3BE5" w:rsidRDefault="00C82F47">
      <w:pPr>
        <w:pStyle w:val="Heading2"/>
      </w:pPr>
      <w:r>
        <w:t>Maj–Juni (</w:t>
      </w:r>
      <w:proofErr w:type="spellStart"/>
      <w:r>
        <w:t>Matchsäsong</w:t>
      </w:r>
      <w:proofErr w:type="spellEnd"/>
      <w:r>
        <w:t>)</w:t>
      </w:r>
    </w:p>
    <w:p w14:paraId="52920A22" w14:textId="77777777" w:rsidR="006B3BE5" w:rsidRDefault="00C82F47">
      <w:r>
        <w:t xml:space="preserve">Fokus: </w:t>
      </w:r>
      <w:proofErr w:type="spellStart"/>
      <w:r>
        <w:t>Lagets</w:t>
      </w:r>
      <w:proofErr w:type="spellEnd"/>
      <w:r>
        <w:t xml:space="preserve"> </w:t>
      </w:r>
      <w:proofErr w:type="spellStart"/>
      <w:r>
        <w:t>spelidé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praktiken</w:t>
      </w:r>
      <w:proofErr w:type="spellEnd"/>
    </w:p>
    <w:p w14:paraId="479BA6D9" w14:textId="77777777" w:rsidR="006B3BE5" w:rsidRDefault="00C82F47">
      <w:r>
        <w:t>Teman:</w:t>
      </w:r>
    </w:p>
    <w:p w14:paraId="395CAD45" w14:textId="77777777" w:rsidR="006B3BE5" w:rsidRDefault="00C82F47">
      <w:pPr>
        <w:pStyle w:val="ListBullet"/>
      </w:pPr>
      <w:proofErr w:type="spellStart"/>
      <w:r>
        <w:t>Uppspel</w:t>
      </w:r>
      <w:proofErr w:type="spellEnd"/>
      <w:r>
        <w:t xml:space="preserve"> </w:t>
      </w:r>
      <w:proofErr w:type="spellStart"/>
      <w:r>
        <w:t>från</w:t>
      </w:r>
      <w:proofErr w:type="spellEnd"/>
      <w:r>
        <w:t xml:space="preserve"> </w:t>
      </w:r>
      <w:proofErr w:type="spellStart"/>
      <w:r>
        <w:t>målvakt</w:t>
      </w:r>
      <w:proofErr w:type="spellEnd"/>
      <w:r>
        <w:t xml:space="preserve"> till </w:t>
      </w:r>
      <w:proofErr w:type="spellStart"/>
      <w:r>
        <w:t>mittfält</w:t>
      </w:r>
      <w:proofErr w:type="spellEnd"/>
    </w:p>
    <w:p w14:paraId="3370131F" w14:textId="77777777" w:rsidR="006B3BE5" w:rsidRDefault="00C82F47">
      <w:pPr>
        <w:pStyle w:val="ListBullet"/>
      </w:pPr>
      <w:proofErr w:type="spellStart"/>
      <w:r>
        <w:t>Trianglar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spelavstånd</w:t>
      </w:r>
      <w:proofErr w:type="spellEnd"/>
    </w:p>
    <w:p w14:paraId="6D9A6B0B" w14:textId="77777777" w:rsidR="006B3BE5" w:rsidRPr="009C00BF" w:rsidRDefault="00C82F47">
      <w:pPr>
        <w:pStyle w:val="ListBullet"/>
        <w:rPr>
          <w:lang w:val="sv-SE"/>
        </w:rPr>
      </w:pPr>
      <w:r w:rsidRPr="009C00BF">
        <w:rPr>
          <w:lang w:val="sv-SE"/>
        </w:rPr>
        <w:t>Försvar som lag: press, understöd, täckning</w:t>
      </w:r>
    </w:p>
    <w:p w14:paraId="58097C95" w14:textId="77777777" w:rsidR="006B3BE5" w:rsidRDefault="00C82F47">
      <w:pPr>
        <w:pStyle w:val="ListBullet"/>
      </w:pPr>
      <w:proofErr w:type="spellStart"/>
      <w:r>
        <w:t>Snabb</w:t>
      </w:r>
      <w:proofErr w:type="spellEnd"/>
      <w:r>
        <w:t xml:space="preserve"> </w:t>
      </w:r>
      <w:proofErr w:type="spellStart"/>
      <w:r>
        <w:t>återerövring</w:t>
      </w:r>
      <w:proofErr w:type="spellEnd"/>
      <w:r>
        <w:t xml:space="preserve"> </w:t>
      </w:r>
      <w:proofErr w:type="spellStart"/>
      <w:r>
        <w:t>efter</w:t>
      </w:r>
      <w:proofErr w:type="spellEnd"/>
      <w:r>
        <w:t xml:space="preserve"> </w:t>
      </w:r>
      <w:proofErr w:type="spellStart"/>
      <w:r>
        <w:t>bolltapp</w:t>
      </w:r>
      <w:proofErr w:type="spellEnd"/>
    </w:p>
    <w:p w14:paraId="7EFD3611" w14:textId="77777777" w:rsidR="006B3BE5" w:rsidRDefault="00C82F47">
      <w:proofErr w:type="spellStart"/>
      <w:r>
        <w:t>Nyckelmål</w:t>
      </w:r>
      <w:proofErr w:type="spellEnd"/>
      <w:r>
        <w:t>:</w:t>
      </w:r>
    </w:p>
    <w:p w14:paraId="5310377D" w14:textId="77777777" w:rsidR="006B3BE5" w:rsidRDefault="00C82F47">
      <w:pPr>
        <w:pStyle w:val="ListBullet"/>
      </w:pPr>
      <w:r>
        <w:lastRenderedPageBreak/>
        <w:t xml:space="preserve">Skapa </w:t>
      </w:r>
      <w:proofErr w:type="spellStart"/>
      <w:r>
        <w:t>spelbarhet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flera</w:t>
      </w:r>
      <w:proofErr w:type="spellEnd"/>
      <w:r>
        <w:t xml:space="preserve"> </w:t>
      </w:r>
      <w:proofErr w:type="spellStart"/>
      <w:r>
        <w:t>höjder</w:t>
      </w:r>
      <w:proofErr w:type="spellEnd"/>
    </w:p>
    <w:p w14:paraId="302DA66E" w14:textId="77777777" w:rsidR="006B3BE5" w:rsidRDefault="00C82F47">
      <w:pPr>
        <w:pStyle w:val="ListBullet"/>
      </w:pPr>
      <w:r>
        <w:t xml:space="preserve">Vinna </w:t>
      </w:r>
      <w:proofErr w:type="spellStart"/>
      <w:r>
        <w:t>tillbaka</w:t>
      </w:r>
      <w:proofErr w:type="spellEnd"/>
      <w:r>
        <w:t xml:space="preserve"> </w:t>
      </w:r>
      <w:proofErr w:type="spellStart"/>
      <w:r>
        <w:t>bollen</w:t>
      </w:r>
      <w:proofErr w:type="spellEnd"/>
      <w:r>
        <w:t xml:space="preserve"> </w:t>
      </w:r>
      <w:proofErr w:type="spellStart"/>
      <w:r>
        <w:t>snabbt</w:t>
      </w:r>
      <w:proofErr w:type="spellEnd"/>
    </w:p>
    <w:p w14:paraId="625692A4" w14:textId="77777777" w:rsidR="006B3BE5" w:rsidRDefault="00C82F47">
      <w:pPr>
        <w:pStyle w:val="Heading2"/>
      </w:pPr>
      <w:r>
        <w:t>Augusti–Oktober (</w:t>
      </w:r>
      <w:proofErr w:type="spellStart"/>
      <w:r>
        <w:t>Matchsäsong</w:t>
      </w:r>
      <w:proofErr w:type="spellEnd"/>
      <w:r>
        <w:t>)</w:t>
      </w:r>
    </w:p>
    <w:p w14:paraId="2E447EC3" w14:textId="77777777" w:rsidR="006B3BE5" w:rsidRDefault="00C82F47">
      <w:r>
        <w:t xml:space="preserve">Fokus: </w:t>
      </w:r>
      <w:proofErr w:type="spellStart"/>
      <w:r>
        <w:t>Kombinationsspel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beslutsfattande</w:t>
      </w:r>
      <w:proofErr w:type="spellEnd"/>
    </w:p>
    <w:p w14:paraId="14BFC8DF" w14:textId="77777777" w:rsidR="006B3BE5" w:rsidRDefault="00C82F47">
      <w:r>
        <w:t>Teman:</w:t>
      </w:r>
    </w:p>
    <w:p w14:paraId="1C89D82C" w14:textId="77777777" w:rsidR="006B3BE5" w:rsidRDefault="00C82F47">
      <w:pPr>
        <w:pStyle w:val="ListBullet"/>
      </w:pPr>
      <w:proofErr w:type="spellStart"/>
      <w:r>
        <w:t>Väggspel</w:t>
      </w:r>
      <w:proofErr w:type="spellEnd"/>
      <w:r>
        <w:t xml:space="preserve">, </w:t>
      </w:r>
      <w:proofErr w:type="spellStart"/>
      <w:r>
        <w:t>överlapp</w:t>
      </w:r>
      <w:proofErr w:type="spellEnd"/>
      <w:r>
        <w:t xml:space="preserve">, </w:t>
      </w:r>
      <w:proofErr w:type="spellStart"/>
      <w:r>
        <w:t>tredje</w:t>
      </w:r>
      <w:proofErr w:type="spellEnd"/>
      <w:r>
        <w:t xml:space="preserve"> </w:t>
      </w:r>
      <w:proofErr w:type="spellStart"/>
      <w:r>
        <w:t>spelare</w:t>
      </w:r>
      <w:proofErr w:type="spellEnd"/>
    </w:p>
    <w:p w14:paraId="6F36DC8F" w14:textId="77777777" w:rsidR="006B3BE5" w:rsidRDefault="00C82F47">
      <w:pPr>
        <w:pStyle w:val="ListBullet"/>
      </w:pPr>
      <w:proofErr w:type="spellStart"/>
      <w:r>
        <w:t>Byta</w:t>
      </w:r>
      <w:proofErr w:type="spellEnd"/>
      <w:r>
        <w:t xml:space="preserve"> </w:t>
      </w:r>
      <w:proofErr w:type="spellStart"/>
      <w:r>
        <w:t>kant</w:t>
      </w:r>
      <w:proofErr w:type="spellEnd"/>
      <w:r>
        <w:t xml:space="preserve"> </w:t>
      </w:r>
      <w:proofErr w:type="spellStart"/>
      <w:r>
        <w:t>snabbare</w:t>
      </w:r>
      <w:proofErr w:type="spellEnd"/>
    </w:p>
    <w:p w14:paraId="26B84C37" w14:textId="77777777" w:rsidR="006B3BE5" w:rsidRDefault="00C82F47">
      <w:pPr>
        <w:pStyle w:val="ListBullet"/>
      </w:pPr>
      <w:proofErr w:type="spellStart"/>
      <w:r>
        <w:t>Återerövring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omställningar</w:t>
      </w:r>
      <w:proofErr w:type="spellEnd"/>
    </w:p>
    <w:p w14:paraId="0750B3F9" w14:textId="77777777" w:rsidR="006B3BE5" w:rsidRDefault="00C82F47">
      <w:pPr>
        <w:pStyle w:val="ListBullet"/>
      </w:pPr>
      <w:proofErr w:type="spellStart"/>
      <w:r>
        <w:t>Beslutsfattande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anfall</w:t>
      </w:r>
      <w:proofErr w:type="spellEnd"/>
    </w:p>
    <w:p w14:paraId="3E1510B4" w14:textId="77777777" w:rsidR="006B3BE5" w:rsidRDefault="00C82F47">
      <w:pPr>
        <w:pStyle w:val="ListBullet"/>
      </w:pPr>
      <w:proofErr w:type="spellStart"/>
      <w:r>
        <w:t>Inlöpningsmönster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boxen</w:t>
      </w:r>
    </w:p>
    <w:p w14:paraId="492E9A8A" w14:textId="77777777" w:rsidR="006B3BE5" w:rsidRDefault="00C82F47">
      <w:proofErr w:type="spellStart"/>
      <w:r>
        <w:t>Nyckelmål</w:t>
      </w:r>
      <w:proofErr w:type="spellEnd"/>
      <w:r>
        <w:t>:</w:t>
      </w:r>
    </w:p>
    <w:p w14:paraId="1BEB6F1C" w14:textId="77777777" w:rsidR="006B3BE5" w:rsidRDefault="00C82F47">
      <w:pPr>
        <w:pStyle w:val="ListBullet"/>
      </w:pPr>
      <w:r>
        <w:t xml:space="preserve">Skapa </w:t>
      </w:r>
      <w:proofErr w:type="spellStart"/>
      <w:r>
        <w:t>och</w:t>
      </w:r>
      <w:proofErr w:type="spellEnd"/>
      <w:r>
        <w:t xml:space="preserve"> </w:t>
      </w:r>
      <w:proofErr w:type="spellStart"/>
      <w:r>
        <w:t>avsluta</w:t>
      </w:r>
      <w:proofErr w:type="spellEnd"/>
      <w:r>
        <w:t xml:space="preserve"> </w:t>
      </w:r>
      <w:proofErr w:type="spellStart"/>
      <w:r>
        <w:t>fler</w:t>
      </w:r>
      <w:proofErr w:type="spellEnd"/>
      <w:r>
        <w:t xml:space="preserve"> </w:t>
      </w:r>
      <w:proofErr w:type="spellStart"/>
      <w:r>
        <w:t>målchanser</w:t>
      </w:r>
      <w:proofErr w:type="spellEnd"/>
    </w:p>
    <w:p w14:paraId="321249E2" w14:textId="77777777" w:rsidR="006B3BE5" w:rsidRDefault="00C82F47">
      <w:pPr>
        <w:pStyle w:val="ListBullet"/>
      </w:pPr>
      <w:proofErr w:type="spellStart"/>
      <w:r>
        <w:t>Högre</w:t>
      </w:r>
      <w:proofErr w:type="spellEnd"/>
      <w:r>
        <w:t xml:space="preserve"> </w:t>
      </w:r>
      <w:proofErr w:type="spellStart"/>
      <w:r>
        <w:t>effektivitet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återerövringen</w:t>
      </w:r>
      <w:proofErr w:type="spellEnd"/>
    </w:p>
    <w:p w14:paraId="02A92C3C" w14:textId="77777777" w:rsidR="006B3BE5" w:rsidRDefault="00C82F47">
      <w:pPr>
        <w:pStyle w:val="Heading2"/>
      </w:pPr>
      <w:r>
        <w:t>Oktober–December (</w:t>
      </w:r>
      <w:proofErr w:type="spellStart"/>
      <w:r>
        <w:t>Lågsäsong</w:t>
      </w:r>
      <w:proofErr w:type="spellEnd"/>
      <w:r>
        <w:t>)</w:t>
      </w:r>
    </w:p>
    <w:p w14:paraId="2F12B810" w14:textId="77777777" w:rsidR="006B3BE5" w:rsidRDefault="00C82F47">
      <w:r>
        <w:t xml:space="preserve">Fokus: </w:t>
      </w:r>
      <w:proofErr w:type="spellStart"/>
      <w:r>
        <w:t>Individuell</w:t>
      </w:r>
      <w:proofErr w:type="spellEnd"/>
      <w:r>
        <w:t xml:space="preserve"> </w:t>
      </w:r>
      <w:proofErr w:type="spellStart"/>
      <w:r>
        <w:t>förfining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reflektion</w:t>
      </w:r>
      <w:proofErr w:type="spellEnd"/>
    </w:p>
    <w:p w14:paraId="7C2C157A" w14:textId="77777777" w:rsidR="006B3BE5" w:rsidRDefault="00C82F47">
      <w:r>
        <w:t>Teman:</w:t>
      </w:r>
    </w:p>
    <w:p w14:paraId="4240EE18" w14:textId="77777777" w:rsidR="006B3BE5" w:rsidRPr="009C00BF" w:rsidRDefault="00C82F47">
      <w:pPr>
        <w:pStyle w:val="ListBullet"/>
        <w:rPr>
          <w:lang w:val="sv-SE"/>
        </w:rPr>
      </w:pPr>
      <w:r w:rsidRPr="009C00BF">
        <w:rPr>
          <w:lang w:val="sv-SE"/>
        </w:rPr>
        <w:t>Teknikinventering: svag fot, första touch i fart</w:t>
      </w:r>
    </w:p>
    <w:p w14:paraId="4FFAE376" w14:textId="77777777" w:rsidR="006B3BE5" w:rsidRDefault="00C82F47">
      <w:pPr>
        <w:pStyle w:val="ListBullet"/>
      </w:pPr>
      <w:r>
        <w:t xml:space="preserve">1v1 </w:t>
      </w:r>
      <w:proofErr w:type="spellStart"/>
      <w:r>
        <w:t>offensivt</w:t>
      </w:r>
      <w:proofErr w:type="spellEnd"/>
      <w:r>
        <w:t>/</w:t>
      </w:r>
      <w:proofErr w:type="spellStart"/>
      <w:r>
        <w:t>defensivt</w:t>
      </w:r>
      <w:proofErr w:type="spellEnd"/>
    </w:p>
    <w:p w14:paraId="66F5106A" w14:textId="77777777" w:rsidR="006B3BE5" w:rsidRPr="009C00BF" w:rsidRDefault="00C82F47">
      <w:pPr>
        <w:pStyle w:val="ListBullet"/>
        <w:rPr>
          <w:lang w:val="sv-SE"/>
        </w:rPr>
      </w:pPr>
      <w:r w:rsidRPr="009C00BF">
        <w:rPr>
          <w:lang w:val="sv-SE"/>
        </w:rPr>
        <w:t>Passningar i rörelse och i luften</w:t>
      </w:r>
    </w:p>
    <w:p w14:paraId="62839796" w14:textId="77777777" w:rsidR="006B3BE5" w:rsidRDefault="00C82F47">
      <w:pPr>
        <w:pStyle w:val="ListBullet"/>
      </w:pPr>
      <w:proofErr w:type="spellStart"/>
      <w:r>
        <w:t>Kreativitet</w:t>
      </w:r>
      <w:proofErr w:type="spellEnd"/>
      <w:r>
        <w:t xml:space="preserve">: </w:t>
      </w:r>
      <w:proofErr w:type="spellStart"/>
      <w:r>
        <w:t>fritt</w:t>
      </w:r>
      <w:proofErr w:type="spellEnd"/>
      <w:r>
        <w:t xml:space="preserve"> </w:t>
      </w:r>
      <w:proofErr w:type="spellStart"/>
      <w:r>
        <w:t>spel</w:t>
      </w:r>
      <w:proofErr w:type="spellEnd"/>
      <w:r>
        <w:t xml:space="preserve"> med </w:t>
      </w:r>
      <w:proofErr w:type="spellStart"/>
      <w:r>
        <w:t>utmaningar</w:t>
      </w:r>
      <w:proofErr w:type="spellEnd"/>
    </w:p>
    <w:p w14:paraId="6D5B309A" w14:textId="77777777" w:rsidR="006B3BE5" w:rsidRDefault="00C82F47">
      <w:proofErr w:type="spellStart"/>
      <w:r>
        <w:t>Nyckelmål</w:t>
      </w:r>
      <w:proofErr w:type="spellEnd"/>
      <w:r>
        <w:t>:</w:t>
      </w:r>
    </w:p>
    <w:p w14:paraId="5E647F5A" w14:textId="77777777" w:rsidR="006B3BE5" w:rsidRDefault="00C82F47">
      <w:pPr>
        <w:pStyle w:val="ListBullet"/>
      </w:pPr>
      <w:proofErr w:type="spellStart"/>
      <w:r>
        <w:t>Individuella</w:t>
      </w:r>
      <w:proofErr w:type="spellEnd"/>
      <w:r>
        <w:t xml:space="preserve"> </w:t>
      </w:r>
      <w:proofErr w:type="spellStart"/>
      <w:r>
        <w:t>utvecklingsmål</w:t>
      </w:r>
      <w:proofErr w:type="spellEnd"/>
      <w:r>
        <w:t xml:space="preserve"> </w:t>
      </w:r>
      <w:proofErr w:type="spellStart"/>
      <w:r>
        <w:t>uppdateras</w:t>
      </w:r>
      <w:proofErr w:type="spellEnd"/>
    </w:p>
    <w:p w14:paraId="50767FD4" w14:textId="77777777" w:rsidR="006B3BE5" w:rsidRPr="009C00BF" w:rsidRDefault="00C82F47">
      <w:pPr>
        <w:pStyle w:val="ListBullet"/>
        <w:rPr>
          <w:lang w:val="sv-SE"/>
        </w:rPr>
      </w:pPr>
      <w:r w:rsidRPr="009C00BF">
        <w:rPr>
          <w:lang w:val="sv-SE"/>
        </w:rPr>
        <w:t>Varje spelare kan beskriva sin styrka och nästa fokus</w:t>
      </w:r>
    </w:p>
    <w:p w14:paraId="6D12C393" w14:textId="77777777" w:rsidR="006B3BE5" w:rsidRDefault="00C82F47">
      <w:pPr>
        <w:pStyle w:val="Heading1"/>
      </w:pPr>
      <w:proofErr w:type="spellStart"/>
      <w:r>
        <w:t>Detaljerade</w:t>
      </w:r>
      <w:proofErr w:type="spellEnd"/>
      <w:r>
        <w:t xml:space="preserve"> </w:t>
      </w:r>
      <w:proofErr w:type="spellStart"/>
      <w:r>
        <w:t>träningsmoment</w:t>
      </w:r>
      <w:proofErr w:type="spellEnd"/>
    </w:p>
    <w:p w14:paraId="03E5DD43" w14:textId="77777777" w:rsidR="006B3BE5" w:rsidRDefault="00C82F47">
      <w:pPr>
        <w:pStyle w:val="Heading2"/>
      </w:pPr>
      <w:proofErr w:type="spellStart"/>
      <w:r>
        <w:t>Speluppbyggnad</w:t>
      </w:r>
      <w:proofErr w:type="spellEnd"/>
      <w:r>
        <w:t xml:space="preserve"> &amp; </w:t>
      </w:r>
      <w:proofErr w:type="spellStart"/>
      <w:r>
        <w:t>Spelbredd</w:t>
      </w:r>
      <w:proofErr w:type="spellEnd"/>
    </w:p>
    <w:p w14:paraId="2465F463" w14:textId="77777777" w:rsidR="006B3BE5" w:rsidRDefault="00C82F47">
      <w:pPr>
        <w:pStyle w:val="ListBullet"/>
      </w:pPr>
      <w:proofErr w:type="spellStart"/>
      <w:r>
        <w:t>Målvakt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</w:t>
      </w:r>
      <w:proofErr w:type="spellStart"/>
      <w:r>
        <w:t>igångsättare</w:t>
      </w:r>
      <w:proofErr w:type="spellEnd"/>
    </w:p>
    <w:p w14:paraId="765D3169" w14:textId="77777777" w:rsidR="006B3BE5" w:rsidRDefault="00C82F47">
      <w:pPr>
        <w:pStyle w:val="ListBullet"/>
      </w:pPr>
      <w:proofErr w:type="spellStart"/>
      <w:r>
        <w:t>Backarnas</w:t>
      </w:r>
      <w:proofErr w:type="spellEnd"/>
      <w:r>
        <w:t xml:space="preserve"> positioner</w:t>
      </w:r>
    </w:p>
    <w:p w14:paraId="703D72DE" w14:textId="77777777" w:rsidR="006B3BE5" w:rsidRDefault="00C82F47">
      <w:pPr>
        <w:pStyle w:val="ListBullet"/>
      </w:pPr>
      <w:proofErr w:type="spellStart"/>
      <w:r>
        <w:t>Triangelspel</w:t>
      </w:r>
      <w:proofErr w:type="spellEnd"/>
      <w:r>
        <w:t xml:space="preserve"> via </w:t>
      </w:r>
      <w:proofErr w:type="spellStart"/>
      <w:r>
        <w:t>mittfält</w:t>
      </w:r>
      <w:proofErr w:type="spellEnd"/>
    </w:p>
    <w:p w14:paraId="006C93E1" w14:textId="77777777" w:rsidR="006B3BE5" w:rsidRDefault="00C82F47">
      <w:pPr>
        <w:pStyle w:val="ListBullet"/>
      </w:pPr>
      <w:proofErr w:type="spellStart"/>
      <w:r>
        <w:t>Vända</w:t>
      </w:r>
      <w:proofErr w:type="spellEnd"/>
      <w:r>
        <w:t xml:space="preserve"> </w:t>
      </w:r>
      <w:proofErr w:type="spellStart"/>
      <w:r>
        <w:t>spel</w:t>
      </w:r>
      <w:proofErr w:type="spellEnd"/>
    </w:p>
    <w:p w14:paraId="6071E17F" w14:textId="77777777" w:rsidR="006B3BE5" w:rsidRDefault="00C82F47">
      <w:pPr>
        <w:pStyle w:val="Heading2"/>
      </w:pPr>
      <w:r>
        <w:t xml:space="preserve">Press &amp; </w:t>
      </w:r>
      <w:proofErr w:type="spellStart"/>
      <w:r>
        <w:t>Återerövring</w:t>
      </w:r>
      <w:proofErr w:type="spellEnd"/>
    </w:p>
    <w:p w14:paraId="0BE4BF46" w14:textId="77777777" w:rsidR="006B3BE5" w:rsidRDefault="00C82F47">
      <w:pPr>
        <w:pStyle w:val="ListBullet"/>
      </w:pPr>
      <w:proofErr w:type="spellStart"/>
      <w:r>
        <w:t>Första</w:t>
      </w:r>
      <w:proofErr w:type="spellEnd"/>
      <w:r>
        <w:t xml:space="preserve"> press</w:t>
      </w:r>
    </w:p>
    <w:p w14:paraId="618AA237" w14:textId="77777777" w:rsidR="006B3BE5" w:rsidRDefault="00C82F47">
      <w:pPr>
        <w:pStyle w:val="ListBullet"/>
      </w:pPr>
      <w:proofErr w:type="spellStart"/>
      <w:r>
        <w:t>Understöd</w:t>
      </w:r>
      <w:proofErr w:type="spellEnd"/>
      <w:r>
        <w:t>/</w:t>
      </w:r>
      <w:proofErr w:type="spellStart"/>
      <w:r>
        <w:t>täckning</w:t>
      </w:r>
      <w:proofErr w:type="spellEnd"/>
    </w:p>
    <w:p w14:paraId="1E7E0441" w14:textId="77777777" w:rsidR="006B3BE5" w:rsidRDefault="00C82F47">
      <w:pPr>
        <w:pStyle w:val="ListBullet"/>
      </w:pPr>
      <w:proofErr w:type="spellStart"/>
      <w:r>
        <w:lastRenderedPageBreak/>
        <w:t>Återerövringsfönster</w:t>
      </w:r>
      <w:proofErr w:type="spellEnd"/>
    </w:p>
    <w:p w14:paraId="6375F725" w14:textId="77777777" w:rsidR="006B3BE5" w:rsidRDefault="00C82F47">
      <w:pPr>
        <w:pStyle w:val="Heading2"/>
      </w:pPr>
      <w:r>
        <w:t xml:space="preserve">Sista </w:t>
      </w:r>
      <w:proofErr w:type="spellStart"/>
      <w:r>
        <w:t>tredjedelen</w:t>
      </w:r>
      <w:proofErr w:type="spellEnd"/>
      <w:r>
        <w:t xml:space="preserve"> &amp; </w:t>
      </w:r>
      <w:proofErr w:type="spellStart"/>
      <w:r>
        <w:t>avslut</w:t>
      </w:r>
      <w:proofErr w:type="spellEnd"/>
    </w:p>
    <w:p w14:paraId="3F9735DC" w14:textId="77777777" w:rsidR="006B3BE5" w:rsidRDefault="00C82F47">
      <w:pPr>
        <w:pStyle w:val="ListBullet"/>
      </w:pPr>
      <w:proofErr w:type="spellStart"/>
      <w:r>
        <w:t>Kombinationer</w:t>
      </w:r>
      <w:proofErr w:type="spellEnd"/>
      <w:r>
        <w:t xml:space="preserve">: </w:t>
      </w:r>
      <w:proofErr w:type="spellStart"/>
      <w:r>
        <w:t>väggspel</w:t>
      </w:r>
      <w:proofErr w:type="spellEnd"/>
      <w:r>
        <w:t xml:space="preserve">, </w:t>
      </w:r>
      <w:proofErr w:type="spellStart"/>
      <w:r>
        <w:t>överlapp</w:t>
      </w:r>
      <w:proofErr w:type="spellEnd"/>
    </w:p>
    <w:p w14:paraId="26FA1696" w14:textId="77777777" w:rsidR="006B3BE5" w:rsidRDefault="00C82F47">
      <w:pPr>
        <w:pStyle w:val="ListBullet"/>
      </w:pPr>
      <w:proofErr w:type="spellStart"/>
      <w:r>
        <w:t>Avslutsteknik</w:t>
      </w:r>
      <w:proofErr w:type="spellEnd"/>
    </w:p>
    <w:p w14:paraId="63412DEA" w14:textId="77777777" w:rsidR="006B3BE5" w:rsidRDefault="00C82F47">
      <w:pPr>
        <w:pStyle w:val="ListBullet"/>
      </w:pPr>
      <w:proofErr w:type="spellStart"/>
      <w:r>
        <w:t>Inlöp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boxen</w:t>
      </w:r>
    </w:p>
    <w:p w14:paraId="568B5767" w14:textId="77777777" w:rsidR="006B3BE5" w:rsidRDefault="00C82F47">
      <w:pPr>
        <w:pStyle w:val="Heading2"/>
      </w:pPr>
      <w:proofErr w:type="spellStart"/>
      <w:r>
        <w:t>Individuell</w:t>
      </w:r>
      <w:proofErr w:type="spellEnd"/>
      <w:r>
        <w:t xml:space="preserve"> </w:t>
      </w:r>
      <w:proofErr w:type="spellStart"/>
      <w:r>
        <w:t>teknik</w:t>
      </w:r>
      <w:proofErr w:type="spellEnd"/>
    </w:p>
    <w:p w14:paraId="3AA4EBC0" w14:textId="77777777" w:rsidR="006B3BE5" w:rsidRDefault="00C82F47">
      <w:pPr>
        <w:pStyle w:val="ListBullet"/>
      </w:pPr>
      <w:proofErr w:type="spellStart"/>
      <w:r>
        <w:t>Första</w:t>
      </w:r>
      <w:proofErr w:type="spellEnd"/>
      <w:r>
        <w:t xml:space="preserve"> touch</w:t>
      </w:r>
    </w:p>
    <w:p w14:paraId="63F4FCB7" w14:textId="77777777" w:rsidR="006B3BE5" w:rsidRDefault="00C82F47">
      <w:pPr>
        <w:pStyle w:val="ListBullet"/>
      </w:pPr>
      <w:proofErr w:type="spellStart"/>
      <w:r>
        <w:t>Driva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skydda</w:t>
      </w:r>
      <w:proofErr w:type="spellEnd"/>
    </w:p>
    <w:p w14:paraId="488FDBC3" w14:textId="77777777" w:rsidR="006B3BE5" w:rsidRDefault="00C82F47">
      <w:pPr>
        <w:pStyle w:val="ListBullet"/>
      </w:pPr>
      <w:r>
        <w:t xml:space="preserve">1v1 </w:t>
      </w:r>
      <w:proofErr w:type="spellStart"/>
      <w:r>
        <w:t>offensivt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defensivt</w:t>
      </w:r>
      <w:proofErr w:type="spellEnd"/>
    </w:p>
    <w:p w14:paraId="51EE952A" w14:textId="77777777" w:rsidR="006B3BE5" w:rsidRDefault="00C82F47">
      <w:pPr>
        <w:pStyle w:val="ListBullet"/>
      </w:pPr>
      <w:proofErr w:type="spellStart"/>
      <w:r>
        <w:t>Passningskvalitet</w:t>
      </w:r>
      <w:proofErr w:type="spellEnd"/>
    </w:p>
    <w:p w14:paraId="48DD577B" w14:textId="77777777" w:rsidR="006B3BE5" w:rsidRDefault="00C82F47">
      <w:pPr>
        <w:pStyle w:val="Heading2"/>
      </w:pPr>
      <w:proofErr w:type="spellStart"/>
      <w:r>
        <w:t>Kommunikation</w:t>
      </w:r>
      <w:proofErr w:type="spellEnd"/>
      <w:r>
        <w:t xml:space="preserve"> &amp; </w:t>
      </w:r>
      <w:proofErr w:type="spellStart"/>
      <w:r>
        <w:t>beslutsfattande</w:t>
      </w:r>
      <w:proofErr w:type="spellEnd"/>
    </w:p>
    <w:p w14:paraId="6E71E0BF" w14:textId="77777777" w:rsidR="006B3BE5" w:rsidRDefault="00C82F47">
      <w:pPr>
        <w:pStyle w:val="ListBullet"/>
      </w:pPr>
      <w:proofErr w:type="spellStart"/>
      <w:r>
        <w:t>Nyckelord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planen</w:t>
      </w:r>
      <w:proofErr w:type="spellEnd"/>
    </w:p>
    <w:p w14:paraId="21C80224" w14:textId="77777777" w:rsidR="006B3BE5" w:rsidRDefault="00C82F47">
      <w:pPr>
        <w:pStyle w:val="ListBullet"/>
      </w:pPr>
      <w:proofErr w:type="spellStart"/>
      <w:r>
        <w:t>Scanna</w:t>
      </w:r>
      <w:proofErr w:type="spellEnd"/>
      <w:r>
        <w:t xml:space="preserve"> </w:t>
      </w:r>
      <w:proofErr w:type="spellStart"/>
      <w:r>
        <w:t>före</w:t>
      </w:r>
      <w:proofErr w:type="spellEnd"/>
      <w:r>
        <w:t xml:space="preserve"> </w:t>
      </w:r>
      <w:proofErr w:type="spellStart"/>
      <w:r>
        <w:t>mottagning</w:t>
      </w:r>
      <w:proofErr w:type="spellEnd"/>
    </w:p>
    <w:p w14:paraId="1106D135" w14:textId="77777777" w:rsidR="006B3BE5" w:rsidRDefault="00C82F47">
      <w:pPr>
        <w:pStyle w:val="ListBullet"/>
      </w:pPr>
      <w:r>
        <w:t xml:space="preserve">Val: </w:t>
      </w:r>
      <w:proofErr w:type="spellStart"/>
      <w:r>
        <w:t>passa</w:t>
      </w:r>
      <w:proofErr w:type="spellEnd"/>
      <w:r>
        <w:t>/</w:t>
      </w:r>
      <w:proofErr w:type="spellStart"/>
      <w:r>
        <w:t>dribbla</w:t>
      </w:r>
      <w:proofErr w:type="spellEnd"/>
      <w:r>
        <w:t>/</w:t>
      </w:r>
      <w:proofErr w:type="spellStart"/>
      <w:r>
        <w:t>avsluta</w:t>
      </w:r>
      <w:proofErr w:type="spellEnd"/>
    </w:p>
    <w:p w14:paraId="4D94A596" w14:textId="77777777" w:rsidR="006B3BE5" w:rsidRDefault="00C82F47">
      <w:pPr>
        <w:pStyle w:val="Heading1"/>
      </w:pPr>
      <w:proofErr w:type="spellStart"/>
      <w:r>
        <w:t>Övningsbank</w:t>
      </w:r>
      <w:proofErr w:type="spellEnd"/>
      <w:r>
        <w:t xml:space="preserve"> (</w:t>
      </w:r>
      <w:proofErr w:type="spellStart"/>
      <w:r>
        <w:t>kortfattat</w:t>
      </w:r>
      <w:proofErr w:type="spellEnd"/>
      <w:r>
        <w:t>)</w:t>
      </w:r>
    </w:p>
    <w:p w14:paraId="5AA14255" w14:textId="77777777" w:rsidR="006B3BE5" w:rsidRPr="009C00BF" w:rsidRDefault="00C82F47">
      <w:pPr>
        <w:pStyle w:val="ListBullet"/>
        <w:rPr>
          <w:lang w:val="sv-SE"/>
        </w:rPr>
      </w:pPr>
      <w:r w:rsidRPr="009C00BF">
        <w:rPr>
          <w:lang w:val="sv-SE"/>
        </w:rPr>
        <w:t>Rondo 4v2 / 5v2 – passningskvalitet, spelbarhet, första touch</w:t>
      </w:r>
    </w:p>
    <w:p w14:paraId="777AA4B9" w14:textId="77777777" w:rsidR="006B3BE5" w:rsidRPr="009C00BF" w:rsidRDefault="00C82F47">
      <w:pPr>
        <w:pStyle w:val="ListBullet"/>
        <w:rPr>
          <w:lang w:val="sv-SE"/>
        </w:rPr>
      </w:pPr>
      <w:r w:rsidRPr="009C00BF">
        <w:rPr>
          <w:lang w:val="sv-SE"/>
        </w:rPr>
        <w:t>4-zoners spel – byta kant och skapa bredd</w:t>
      </w:r>
    </w:p>
    <w:p w14:paraId="370E31FD" w14:textId="77777777" w:rsidR="006B3BE5" w:rsidRDefault="00C82F47">
      <w:pPr>
        <w:pStyle w:val="ListBullet"/>
      </w:pPr>
      <w:proofErr w:type="spellStart"/>
      <w:r>
        <w:t>Uppspel</w:t>
      </w:r>
      <w:proofErr w:type="spellEnd"/>
      <w:r>
        <w:t xml:space="preserve"> </w:t>
      </w:r>
      <w:proofErr w:type="spellStart"/>
      <w:r>
        <w:t>från</w:t>
      </w:r>
      <w:proofErr w:type="spellEnd"/>
      <w:r>
        <w:t xml:space="preserve"> </w:t>
      </w:r>
      <w:proofErr w:type="spellStart"/>
      <w:r>
        <w:t>målvakt</w:t>
      </w:r>
      <w:proofErr w:type="spellEnd"/>
      <w:r>
        <w:t xml:space="preserve"> – </w:t>
      </w:r>
      <w:proofErr w:type="spellStart"/>
      <w:r>
        <w:t>bygga</w:t>
      </w:r>
      <w:proofErr w:type="spellEnd"/>
      <w:r>
        <w:t xml:space="preserve"> </w:t>
      </w:r>
      <w:proofErr w:type="spellStart"/>
      <w:r>
        <w:t>bakifrån</w:t>
      </w:r>
      <w:proofErr w:type="spellEnd"/>
    </w:p>
    <w:p w14:paraId="36A0763A" w14:textId="77777777" w:rsidR="006B3BE5" w:rsidRDefault="00C82F47">
      <w:pPr>
        <w:pStyle w:val="ListBullet"/>
      </w:pPr>
      <w:proofErr w:type="spellStart"/>
      <w:r>
        <w:t>Återerövringsspel</w:t>
      </w:r>
      <w:proofErr w:type="spellEnd"/>
      <w:r>
        <w:t xml:space="preserve"> – </w:t>
      </w:r>
      <w:proofErr w:type="spellStart"/>
      <w:r>
        <w:t>vinna</w:t>
      </w:r>
      <w:proofErr w:type="spellEnd"/>
      <w:r>
        <w:t xml:space="preserve"> boll </w:t>
      </w:r>
      <w:proofErr w:type="spellStart"/>
      <w:r>
        <w:t>snabbt</w:t>
      </w:r>
      <w:proofErr w:type="spellEnd"/>
    </w:p>
    <w:p w14:paraId="44E45534" w14:textId="77777777" w:rsidR="006B3BE5" w:rsidRDefault="00C82F47">
      <w:pPr>
        <w:pStyle w:val="ListBullet"/>
      </w:pPr>
      <w:proofErr w:type="spellStart"/>
      <w:r>
        <w:t>Kombinationsspel</w:t>
      </w:r>
      <w:proofErr w:type="spellEnd"/>
      <w:r>
        <w:t xml:space="preserve"> </w:t>
      </w:r>
      <w:proofErr w:type="spellStart"/>
      <w:r>
        <w:t>sista</w:t>
      </w:r>
      <w:proofErr w:type="spellEnd"/>
      <w:r>
        <w:t xml:space="preserve"> </w:t>
      </w:r>
      <w:proofErr w:type="spellStart"/>
      <w:r>
        <w:t>tredjedel</w:t>
      </w:r>
      <w:proofErr w:type="spellEnd"/>
      <w:r>
        <w:t xml:space="preserve"> – </w:t>
      </w:r>
      <w:proofErr w:type="spellStart"/>
      <w:r>
        <w:t>vägg</w:t>
      </w:r>
      <w:proofErr w:type="spellEnd"/>
      <w:r>
        <w:t>/</w:t>
      </w:r>
      <w:proofErr w:type="spellStart"/>
      <w:r>
        <w:t>överlapp</w:t>
      </w:r>
      <w:proofErr w:type="spellEnd"/>
    </w:p>
    <w:p w14:paraId="06A58655" w14:textId="77777777" w:rsidR="006B3BE5" w:rsidRDefault="00C82F47">
      <w:pPr>
        <w:pStyle w:val="ListBullet"/>
      </w:pPr>
      <w:r>
        <w:t xml:space="preserve">1v1 </w:t>
      </w:r>
      <w:proofErr w:type="spellStart"/>
      <w:r>
        <w:t>offensivt</w:t>
      </w:r>
      <w:proofErr w:type="spellEnd"/>
      <w:r>
        <w:t>/</w:t>
      </w:r>
      <w:proofErr w:type="spellStart"/>
      <w:r>
        <w:t>defensivt</w:t>
      </w:r>
      <w:proofErr w:type="spellEnd"/>
      <w:r>
        <w:t xml:space="preserve"> – </w:t>
      </w:r>
      <w:proofErr w:type="spellStart"/>
      <w:r>
        <w:t>individuell</w:t>
      </w:r>
      <w:proofErr w:type="spellEnd"/>
      <w:r>
        <w:t xml:space="preserve"> </w:t>
      </w:r>
      <w:proofErr w:type="spellStart"/>
      <w:r>
        <w:t>skicklighet</w:t>
      </w:r>
      <w:proofErr w:type="spellEnd"/>
    </w:p>
    <w:p w14:paraId="50005F7C" w14:textId="77777777" w:rsidR="00655927" w:rsidRDefault="00655927" w:rsidP="00655927">
      <w:pPr>
        <w:pStyle w:val="ListBullet"/>
        <w:numPr>
          <w:ilvl w:val="0"/>
          <w:numId w:val="0"/>
        </w:numPr>
        <w:ind w:left="360" w:hanging="360"/>
      </w:pPr>
    </w:p>
    <w:p w14:paraId="15FCB2EB" w14:textId="7835BC9B" w:rsidR="00655927" w:rsidRDefault="00655927" w:rsidP="00655927">
      <w:pPr>
        <w:pStyle w:val="ListBullet"/>
        <w:numPr>
          <w:ilvl w:val="0"/>
          <w:numId w:val="0"/>
        </w:numPr>
        <w:ind w:left="360" w:hanging="36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proofErr w:type="spellStart"/>
      <w:r w:rsidRPr="00181E26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Övningsbank</w:t>
      </w:r>
      <w:proofErr w:type="spellEnd"/>
      <w:r w:rsidRPr="00181E26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 xml:space="preserve"> </w:t>
      </w:r>
      <w:proofErr w:type="spellStart"/>
      <w:r w:rsidR="00181E26" w:rsidRPr="00181E26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fotbollsfys</w:t>
      </w:r>
      <w:proofErr w:type="spellEnd"/>
    </w:p>
    <w:p w14:paraId="146AFAED" w14:textId="689DBA20" w:rsidR="00D43EE0" w:rsidRPr="00B27BCE" w:rsidRDefault="00D43EE0" w:rsidP="00D43EE0">
      <w:pPr>
        <w:pStyle w:val="ListBullet"/>
        <w:rPr>
          <w:lang w:val="sv-SE"/>
        </w:rPr>
      </w:pPr>
      <w:r w:rsidRPr="00B27BCE">
        <w:rPr>
          <w:lang w:val="sv-SE"/>
        </w:rPr>
        <w:t>Spegelövningar</w:t>
      </w:r>
      <w:r w:rsidR="00B27BCE" w:rsidRPr="00B27BCE">
        <w:rPr>
          <w:lang w:val="sv-SE"/>
        </w:rPr>
        <w:t>. Spegel med boll (de</w:t>
      </w:r>
      <w:r w:rsidR="00B27BCE">
        <w:rPr>
          <w:lang w:val="sv-SE"/>
        </w:rPr>
        <w:t xml:space="preserve">n som speglar sig behöver </w:t>
      </w:r>
      <w:r w:rsidR="00DF04A5">
        <w:rPr>
          <w:lang w:val="sv-SE"/>
        </w:rPr>
        <w:t>hålla blicken uppe)</w:t>
      </w:r>
    </w:p>
    <w:p w14:paraId="3219CCDD" w14:textId="61EFD88F" w:rsidR="00D43EE0" w:rsidRDefault="00D43EE0" w:rsidP="00D43EE0">
      <w:pPr>
        <w:pStyle w:val="ListBullet"/>
      </w:pPr>
      <w:proofErr w:type="spellStart"/>
      <w:r>
        <w:t>Stafetter</w:t>
      </w:r>
      <w:proofErr w:type="spellEnd"/>
      <w:r>
        <w:t>/</w:t>
      </w:r>
      <w:proofErr w:type="spellStart"/>
      <w:r>
        <w:t>hinderbanor</w:t>
      </w:r>
      <w:proofErr w:type="spellEnd"/>
    </w:p>
    <w:p w14:paraId="307251B5" w14:textId="553E4F5D" w:rsidR="00D43EE0" w:rsidRDefault="001A3DC2" w:rsidP="00D43EE0">
      <w:pPr>
        <w:pStyle w:val="ListBullet"/>
        <w:rPr>
          <w:lang w:val="sv-SE"/>
        </w:rPr>
      </w:pPr>
      <w:proofErr w:type="spellStart"/>
      <w:r w:rsidRPr="001A3DC2">
        <w:rPr>
          <w:lang w:val="sv-SE"/>
        </w:rPr>
        <w:t>Fys</w:t>
      </w:r>
      <w:proofErr w:type="spellEnd"/>
      <w:r w:rsidRPr="001A3DC2">
        <w:rPr>
          <w:lang w:val="sv-SE"/>
        </w:rPr>
        <w:t xml:space="preserve"> </w:t>
      </w:r>
      <w:proofErr w:type="spellStart"/>
      <w:r w:rsidRPr="001A3DC2">
        <w:rPr>
          <w:lang w:val="sv-SE"/>
        </w:rPr>
        <w:t>inkl</w:t>
      </w:r>
      <w:proofErr w:type="spellEnd"/>
      <w:r w:rsidRPr="001A3DC2">
        <w:rPr>
          <w:lang w:val="sv-SE"/>
        </w:rPr>
        <w:t xml:space="preserve"> hopp, utfall, pla</w:t>
      </w:r>
      <w:r>
        <w:rPr>
          <w:lang w:val="sv-SE"/>
        </w:rPr>
        <w:t>nkor, knäkontroll</w:t>
      </w:r>
    </w:p>
    <w:p w14:paraId="0B7E3E0A" w14:textId="137C1187" w:rsidR="001A3DC2" w:rsidRPr="001A3DC2" w:rsidRDefault="001A3DC2" w:rsidP="00D43EE0">
      <w:pPr>
        <w:pStyle w:val="ListBullet"/>
        <w:rPr>
          <w:lang w:val="sv-SE"/>
        </w:rPr>
      </w:pPr>
      <w:r>
        <w:rPr>
          <w:lang w:val="sv-SE"/>
        </w:rPr>
        <w:t xml:space="preserve">Koordination - </w:t>
      </w:r>
    </w:p>
    <w:p w14:paraId="557D9CC7" w14:textId="77777777" w:rsidR="0047426A" w:rsidRPr="001A3DC2" w:rsidRDefault="0047426A" w:rsidP="0047426A">
      <w:pPr>
        <w:pStyle w:val="ListBullet"/>
        <w:numPr>
          <w:ilvl w:val="0"/>
          <w:numId w:val="0"/>
        </w:numPr>
        <w:ind w:left="360" w:hanging="36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sv-SE"/>
        </w:rPr>
      </w:pPr>
    </w:p>
    <w:p w14:paraId="171F2793" w14:textId="77777777" w:rsidR="006B3BE5" w:rsidRDefault="00C82F47">
      <w:pPr>
        <w:pStyle w:val="Heading1"/>
      </w:pPr>
      <w:proofErr w:type="spellStart"/>
      <w:r>
        <w:t>Nyckelbeteenden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</w:t>
      </w:r>
      <w:proofErr w:type="spellStart"/>
      <w:r>
        <w:t>observera</w:t>
      </w:r>
      <w:proofErr w:type="spellEnd"/>
    </w:p>
    <w:p w14:paraId="213DEAD3" w14:textId="77777777" w:rsidR="006B3BE5" w:rsidRDefault="00C82F47">
      <w:pPr>
        <w:pStyle w:val="ListBullet"/>
      </w:pPr>
      <w:r>
        <w:t xml:space="preserve">Antal </w:t>
      </w:r>
      <w:proofErr w:type="spellStart"/>
      <w:r>
        <w:t>lyckade</w:t>
      </w:r>
      <w:proofErr w:type="spellEnd"/>
      <w:r>
        <w:t xml:space="preserve"> </w:t>
      </w:r>
      <w:proofErr w:type="spellStart"/>
      <w:r>
        <w:t>kantbyten</w:t>
      </w:r>
      <w:proofErr w:type="spellEnd"/>
      <w:r>
        <w:t xml:space="preserve"> per match</w:t>
      </w:r>
    </w:p>
    <w:p w14:paraId="5F6671DF" w14:textId="77777777" w:rsidR="006B3BE5" w:rsidRPr="009C00BF" w:rsidRDefault="00C82F47">
      <w:pPr>
        <w:pStyle w:val="ListBullet"/>
        <w:rPr>
          <w:lang w:val="sv-SE"/>
        </w:rPr>
      </w:pPr>
      <w:r w:rsidRPr="009C00BF">
        <w:rPr>
          <w:lang w:val="sv-SE"/>
        </w:rPr>
        <w:t>Andel uppspel från målvakt som leder till kontrollerad spelprogression</w:t>
      </w:r>
    </w:p>
    <w:p w14:paraId="782B7451" w14:textId="77777777" w:rsidR="006B3BE5" w:rsidRDefault="00C82F47">
      <w:pPr>
        <w:pStyle w:val="ListBullet"/>
      </w:pPr>
      <w:proofErr w:type="spellStart"/>
      <w:r>
        <w:t>Tid</w:t>
      </w:r>
      <w:proofErr w:type="spellEnd"/>
      <w:r>
        <w:t xml:space="preserve"> till </w:t>
      </w:r>
      <w:proofErr w:type="spellStart"/>
      <w:r>
        <w:t>återerövring</w:t>
      </w:r>
      <w:proofErr w:type="spellEnd"/>
      <w:r>
        <w:t xml:space="preserve"> </w:t>
      </w:r>
      <w:proofErr w:type="spellStart"/>
      <w:r>
        <w:t>efter</w:t>
      </w:r>
      <w:proofErr w:type="spellEnd"/>
      <w:r>
        <w:t xml:space="preserve"> </w:t>
      </w:r>
      <w:proofErr w:type="spellStart"/>
      <w:r>
        <w:t>bolltapp</w:t>
      </w:r>
      <w:proofErr w:type="spellEnd"/>
    </w:p>
    <w:p w14:paraId="361A2E61" w14:textId="77777777" w:rsidR="006B3BE5" w:rsidRPr="009C00BF" w:rsidRDefault="00C82F47">
      <w:pPr>
        <w:pStyle w:val="ListBullet"/>
        <w:rPr>
          <w:lang w:val="sv-SE"/>
        </w:rPr>
      </w:pPr>
      <w:r w:rsidRPr="009C00BF">
        <w:rPr>
          <w:lang w:val="sv-SE"/>
        </w:rPr>
        <w:t>Andel mottagningar i fart riktade bort från press</w:t>
      </w:r>
    </w:p>
    <w:p w14:paraId="257208E5" w14:textId="77777777" w:rsidR="006B3BE5" w:rsidRPr="009C00BF" w:rsidRDefault="00C82F47">
      <w:pPr>
        <w:pStyle w:val="ListBullet"/>
        <w:rPr>
          <w:lang w:val="sv-SE"/>
        </w:rPr>
      </w:pPr>
      <w:r w:rsidRPr="009C00BF">
        <w:rPr>
          <w:lang w:val="sv-SE"/>
        </w:rPr>
        <w:t>Antal kombinationer som leder till avslut</w:t>
      </w:r>
    </w:p>
    <w:p w14:paraId="22CC01E0" w14:textId="77777777" w:rsidR="006B3BE5" w:rsidRDefault="00C82F47">
      <w:pPr>
        <w:pStyle w:val="Heading1"/>
      </w:pPr>
      <w:proofErr w:type="spellStart"/>
      <w:r>
        <w:lastRenderedPageBreak/>
        <w:t>Matchdag</w:t>
      </w:r>
      <w:proofErr w:type="spellEnd"/>
      <w:r>
        <w:t xml:space="preserve"> – </w:t>
      </w:r>
      <w:proofErr w:type="spellStart"/>
      <w:r>
        <w:t>riktlinjer</w:t>
      </w:r>
      <w:proofErr w:type="spellEnd"/>
    </w:p>
    <w:p w14:paraId="0770A933" w14:textId="77777777" w:rsidR="006B3BE5" w:rsidRPr="009C00BF" w:rsidRDefault="00C82F47">
      <w:pPr>
        <w:pStyle w:val="ListBullet"/>
        <w:rPr>
          <w:lang w:val="sv-SE"/>
        </w:rPr>
      </w:pPr>
      <w:r w:rsidRPr="009C00BF">
        <w:rPr>
          <w:lang w:val="sv-SE"/>
        </w:rPr>
        <w:t>Igångsättning: försök markpassning via backar innan längre alternativ</w:t>
      </w:r>
    </w:p>
    <w:p w14:paraId="0817AD32" w14:textId="77777777" w:rsidR="006B3BE5" w:rsidRPr="009C00BF" w:rsidRDefault="00C82F47">
      <w:pPr>
        <w:pStyle w:val="ListBullet"/>
        <w:rPr>
          <w:lang w:val="sv-SE"/>
        </w:rPr>
      </w:pPr>
      <w:r w:rsidRPr="009C00BF">
        <w:rPr>
          <w:lang w:val="sv-SE"/>
        </w:rPr>
        <w:t>Kommunikation: använd nyckelord (vänd, tid, press)</w:t>
      </w:r>
    </w:p>
    <w:p w14:paraId="0F5C1C54" w14:textId="77777777" w:rsidR="006B3BE5" w:rsidRPr="009C00BF" w:rsidRDefault="00C82F47">
      <w:pPr>
        <w:pStyle w:val="ListBullet"/>
        <w:rPr>
          <w:lang w:val="sv-SE"/>
        </w:rPr>
      </w:pPr>
      <w:r w:rsidRPr="009C00BF">
        <w:rPr>
          <w:lang w:val="sv-SE"/>
        </w:rPr>
        <w:t>Byta kant minst en gång i varje uppspelsförsök</w:t>
      </w:r>
    </w:p>
    <w:p w14:paraId="5BB768BA" w14:textId="77777777" w:rsidR="006B3BE5" w:rsidRPr="009C00BF" w:rsidRDefault="00C82F47">
      <w:pPr>
        <w:pStyle w:val="ListBullet"/>
        <w:rPr>
          <w:lang w:val="sv-SE"/>
        </w:rPr>
      </w:pPr>
      <w:r w:rsidRPr="009C00BF">
        <w:rPr>
          <w:lang w:val="sv-SE"/>
        </w:rPr>
        <w:t>Efter bolltapp: pressa, understöd, täck – inom 5–8 sek</w:t>
      </w:r>
    </w:p>
    <w:p w14:paraId="263999D6" w14:textId="77777777" w:rsidR="006B3BE5" w:rsidRPr="009C00BF" w:rsidRDefault="00C82F47">
      <w:pPr>
        <w:pStyle w:val="ListBullet"/>
        <w:rPr>
          <w:lang w:val="sv-SE"/>
        </w:rPr>
      </w:pPr>
      <w:r w:rsidRPr="009C00BF">
        <w:rPr>
          <w:lang w:val="sv-SE"/>
        </w:rPr>
        <w:t>Efter eget avslut: säkra återerövring för andraboll</w:t>
      </w:r>
    </w:p>
    <w:p w14:paraId="0ACF80A9" w14:textId="77777777" w:rsidR="006B3BE5" w:rsidRDefault="00C82F47">
      <w:pPr>
        <w:pStyle w:val="Heading1"/>
      </w:pPr>
      <w:proofErr w:type="spellStart"/>
      <w:r>
        <w:t>Utvärdering</w:t>
      </w:r>
      <w:proofErr w:type="spellEnd"/>
      <w:r>
        <w:t xml:space="preserve"> &amp; </w:t>
      </w:r>
      <w:proofErr w:type="spellStart"/>
      <w:r>
        <w:t>Individuella</w:t>
      </w:r>
      <w:proofErr w:type="spellEnd"/>
      <w:r>
        <w:t xml:space="preserve"> </w:t>
      </w:r>
      <w:proofErr w:type="spellStart"/>
      <w:r>
        <w:t>mål</w:t>
      </w:r>
      <w:proofErr w:type="spellEnd"/>
    </w:p>
    <w:p w14:paraId="558785AC" w14:textId="77777777" w:rsidR="006B3BE5" w:rsidRPr="009C00BF" w:rsidRDefault="00C82F47">
      <w:pPr>
        <w:pStyle w:val="ListBullet"/>
        <w:rPr>
          <w:lang w:val="sv-SE"/>
        </w:rPr>
      </w:pPr>
      <w:r w:rsidRPr="009C00BF">
        <w:rPr>
          <w:lang w:val="sv-SE"/>
        </w:rPr>
        <w:t>Kvartalsvis mini-avstämning (mar/jun/sep/dec)</w:t>
      </w:r>
    </w:p>
    <w:p w14:paraId="4B1FECC1" w14:textId="77777777" w:rsidR="006B3BE5" w:rsidRDefault="00C82F47">
      <w:pPr>
        <w:pStyle w:val="ListBullet"/>
      </w:pPr>
      <w:proofErr w:type="spellStart"/>
      <w:r>
        <w:t>Individkorten</w:t>
      </w:r>
      <w:proofErr w:type="spellEnd"/>
      <w:r>
        <w:t xml:space="preserve">: 1–2 </w:t>
      </w:r>
      <w:proofErr w:type="spellStart"/>
      <w:r>
        <w:t>konkreta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per </w:t>
      </w:r>
      <w:proofErr w:type="spellStart"/>
      <w:r>
        <w:t>spelare</w:t>
      </w:r>
      <w:proofErr w:type="spellEnd"/>
    </w:p>
    <w:p w14:paraId="22CA76B7" w14:textId="77777777" w:rsidR="006B3BE5" w:rsidRPr="009C00BF" w:rsidRDefault="00C82F47">
      <w:pPr>
        <w:pStyle w:val="ListBullet"/>
        <w:rPr>
          <w:lang w:val="sv-SE"/>
        </w:rPr>
      </w:pPr>
      <w:r w:rsidRPr="009C00BF">
        <w:rPr>
          <w:lang w:val="sv-SE"/>
        </w:rPr>
        <w:t>Filma korta klipp för positiv återkoppling</w:t>
      </w:r>
    </w:p>
    <w:sectPr w:rsidR="006B3BE5" w:rsidRPr="009C00B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76254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FD2652F"/>
    <w:multiLevelType w:val="hybridMultilevel"/>
    <w:tmpl w:val="1C72C80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728945">
    <w:abstractNumId w:val="8"/>
  </w:num>
  <w:num w:numId="2" w16cid:durableId="674377699">
    <w:abstractNumId w:val="6"/>
  </w:num>
  <w:num w:numId="3" w16cid:durableId="268313816">
    <w:abstractNumId w:val="5"/>
  </w:num>
  <w:num w:numId="4" w16cid:durableId="1216044960">
    <w:abstractNumId w:val="4"/>
  </w:num>
  <w:num w:numId="5" w16cid:durableId="360715633">
    <w:abstractNumId w:val="7"/>
  </w:num>
  <w:num w:numId="6" w16cid:durableId="140931582">
    <w:abstractNumId w:val="3"/>
  </w:num>
  <w:num w:numId="7" w16cid:durableId="509680022">
    <w:abstractNumId w:val="2"/>
  </w:num>
  <w:num w:numId="8" w16cid:durableId="1370765328">
    <w:abstractNumId w:val="1"/>
  </w:num>
  <w:num w:numId="9" w16cid:durableId="835800609">
    <w:abstractNumId w:val="0"/>
  </w:num>
  <w:num w:numId="10" w16cid:durableId="1279290785">
    <w:abstractNumId w:val="8"/>
  </w:num>
  <w:num w:numId="11" w16cid:durableId="11855577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38A"/>
    <w:rsid w:val="0006063C"/>
    <w:rsid w:val="000A621B"/>
    <w:rsid w:val="00126E32"/>
    <w:rsid w:val="00133288"/>
    <w:rsid w:val="0015074B"/>
    <w:rsid w:val="00181E26"/>
    <w:rsid w:val="001A3DC2"/>
    <w:rsid w:val="00246449"/>
    <w:rsid w:val="0025128D"/>
    <w:rsid w:val="00281D9C"/>
    <w:rsid w:val="0029639D"/>
    <w:rsid w:val="00326F90"/>
    <w:rsid w:val="003917AD"/>
    <w:rsid w:val="0047426A"/>
    <w:rsid w:val="00546962"/>
    <w:rsid w:val="005A3CEB"/>
    <w:rsid w:val="00636F37"/>
    <w:rsid w:val="00655927"/>
    <w:rsid w:val="0066018B"/>
    <w:rsid w:val="006B3BE5"/>
    <w:rsid w:val="007900DE"/>
    <w:rsid w:val="007F0FE9"/>
    <w:rsid w:val="007F1095"/>
    <w:rsid w:val="00922A53"/>
    <w:rsid w:val="009C00BF"/>
    <w:rsid w:val="00AA1D8D"/>
    <w:rsid w:val="00B14DC2"/>
    <w:rsid w:val="00B27BCE"/>
    <w:rsid w:val="00B47730"/>
    <w:rsid w:val="00B64D3F"/>
    <w:rsid w:val="00B904A2"/>
    <w:rsid w:val="00BE6EB0"/>
    <w:rsid w:val="00C82F47"/>
    <w:rsid w:val="00CB0664"/>
    <w:rsid w:val="00CB7499"/>
    <w:rsid w:val="00D43EE0"/>
    <w:rsid w:val="00DC1CCE"/>
    <w:rsid w:val="00DC573B"/>
    <w:rsid w:val="00DD0755"/>
    <w:rsid w:val="00DD4172"/>
    <w:rsid w:val="00DF04A5"/>
    <w:rsid w:val="00ED3B5D"/>
    <w:rsid w:val="00FC693F"/>
    <w:rsid w:val="00FD4FBB"/>
    <w:rsid w:val="00FD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70D66F3"/>
  <w14:defaultImageDpi w14:val="300"/>
  <w15:docId w15:val="{E5C9AF9E-2C0C-4F9A-8BFF-F4FC75F7A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3908</TotalTime>
  <Pages>5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Passe Oskar (H&amp;M Sales: Global Sales)</cp:lastModifiedBy>
  <cp:revision>29</cp:revision>
  <dcterms:created xsi:type="dcterms:W3CDTF">2026-01-13T12:45:00Z</dcterms:created>
  <dcterms:modified xsi:type="dcterms:W3CDTF">2026-04-01T12:58:00Z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c8368e-30c4-491d-8b34-c5c9ec48e6ee_Enabled">
    <vt:lpwstr>true</vt:lpwstr>
  </property>
  <property fmtid="{D5CDD505-2E9C-101B-9397-08002B2CF9AE}" pid="3" name="MSIP_Label_2ac8368e-30c4-491d-8b34-c5c9ec48e6ee_SetDate">
    <vt:lpwstr>2026-01-13T12:42:25Z</vt:lpwstr>
  </property>
  <property fmtid="{D5CDD505-2E9C-101B-9397-08002B2CF9AE}" pid="4" name="MSIP_Label_2ac8368e-30c4-491d-8b34-c5c9ec48e6ee_Method">
    <vt:lpwstr>Privileged</vt:lpwstr>
  </property>
  <property fmtid="{D5CDD505-2E9C-101B-9397-08002B2CF9AE}" pid="5" name="MSIP_Label_2ac8368e-30c4-491d-8b34-c5c9ec48e6ee_Name">
    <vt:lpwstr>IDM - Public</vt:lpwstr>
  </property>
  <property fmtid="{D5CDD505-2E9C-101B-9397-08002B2CF9AE}" pid="6" name="MSIP_Label_2ac8368e-30c4-491d-8b34-c5c9ec48e6ee_SiteId">
    <vt:lpwstr>30f52344-4663-4c2e-bab3-61bf24ebbed8</vt:lpwstr>
  </property>
  <property fmtid="{D5CDD505-2E9C-101B-9397-08002B2CF9AE}" pid="7" name="MSIP_Label_2ac8368e-30c4-491d-8b34-c5c9ec48e6ee_ActionId">
    <vt:lpwstr>8449af68-b9ea-403a-9791-2c1e6a198695</vt:lpwstr>
  </property>
  <property fmtid="{D5CDD505-2E9C-101B-9397-08002B2CF9AE}" pid="8" name="MSIP_Label_2ac8368e-30c4-491d-8b34-c5c9ec48e6ee_ContentBits">
    <vt:lpwstr>0</vt:lpwstr>
  </property>
  <property fmtid="{D5CDD505-2E9C-101B-9397-08002B2CF9AE}" pid="9" name="MSIP_Label_2ac8368e-30c4-491d-8b34-c5c9ec48e6ee_Tag">
    <vt:lpwstr>10, 0, 1, 1</vt:lpwstr>
  </property>
</Properties>
</file>