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D839" w14:textId="77777777" w:rsidR="00B14CD4" w:rsidRPr="00BA4268" w:rsidRDefault="00000000">
      <w:pPr>
        <w:pStyle w:val="Heading1"/>
        <w:rPr>
          <w:lang w:val="sv-SE"/>
        </w:rPr>
      </w:pPr>
      <w:r w:rsidRPr="00BA4268">
        <w:rPr>
          <w:lang w:val="sv-SE"/>
        </w:rPr>
        <w:t>Enkel Individuell Utvecklingsplan (IUP)</w:t>
      </w:r>
    </w:p>
    <w:p w14:paraId="098CEA09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Spelarens namn: ___________________________________________</w:t>
      </w:r>
    </w:p>
    <w:p w14:paraId="7DFB2140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Position: ________________________________________________</w:t>
      </w:r>
    </w:p>
    <w:p w14:paraId="2637871E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Datum: _________________________________________________</w:t>
      </w:r>
    </w:p>
    <w:p w14:paraId="3B474EE8" w14:textId="704AB54B" w:rsidR="00B14CD4" w:rsidRPr="00BA4268" w:rsidRDefault="00000000">
      <w:pPr>
        <w:pStyle w:val="Heading2"/>
        <w:rPr>
          <w:lang w:val="sv-SE"/>
        </w:rPr>
      </w:pPr>
      <w:r w:rsidRPr="00BA4268">
        <w:rPr>
          <w:lang w:val="sv-SE"/>
        </w:rPr>
        <w:t>1. Mina styrkor</w:t>
      </w:r>
      <w:r w:rsidR="00BA4268">
        <w:rPr>
          <w:lang w:val="sv-SE"/>
        </w:rPr>
        <w:t>, kopplad till fotbollsaktioner i spelskede</w:t>
      </w:r>
    </w:p>
    <w:p w14:paraId="39AAFF49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- _________________________________________</w:t>
      </w:r>
    </w:p>
    <w:p w14:paraId="701067A9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- _________________________________________</w:t>
      </w:r>
    </w:p>
    <w:p w14:paraId="4065BDEC" w14:textId="5D115F56" w:rsidR="00B14CD4" w:rsidRPr="00BA4268" w:rsidRDefault="00BA4268">
      <w:pPr>
        <w:pStyle w:val="Heading2"/>
        <w:rPr>
          <w:lang w:val="sv-SE"/>
        </w:rPr>
      </w:pPr>
      <w:r>
        <w:rPr>
          <w:lang w:val="sv-SE"/>
        </w:rPr>
        <w:t>2. Fotbollsak</w:t>
      </w:r>
      <w:r>
        <w:rPr>
          <w:lang w:val="sv-SE"/>
        </w:rPr>
        <w:t>tioner</w:t>
      </w:r>
      <w:r>
        <w:rPr>
          <w:lang w:val="sv-SE"/>
        </w:rPr>
        <w:t xml:space="preserve"> jag vill utveckla</w:t>
      </w:r>
      <w:r>
        <w:rPr>
          <w:lang w:val="sv-SE"/>
        </w:rPr>
        <w:t xml:space="preserve"> i spelskede</w:t>
      </w:r>
    </w:p>
    <w:p w14:paraId="1A33E692" w14:textId="0DAC3574" w:rsidR="00B14CD4" w:rsidRDefault="00BA4268">
      <w:pPr>
        <w:rPr>
          <w:lang w:val="sv-SE"/>
        </w:rPr>
      </w:pPr>
      <w:r>
        <w:rPr>
          <w:lang w:val="sv-SE"/>
        </w:rPr>
        <w:t>Vad</w:t>
      </w:r>
      <w:r w:rsidR="00000000" w:rsidRPr="00BA4268">
        <w:rPr>
          <w:lang w:val="sv-SE"/>
        </w:rPr>
        <w:t>_________________________________________</w:t>
      </w:r>
    </w:p>
    <w:p w14:paraId="1FF9D776" w14:textId="77777777" w:rsidR="00BA4268" w:rsidRDefault="00BA4268" w:rsidP="00BA4268">
      <w:pPr>
        <w:rPr>
          <w:lang w:val="sv-SE"/>
        </w:rPr>
      </w:pPr>
      <w:r>
        <w:rPr>
          <w:lang w:val="sv-SE"/>
        </w:rPr>
        <w:t>Hur</w:t>
      </w:r>
      <w:r w:rsidRPr="00BA4268">
        <w:rPr>
          <w:lang w:val="sv-SE"/>
        </w:rPr>
        <w:t>_________________________________________</w:t>
      </w:r>
    </w:p>
    <w:p w14:paraId="5DEACF1E" w14:textId="288D44CC" w:rsidR="00BA4268" w:rsidRPr="00BA4268" w:rsidRDefault="00BA4268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sv-SE"/>
        </w:rPr>
      </w:pPr>
      <w:r w:rsidRPr="00BA4268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sv-SE"/>
        </w:rPr>
        <w:t>Mina individuella färdigheter som jag vill utveckla</w:t>
      </w:r>
    </w:p>
    <w:p w14:paraId="54212EBA" w14:textId="7D81F9CE" w:rsidR="00B14CD4" w:rsidRDefault="00BA4268">
      <w:pPr>
        <w:rPr>
          <w:lang w:val="sv-SE"/>
        </w:rPr>
      </w:pPr>
      <w:r>
        <w:rPr>
          <w:lang w:val="sv-SE"/>
        </w:rPr>
        <w:t>Vad</w:t>
      </w:r>
      <w:r w:rsidR="00000000" w:rsidRPr="00BA4268">
        <w:rPr>
          <w:lang w:val="sv-SE"/>
        </w:rPr>
        <w:t>_________________________________________</w:t>
      </w:r>
    </w:p>
    <w:p w14:paraId="4BEAF556" w14:textId="39688303" w:rsidR="00BA4268" w:rsidRPr="00BA4268" w:rsidRDefault="00BA4268" w:rsidP="00BA4268">
      <w:pPr>
        <w:rPr>
          <w:lang w:val="sv-SE"/>
        </w:rPr>
      </w:pPr>
      <w:r>
        <w:rPr>
          <w:lang w:val="sv-SE"/>
        </w:rPr>
        <w:t>Hur</w:t>
      </w:r>
      <w:r w:rsidRPr="00BA4268">
        <w:rPr>
          <w:lang w:val="sv-SE"/>
        </w:rPr>
        <w:t>_________________________________________</w:t>
      </w:r>
    </w:p>
    <w:p w14:paraId="5AA20033" w14:textId="0FD2B65E" w:rsidR="00BA4268" w:rsidRPr="00BA4268" w:rsidRDefault="00BA4268">
      <w:pPr>
        <w:rPr>
          <w:lang w:val="sv-SE"/>
        </w:rPr>
      </w:pPr>
    </w:p>
    <w:p w14:paraId="4F2DB99C" w14:textId="5F07CAAB" w:rsidR="00B14CD4" w:rsidRPr="00BA4268" w:rsidRDefault="00BA4268">
      <w:pPr>
        <w:pStyle w:val="Heading2"/>
        <w:rPr>
          <w:lang w:val="sv-SE"/>
        </w:rPr>
      </w:pPr>
      <w:r>
        <w:rPr>
          <w:lang w:val="sv-SE"/>
        </w:rPr>
        <w:t>3</w:t>
      </w:r>
      <w:r w:rsidR="00000000" w:rsidRPr="00BA4268">
        <w:rPr>
          <w:lang w:val="sv-SE"/>
        </w:rPr>
        <w:t>. Kost och vila</w:t>
      </w:r>
    </w:p>
    <w:p w14:paraId="283672F6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Hur ser mina matvanor ut? _________________________________________</w:t>
      </w:r>
    </w:p>
    <w:p w14:paraId="4BE50050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Vad kan jag förbättra med kosten? __________________________________</w:t>
      </w:r>
    </w:p>
    <w:p w14:paraId="2B49D8B4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Hur mycket sover jag per natt? _____________________________________</w:t>
      </w:r>
    </w:p>
    <w:p w14:paraId="4B0B2A7C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Vad kan jag göra för bättre återhämtning? ____________________________</w:t>
      </w:r>
    </w:p>
    <w:p w14:paraId="0669C0A0" w14:textId="447A9A58" w:rsidR="00B14CD4" w:rsidRPr="00BA4268" w:rsidRDefault="00BA4268">
      <w:pPr>
        <w:pStyle w:val="Heading2"/>
        <w:rPr>
          <w:lang w:val="sv-SE"/>
        </w:rPr>
      </w:pPr>
      <w:r>
        <w:rPr>
          <w:lang w:val="sv-SE"/>
        </w:rPr>
        <w:t>4</w:t>
      </w:r>
      <w:r w:rsidR="00000000" w:rsidRPr="00BA4268">
        <w:rPr>
          <w:lang w:val="sv-SE"/>
        </w:rPr>
        <w:t>. När följer vi upp?</w:t>
      </w:r>
    </w:p>
    <w:p w14:paraId="220F6AFB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Datum: ___________________________________</w:t>
      </w:r>
    </w:p>
    <w:p w14:paraId="4487E325" w14:textId="77777777" w:rsidR="00B14CD4" w:rsidRPr="00BA4268" w:rsidRDefault="00000000">
      <w:pPr>
        <w:pStyle w:val="Heading2"/>
        <w:rPr>
          <w:lang w:val="sv-SE"/>
        </w:rPr>
      </w:pPr>
      <w:r w:rsidRPr="00BA4268">
        <w:rPr>
          <w:lang w:val="sv-SE"/>
        </w:rPr>
        <w:t>Tips till spelaren:</w:t>
      </w:r>
    </w:p>
    <w:p w14:paraId="2C21D29E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- Välj små och realistiska mål.</w:t>
      </w:r>
    </w:p>
    <w:p w14:paraId="2899B883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- Träna lite extra på det du valt.</w:t>
      </w:r>
    </w:p>
    <w:p w14:paraId="2C484D83" w14:textId="77777777" w:rsidR="00B14CD4" w:rsidRPr="00BA4268" w:rsidRDefault="00000000">
      <w:pPr>
        <w:rPr>
          <w:lang w:val="sv-SE"/>
        </w:rPr>
      </w:pPr>
      <w:r w:rsidRPr="00BA4268">
        <w:rPr>
          <w:lang w:val="sv-SE"/>
        </w:rPr>
        <w:t>- Prata med tränaren om hur det går.</w:t>
      </w:r>
    </w:p>
    <w:sectPr w:rsidR="00B14CD4" w:rsidRPr="00BA426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9509945">
    <w:abstractNumId w:val="8"/>
  </w:num>
  <w:num w:numId="2" w16cid:durableId="1484933719">
    <w:abstractNumId w:val="6"/>
  </w:num>
  <w:num w:numId="3" w16cid:durableId="1171602678">
    <w:abstractNumId w:val="5"/>
  </w:num>
  <w:num w:numId="4" w16cid:durableId="380519648">
    <w:abstractNumId w:val="4"/>
  </w:num>
  <w:num w:numId="5" w16cid:durableId="358118657">
    <w:abstractNumId w:val="7"/>
  </w:num>
  <w:num w:numId="6" w16cid:durableId="1814639958">
    <w:abstractNumId w:val="3"/>
  </w:num>
  <w:num w:numId="7" w16cid:durableId="1587880228">
    <w:abstractNumId w:val="2"/>
  </w:num>
  <w:num w:numId="8" w16cid:durableId="2103839744">
    <w:abstractNumId w:val="1"/>
  </w:num>
  <w:num w:numId="9" w16cid:durableId="82956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71B2"/>
    <w:rsid w:val="00497423"/>
    <w:rsid w:val="00AA1D8D"/>
    <w:rsid w:val="00B14CD4"/>
    <w:rsid w:val="00B47730"/>
    <w:rsid w:val="00BA426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14F718"/>
  <w14:defaultImageDpi w14:val="300"/>
  <w15:docId w15:val="{07A6E8A0-D7F3-43FE-9BF5-4B00A68B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1013</Characters>
  <Application>Microsoft Office Word</Application>
  <DocSecurity>0</DocSecurity>
  <Lines>25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 Moosavifar</cp:lastModifiedBy>
  <cp:revision>2</cp:revision>
  <dcterms:created xsi:type="dcterms:W3CDTF">2026-04-02T19:21:00Z</dcterms:created>
  <dcterms:modified xsi:type="dcterms:W3CDTF">2026-04-02T19:21:00Z</dcterms:modified>
  <cp:category/>
</cp:coreProperties>
</file>